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ind w:firstLine="0"/>
        <w:jc w:val="center"/>
      </w:pPr>
      <w:r>
        <w:rPr>
          <w:rFonts w:ascii="Times New Roman" w:hAnsi="Times New Roman"/>
          <w:b/>
          <w:sz w:val="32"/>
        </w:rPr>
        <w:t>СПРАВКА</w:t>
      </w:r>
    </w:p>
    <w:p>
      <w:pPr>
        <w:spacing w:after="40"/>
        <w:ind w:firstLine="0"/>
        <w:jc w:val="center"/>
      </w:pPr>
      <w:r>
        <w:rPr>
          <w:rFonts w:ascii="Times New Roman" w:hAnsi="Times New Roman"/>
          <w:b w:val="0"/>
          <w:sz w:val="24"/>
        </w:rPr>
        <w:t>Исследование: противодействие школьному буллингу и кибербуллингу</w:t>
      </w:r>
    </w:p>
    <w:p>
      <w:pPr>
        <w:spacing w:after="200"/>
        <w:ind w:firstLine="0"/>
        <w:jc w:val="center"/>
      </w:pPr>
      <w:r>
        <w:rPr>
          <w:rFonts w:ascii="Times New Roman" w:hAnsi="Times New Roman"/>
          <w:b/>
          <w:sz w:val="32"/>
        </w:rPr>
        <w:t>ЭТАП 1. ДИАГНОСТИКА РОССИИ</w:t>
      </w:r>
    </w:p>
    <w:p>
      <w:r>
        <w:rPr>
          <w:rFonts w:ascii="Times New Roman" w:hAnsi="Times New Roman"/>
          <w:b/>
          <w:sz w:val="28"/>
        </w:rPr>
        <w:t>Исследование:</w:t>
      </w:r>
      <w:r>
        <w:rPr>
          <w:rFonts w:ascii="Times New Roman" w:hAnsi="Times New Roman"/>
          <w:b w:val="0"/>
          <w:sz w:val="28"/>
        </w:rPr>
        <w:t xml:space="preserve"> противодействие школьному буллингу и кибербуллингу</w:t>
      </w:r>
    </w:p>
    <w:p>
      <w:r>
        <w:rPr>
          <w:rFonts w:ascii="Times New Roman" w:hAnsi="Times New Roman"/>
          <w:b/>
          <w:sz w:val="28"/>
        </w:rPr>
        <w:t>Версия:</w:t>
      </w:r>
      <w:r>
        <w:rPr>
          <w:rFonts w:ascii="Times New Roman" w:hAnsi="Times New Roman"/>
          <w:b w:val="0"/>
          <w:sz w:val="28"/>
        </w:rPr>
        <w:t xml:space="preserve"> 6.1 (разделы 13 и 14 уточнены по проверке Claude Sonnet) · все утверждения — с прямыми ссылками · </w:t>
      </w:r>
      <w:r>
        <w:rPr>
          <w:rFonts w:ascii="Times New Roman" w:hAnsi="Times New Roman"/>
          <w:b/>
          <w:sz w:val="28"/>
        </w:rPr>
        <w:t>Дата:</w:t>
      </w:r>
      <w:r>
        <w:rPr>
          <w:rFonts w:ascii="Times New Roman" w:hAnsi="Times New Roman"/>
          <w:b w:val="0"/>
          <w:sz w:val="28"/>
        </w:rPr>
        <w:t xml:space="preserve"> 2026-09-13</w:t>
      </w:r>
    </w:p>
    <w:p>
      <w:r>
        <w:rPr>
          <w:rFonts w:ascii="Times New Roman" w:hAnsi="Times New Roman"/>
          <w:b/>
          <w:sz w:val="28"/>
        </w:rPr>
        <w:t>Назначение.</w:t>
      </w:r>
      <w:r>
        <w:rPr>
          <w:rFonts w:ascii="Times New Roman" w:hAnsi="Times New Roman"/>
          <w:b w:val="0"/>
          <w:sz w:val="28"/>
        </w:rPr>
        <w:t xml:space="preserve"> Описать реальную ситуацию в России: масштаб, правовую картину, кто за что отвечает, где разрывы, кто в группе риска </w:t>
      </w:r>
      <w:r>
        <w:rPr>
          <w:rFonts w:ascii="Times New Roman" w:hAnsi="Times New Roman"/>
          <w:b/>
          <w:sz w:val="28"/>
        </w:rPr>
        <w:t>и как это работает на практике — на конкретных делах и инцидентах</w:t>
      </w:r>
      <w:r>
        <w:rPr>
          <w:rFonts w:ascii="Times New Roman" w:hAnsi="Times New Roman"/>
          <w:b w:val="0"/>
          <w:sz w:val="28"/>
        </w:rPr>
        <w:t>. Рекомендаций здесь нет — это следующий этап.</w:t>
      </w:r>
    </w:p>
    <w:p>
      <w:r>
        <w:rPr>
          <w:rFonts w:ascii="Times New Roman" w:hAnsi="Times New Roman"/>
          <w:b/>
          <w:sz w:val="28"/>
        </w:rPr>
        <w:t>Метод и правило ссылок (R-09).</w:t>
      </w:r>
      <w:r>
        <w:rPr>
          <w:rFonts w:ascii="Times New Roman" w:hAnsi="Times New Roman"/>
          <w:b w:val="0"/>
          <w:sz w:val="28"/>
        </w:rPr>
        <w:t xml:space="preserve"> </w:t>
      </w:r>
      <w:r>
        <w:rPr>
          <w:rFonts w:ascii="Times New Roman" w:hAnsi="Times New Roman"/>
          <w:b/>
          <w:sz w:val="28"/>
        </w:rPr>
        <w:t>Каждое утверждение сопровождается прямой ссылкой на источник.</w:t>
      </w:r>
      <w:r>
        <w:rPr>
          <w:rFonts w:ascii="Times New Roman" w:hAnsi="Times New Roman"/>
          <w:b w:val="0"/>
          <w:sz w:val="28"/>
        </w:rPr>
        <w:t xml:space="preserve"> Без ссылки утверждение не считается подтверждённым. Маркировка: `подтверждено` · `частично` · `NOT VERIFIED` (не сверено с первоисточником) · `гипотеза`. Где источник вторичный (СМИ, пресс-релиз) — это указано прямо.</w:t>
      </w:r>
    </w:p>
    <w:p>
      <w:r>
        <w:rPr>
          <w:rFonts w:ascii="Times New Roman" w:hAnsi="Times New Roman"/>
          <w:b/>
          <w:sz w:val="28"/>
        </w:rPr>
        <w:t>Этика и приватность.</w:t>
      </w:r>
      <w:r>
        <w:rPr>
          <w:rFonts w:ascii="Times New Roman" w:hAnsi="Times New Roman"/>
          <w:b w:val="0"/>
          <w:sz w:val="28"/>
        </w:rPr>
        <w:t xml:space="preserve"> В разделе о прецедентах и инцидентах </w:t>
      </w:r>
      <w:r>
        <w:rPr>
          <w:rFonts w:ascii="Times New Roman" w:hAnsi="Times New Roman"/>
          <w:b/>
          <w:sz w:val="28"/>
        </w:rPr>
        <w:t>не приводятся имена, фамилии, названия конкретных школ и адреса детей</w:t>
      </w:r>
      <w:r>
        <w:rPr>
          <w:rFonts w:ascii="Times New Roman" w:hAnsi="Times New Roman"/>
          <w:b w:val="0"/>
          <w:sz w:val="28"/>
        </w:rPr>
        <w:t xml:space="preserve"> — только регион, период, тип ситуации и реакция государства, со ссылкой на источник.</w:t>
      </w:r>
    </w:p>
    <w:p>
      <w:r>
        <w:rPr>
          <w:rFonts w:ascii="Times New Roman" w:hAnsi="Times New Roman"/>
          <w:b/>
          <w:sz w:val="28"/>
        </w:rPr>
        <w:t>Проверка.</w:t>
      </w:r>
      <w:r>
        <w:rPr>
          <w:rFonts w:ascii="Times New Roman" w:hAnsi="Times New Roman"/>
          <w:b w:val="0"/>
          <w:sz w:val="28"/>
        </w:rPr>
        <w:t xml:space="preserve"> Версии 2.0–3.2 проверены Claude (claude-code, claude-haiku-4.5) и GPT (openai-codex, gpt-5.6-luna). Версия 4.0 — приведение к правилу R-09. Версии 5.0–6.1 — добавлены разделы 13–14 о службах медиации и публичной повестке, проверены Claude Sonnet. </w:t>
      </w:r>
      <w:r>
        <w:rPr>
          <w:rFonts w:ascii="Times New Roman" w:hAnsi="Times New Roman"/>
          <w:b/>
          <w:sz w:val="28"/>
        </w:rPr>
        <w:t>Версия 6.2 — разделы 13 и 14 переработаны по ревью GPT Sol (gpt-5.6-sol) от 13.09.2026:</w:t>
      </w:r>
      <w:r>
        <w:rPr>
          <w:rFonts w:ascii="Times New Roman" w:hAnsi="Times New Roman"/>
          <w:b w:val="0"/>
          <w:sz w:val="28"/>
        </w:rPr>
        <w:t xml:space="preserve"> устранены юридические переобобщения, исправлена ошибка о требованиях к медиатору, удалена неверифицированная цифра 8 %, трёхуровневая схема заменена двумя осями, схема «двух полюсов» — матрицей позиций.</w:t>
      </w:r>
    </w:p>
    <w:p>
      <w:pPr>
        <w:spacing w:after="80"/>
        <w:ind w:firstLine="0"/>
      </w:pPr>
      <w:r>
        <w:rPr>
          <w:rFonts w:ascii="Times New Roman" w:hAnsi="Times New Roman"/>
          <w:b/>
          <w:sz w:val="28"/>
        </w:rPr>
        <w:t>1. Рабочее определение и разведение понятий</w:t>
      </w:r>
    </w:p>
    <w:p>
      <w:r>
        <w:rPr>
          <w:rFonts w:ascii="Times New Roman" w:hAnsi="Times New Roman"/>
          <w:b/>
          <w:sz w:val="28"/>
        </w:rPr>
        <w:t>Травля (буллинг)</w:t>
      </w:r>
      <w:r>
        <w:rPr>
          <w:rFonts w:ascii="Times New Roman" w:hAnsi="Times New Roman"/>
          <w:b w:val="0"/>
          <w:sz w:val="28"/>
        </w:rPr>
        <w:t xml:space="preserve"> — систематическое (повторяющееся) причинение вреда одному и тому же человеку при </w:t>
      </w:r>
      <w:r>
        <w:rPr>
          <w:rFonts w:ascii="Times New Roman" w:hAnsi="Times New Roman"/>
          <w:b/>
          <w:sz w:val="28"/>
        </w:rPr>
        <w:t>неравенстве сил</w:t>
      </w:r>
      <w:r>
        <w:rPr>
          <w:rFonts w:ascii="Times New Roman" w:hAnsi="Times New Roman"/>
          <w:b w:val="0"/>
          <w:sz w:val="28"/>
        </w:rPr>
        <w:t>, когда пострадавшему трудно защититься *(формулировка проекта; в законе определения нет — см. раздел 4)*.</w:t>
      </w:r>
    </w:p>
    <w:p>
      <w:r>
        <w:rPr>
          <w:rFonts w:ascii="Times New Roman" w:hAnsi="Times New Roman"/>
          <w:b w:val="0"/>
          <w:sz w:val="28"/>
        </w:rPr>
        <w:t xml:space="preserve">Признаки: </w:t>
      </w:r>
      <w:r>
        <w:rPr>
          <w:rFonts w:ascii="Times New Roman" w:hAnsi="Times New Roman"/>
          <w:b/>
          <w:sz w:val="28"/>
        </w:rPr>
        <w:t>повторяемость</w:t>
      </w:r>
      <w:r>
        <w:rPr>
          <w:rFonts w:ascii="Times New Roman" w:hAnsi="Times New Roman"/>
          <w:b w:val="0"/>
          <w:sz w:val="28"/>
        </w:rPr>
        <w:t xml:space="preserve"> · </w:t>
      </w:r>
      <w:r>
        <w:rPr>
          <w:rFonts w:ascii="Times New Roman" w:hAnsi="Times New Roman"/>
          <w:b/>
          <w:sz w:val="28"/>
        </w:rPr>
        <w:t>дисбаланс сил</w:t>
      </w:r>
      <w:r>
        <w:rPr>
          <w:rFonts w:ascii="Times New Roman" w:hAnsi="Times New Roman"/>
          <w:b w:val="0"/>
          <w:sz w:val="28"/>
        </w:rPr>
        <w:t xml:space="preserve"> · </w:t>
      </w:r>
      <w:r>
        <w:rPr>
          <w:rFonts w:ascii="Times New Roman" w:hAnsi="Times New Roman"/>
          <w:b/>
          <w:sz w:val="28"/>
        </w:rPr>
        <w:t>намеренность или устойчивый вред</w:t>
      </w:r>
      <w:r>
        <w:rPr>
          <w:rFonts w:ascii="Times New Roman" w:hAnsi="Times New Roman"/>
          <w:b w:val="0"/>
          <w:sz w:val="28"/>
        </w:rPr>
        <w:t xml:space="preserve"> · </w:t>
      </w:r>
      <w:r>
        <w:rPr>
          <w:rFonts w:ascii="Times New Roman" w:hAnsi="Times New Roman"/>
          <w:b/>
          <w:sz w:val="28"/>
        </w:rPr>
        <w:t>групповая динамика</w:t>
      </w:r>
      <w:r>
        <w:rPr>
          <w:rFonts w:ascii="Times New Roman" w:hAnsi="Times New Roman"/>
          <w:b w:val="0"/>
          <w:sz w:val="28"/>
        </w:rPr>
        <w:t xml:space="preserve"> · </w:t>
      </w:r>
      <w:r>
        <w:rPr>
          <w:rFonts w:ascii="Times New Roman" w:hAnsi="Times New Roman"/>
          <w:b/>
          <w:sz w:val="28"/>
        </w:rPr>
        <w:t>онлайн-форма</w:t>
      </w:r>
      <w:r>
        <w:rPr>
          <w:rFonts w:ascii="Times New Roman" w:hAnsi="Times New Roman"/>
          <w:b w:val="0"/>
          <w:sz w:val="28"/>
        </w:rPr>
        <w:t xml:space="preserve">. Подход к определению опирается на научную традицию изучения травли (Olweus) и на инструментальные подходы, описанные в обзоре </w:t>
      </w:r>
      <w:hyperlink r:id="rId10">
        <w:r>
          <w:rPr>
            <w:rFonts w:ascii="Times New Roman" w:hAnsi="Times New Roman"/>
            <w:color w:val="0563C1"/>
            <w:u w:val="single"/>
            <w:sz w:val="24"/>
          </w:rPr>
          <w:t xml:space="preserve">CDC / Gladden et al., 2014 — Uniform Definitions</w:t>
        </w:r>
      </w:hyperlink>
      <w:r>
        <w:rPr>
          <w:rFonts w:ascii="Times New Roman" w:hAnsi="Times New Roman"/>
          <w:b w:val="0"/>
          <w:sz w:val="28"/>
        </w:rPr>
        <w:t xml:space="preserve"> `NOT VERIFIED` *(первоисточник не сверен)*.</w:t>
      </w:r>
    </w:p>
    <w:tbl>
      <w:tblPr>
        <w:tblStyle w:val="TableGrid"/>
        <w:tblW w:type="auto" w:w="0"/>
        <w:jc w:val="center"/>
        <w:tblLook w:firstColumn="1" w:firstRow="1" w:lastColumn="0" w:lastRow="0" w:noHBand="0" w:noVBand="1" w:val="04A0"/>
      </w:tblPr>
      <w:tblGrid>
        <w:gridCol w:w="4677"/>
        <w:gridCol w:w="4677"/>
      </w:tblGrid>
      <w:tr>
        <w:tc>
          <w:tcPr>
            <w:tcW w:type="dxa" w:w="4677"/>
          </w:tcPr>
          <w:p>
            <w:pPr>
              <w:ind w:firstLine="0"/>
            </w:pPr>
            <w:r>
              <w:rPr>
                <w:rFonts w:ascii="Times New Roman" w:hAnsi="Times New Roman"/>
                <w:b/>
                <w:sz w:val="22"/>
              </w:rPr>
              <w:t>Понятие</w:t>
            </w:r>
          </w:p>
        </w:tc>
        <w:tc>
          <w:tcPr>
            <w:tcW w:type="dxa" w:w="4677"/>
          </w:tcPr>
          <w:p>
            <w:pPr>
              <w:ind w:firstLine="0"/>
            </w:pPr>
            <w:r>
              <w:rPr>
                <w:rFonts w:ascii="Times New Roman" w:hAnsi="Times New Roman"/>
                <w:b/>
                <w:sz w:val="22"/>
              </w:rPr>
              <w:t>Чем отличается</w:t>
            </w:r>
          </w:p>
        </w:tc>
      </w:tr>
      <w:tr>
        <w:tc>
          <w:tcPr>
            <w:tcW w:type="dxa" w:w="4677"/>
          </w:tcPr>
          <w:p>
            <w:pPr>
              <w:ind w:firstLine="0"/>
            </w:pPr>
            <w:r>
              <w:rPr>
                <w:rFonts w:ascii="Times New Roman" w:hAnsi="Times New Roman"/>
                <w:b w:val="0"/>
                <w:sz w:val="22"/>
              </w:rPr>
              <w:t>Конфликт</w:t>
            </w:r>
          </w:p>
        </w:tc>
        <w:tc>
          <w:tcPr>
            <w:tcW w:type="dxa" w:w="4677"/>
          </w:tcPr>
          <w:p>
            <w:pPr>
              <w:ind w:firstLine="0"/>
            </w:pPr>
            <w:r>
              <w:rPr>
                <w:rFonts w:ascii="Times New Roman" w:hAnsi="Times New Roman"/>
                <w:b w:val="0"/>
                <w:sz w:val="22"/>
              </w:rPr>
              <w:t>двусторонний, силы сопоставимы, может закончиться сам</w:t>
            </w:r>
          </w:p>
        </w:tc>
      </w:tr>
      <w:tr>
        <w:tc>
          <w:tcPr>
            <w:tcW w:type="dxa" w:w="4677"/>
          </w:tcPr>
          <w:p>
            <w:pPr>
              <w:ind w:firstLine="0"/>
            </w:pPr>
            <w:r>
              <w:rPr>
                <w:rFonts w:ascii="Times New Roman" w:hAnsi="Times New Roman"/>
                <w:b w:val="0"/>
                <w:sz w:val="22"/>
              </w:rPr>
              <w:t>Единичная агрессия</w:t>
            </w:r>
          </w:p>
        </w:tc>
        <w:tc>
          <w:tcPr>
            <w:tcW w:type="dxa" w:w="4677"/>
          </w:tcPr>
          <w:p>
            <w:pPr>
              <w:ind w:firstLine="0"/>
            </w:pPr>
            <w:r>
              <w:rPr>
                <w:rFonts w:ascii="Times New Roman" w:hAnsi="Times New Roman"/>
                <w:b w:val="0"/>
                <w:sz w:val="22"/>
              </w:rPr>
              <w:t>разовый эпизод, без систематичности</w:t>
            </w:r>
          </w:p>
        </w:tc>
      </w:tr>
      <w:tr>
        <w:tc>
          <w:tcPr>
            <w:tcW w:type="dxa" w:w="4677"/>
          </w:tcPr>
          <w:p>
            <w:pPr>
              <w:ind w:firstLine="0"/>
            </w:pPr>
            <w:r>
              <w:rPr>
                <w:rFonts w:ascii="Times New Roman" w:hAnsi="Times New Roman"/>
                <w:b w:val="0"/>
                <w:sz w:val="22"/>
              </w:rPr>
              <w:t>Дисциплинарный проступок</w:t>
            </w:r>
          </w:p>
        </w:tc>
        <w:tc>
          <w:tcPr>
            <w:tcW w:type="dxa" w:w="4677"/>
          </w:tcPr>
          <w:p>
            <w:pPr>
              <w:ind w:firstLine="0"/>
            </w:pPr>
            <w:r>
              <w:rPr>
                <w:rFonts w:ascii="Times New Roman" w:hAnsi="Times New Roman"/>
                <w:b w:val="0"/>
                <w:sz w:val="22"/>
              </w:rPr>
              <w:t>нарушение правил, не обязательно с жертвой</w:t>
            </w:r>
          </w:p>
        </w:tc>
      </w:tr>
      <w:tr>
        <w:tc>
          <w:tcPr>
            <w:tcW w:type="dxa" w:w="4677"/>
          </w:tcPr>
          <w:p>
            <w:pPr>
              <w:ind w:firstLine="0"/>
            </w:pPr>
            <w:r>
              <w:rPr>
                <w:rFonts w:ascii="Times New Roman" w:hAnsi="Times New Roman"/>
                <w:b w:val="0"/>
                <w:sz w:val="22"/>
              </w:rPr>
              <w:t>Травля (буллинг)</w:t>
            </w:r>
          </w:p>
        </w:tc>
        <w:tc>
          <w:tcPr>
            <w:tcW w:type="dxa" w:w="4677"/>
          </w:tcPr>
          <w:p>
            <w:pPr>
              <w:ind w:firstLine="0"/>
            </w:pPr>
            <w:r>
              <w:rPr>
                <w:rFonts w:ascii="Times New Roman" w:hAnsi="Times New Roman"/>
                <w:b w:val="0"/>
                <w:sz w:val="22"/>
              </w:rPr>
              <w:t>систематичность + дисбаланс сил</w:t>
            </w:r>
          </w:p>
        </w:tc>
      </w:tr>
      <w:tr>
        <w:tc>
          <w:tcPr>
            <w:tcW w:type="dxa" w:w="4677"/>
          </w:tcPr>
          <w:p>
            <w:pPr>
              <w:ind w:firstLine="0"/>
            </w:pPr>
            <w:r>
              <w:rPr>
                <w:rFonts w:ascii="Times New Roman" w:hAnsi="Times New Roman"/>
                <w:b w:val="0"/>
                <w:sz w:val="22"/>
              </w:rPr>
              <w:t>Кибербуллинг</w:t>
            </w:r>
          </w:p>
        </w:tc>
        <w:tc>
          <w:tcPr>
            <w:tcW w:type="dxa" w:w="4677"/>
          </w:tcPr>
          <w:p>
            <w:pPr>
              <w:ind w:firstLine="0"/>
            </w:pPr>
            <w:r>
              <w:rPr>
                <w:rFonts w:ascii="Times New Roman" w:hAnsi="Times New Roman"/>
                <w:b w:val="0"/>
                <w:sz w:val="22"/>
              </w:rPr>
              <w:t>то же, но в цифровой среде</w:t>
            </w:r>
          </w:p>
        </w:tc>
      </w:tr>
      <w:tr>
        <w:tc>
          <w:tcPr>
            <w:tcW w:type="dxa" w:w="4677"/>
          </w:tcPr>
          <w:p>
            <w:pPr>
              <w:ind w:firstLine="0"/>
            </w:pPr>
            <w:r>
              <w:rPr>
                <w:rFonts w:ascii="Times New Roman" w:hAnsi="Times New Roman"/>
                <w:b w:val="0"/>
                <w:sz w:val="22"/>
              </w:rPr>
              <w:t>Дискриминационное преследование</w:t>
            </w:r>
          </w:p>
        </w:tc>
        <w:tc>
          <w:tcPr>
            <w:tcW w:type="dxa" w:w="4677"/>
          </w:tcPr>
          <w:p>
            <w:pPr>
              <w:ind w:firstLine="0"/>
            </w:pPr>
            <w:r>
              <w:rPr>
                <w:rFonts w:ascii="Times New Roman" w:hAnsi="Times New Roman"/>
                <w:b w:val="0"/>
                <w:sz w:val="22"/>
              </w:rPr>
              <w:t>есть признак (язык, вера, национальность, внешность, здоровье)</w:t>
            </w:r>
          </w:p>
        </w:tc>
      </w:tr>
      <w:tr>
        <w:tc>
          <w:tcPr>
            <w:tcW w:type="dxa" w:w="4677"/>
          </w:tcPr>
          <w:p>
            <w:pPr>
              <w:ind w:firstLine="0"/>
            </w:pPr>
            <w:r>
              <w:rPr>
                <w:rFonts w:ascii="Times New Roman" w:hAnsi="Times New Roman"/>
                <w:b w:val="0"/>
                <w:sz w:val="22"/>
              </w:rPr>
              <w:t>Насилие со стороны взрослого</w:t>
            </w:r>
          </w:p>
        </w:tc>
        <w:tc>
          <w:tcPr>
            <w:tcW w:type="dxa" w:w="4677"/>
          </w:tcPr>
          <w:p>
            <w:pPr>
              <w:ind w:firstLine="0"/>
            </w:pPr>
            <w:r>
              <w:rPr>
                <w:rFonts w:ascii="Times New Roman" w:hAnsi="Times New Roman"/>
                <w:b w:val="0"/>
                <w:sz w:val="22"/>
              </w:rPr>
              <w:t>субъект — взрослый (педагог, родитель, тренер)</w:t>
            </w:r>
          </w:p>
        </w:tc>
      </w:tr>
    </w:tbl>
    <w:p>
      <w:pPr>
        <w:spacing w:after="80"/>
        <w:ind w:firstLine="0"/>
      </w:pPr>
      <w:r>
        <w:rPr>
          <w:rFonts w:ascii="Times New Roman" w:hAnsi="Times New Roman"/>
          <w:b/>
          <w:sz w:val="28"/>
        </w:rPr>
        <w:t>2. Масштаб: что установлено</w:t>
      </w:r>
    </w:p>
    <w:p>
      <w:r>
        <w:rPr>
          <w:rFonts w:ascii="Times New Roman" w:hAnsi="Times New Roman"/>
          <w:b/>
          <w:sz w:val="28"/>
        </w:rPr>
        <w:t>Главный вывод: масштаб значителен, но единой федеральной оценки нет.</w:t>
      </w:r>
      <w:r>
        <w:rPr>
          <w:rFonts w:ascii="Times New Roman" w:hAnsi="Times New Roman"/>
          <w:b w:val="0"/>
          <w:sz w:val="28"/>
        </w:rPr>
        <w:t xml:space="preserve"> Цифры ниже измеряют разные явления — сводить их в один диапазон нельзя.</w:t>
      </w:r>
    </w:p>
    <w:p>
      <w:pPr>
        <w:spacing w:after="80"/>
        <w:ind w:firstLine="0"/>
      </w:pPr>
      <w:r>
        <w:rPr>
          <w:rFonts w:ascii="Times New Roman" w:hAnsi="Times New Roman"/>
          <w:b/>
          <w:sz w:val="26"/>
        </w:rPr>
        <w:t>2.1. Подтверждённые данные</w:t>
      </w:r>
    </w:p>
    <w:tbl>
      <w:tblPr>
        <w:tblStyle w:val="TableGrid"/>
        <w:tblW w:type="auto" w:w="0"/>
        <w:jc w:val="center"/>
        <w:tblLook w:firstColumn="1" w:firstRow="1" w:lastColumn="0" w:lastRow="0" w:noHBand="0" w:noVBand="1" w:val="04A0"/>
      </w:tblPr>
      <w:tblGrid>
        <w:gridCol w:w="3118"/>
        <w:gridCol w:w="3118"/>
        <w:gridCol w:w="3118"/>
      </w:tblGrid>
      <w:tr>
        <w:tc>
          <w:tcPr>
            <w:tcW w:type="dxa" w:w="3118"/>
          </w:tcPr>
          <w:p>
            <w:pPr>
              <w:ind w:firstLine="0"/>
            </w:pPr>
            <w:r>
              <w:rPr>
                <w:rFonts w:ascii="Times New Roman" w:hAnsi="Times New Roman"/>
                <w:b/>
                <w:sz w:val="22"/>
              </w:rPr>
              <w:t>Источник</w:t>
            </w:r>
          </w:p>
        </w:tc>
        <w:tc>
          <w:tcPr>
            <w:tcW w:type="dxa" w:w="3118"/>
          </w:tcPr>
          <w:p>
            <w:pPr>
              <w:ind w:firstLine="0"/>
            </w:pPr>
            <w:r>
              <w:rPr>
                <w:rFonts w:ascii="Times New Roman" w:hAnsi="Times New Roman"/>
                <w:b/>
                <w:sz w:val="22"/>
              </w:rPr>
              <w:t>Выборка / метод</w:t>
            </w:r>
          </w:p>
        </w:tc>
        <w:tc>
          <w:tcPr>
            <w:tcW w:type="dxa" w:w="3118"/>
          </w:tcPr>
          <w:p>
            <w:pPr>
              <w:ind w:firstLine="0"/>
            </w:pPr>
            <w:r>
              <w:rPr>
                <w:rFonts w:ascii="Times New Roman" w:hAnsi="Times New Roman"/>
                <w:b/>
                <w:sz w:val="22"/>
              </w:rPr>
              <w:t>Цифры</w:t>
            </w:r>
          </w:p>
        </w:tc>
      </w:tr>
      <w:tr>
        <w:tc>
          <w:tcPr>
            <w:tcW w:type="dxa" w:w="3118"/>
          </w:tcPr>
          <w:p>
            <w:pPr>
              <w:ind w:firstLine="0"/>
            </w:pPr>
            <w:r>
              <w:rPr>
                <w:rFonts w:ascii="Times New Roman" w:hAnsi="Times New Roman"/>
                <w:b/>
                <w:sz w:val="22"/>
              </w:rPr>
              <w:t>Доклад Института образования НИУ ВШЭ (2026)</w:t>
            </w:r>
            <w:r>
              <w:rPr>
                <w:rFonts w:ascii="Times New Roman" w:hAnsi="Times New Roman"/>
                <w:b w:val="0"/>
                <w:sz w:val="22"/>
              </w:rPr>
              <w:t xml:space="preserve"> «Обычная травля и привычное неблагополучие» (рук. М. А. Новикова) — </w:t>
            </w:r>
            <w:hyperlink r:id="rId11">
              <w:r>
                <w:rPr>
                  <w:rFonts w:ascii="Times New Roman" w:hAnsi="Times New Roman"/>
                  <w:color w:val="0563C1"/>
                  <w:u w:val="single"/>
                  <w:sz w:val="22"/>
                </w:rPr>
                <w:t xml:space="preserve">страница доклада</w:t>
              </w:r>
            </w:hyperlink>
            <w:r>
              <w:rPr>
                <w:rFonts w:ascii="Times New Roman" w:hAnsi="Times New Roman"/>
                <w:b w:val="0"/>
                <w:sz w:val="22"/>
              </w:rPr>
              <w:t xml:space="preserve">, </w:t>
            </w:r>
            <w:hyperlink r:id="rId12">
              <w:r>
                <w:rPr>
                  <w:rFonts w:ascii="Times New Roman" w:hAnsi="Times New Roman"/>
                  <w:color w:val="0563C1"/>
                  <w:u w:val="single"/>
                  <w:sz w:val="22"/>
                </w:rPr>
                <w:t xml:space="preserve">карточка</w:t>
              </w:r>
            </w:hyperlink>
            <w:r>
              <w:rPr>
                <w:rFonts w:ascii="Times New Roman" w:hAnsi="Times New Roman"/>
                <w:b w:val="0"/>
                <w:sz w:val="22"/>
              </w:rPr>
              <w:t xml:space="preserve">, </w:t>
            </w:r>
            <w:hyperlink r:id="rId13">
              <w:r>
                <w:rPr>
                  <w:rFonts w:ascii="Times New Roman" w:hAnsi="Times New Roman"/>
                  <w:color w:val="0563C1"/>
                  <w:u w:val="single"/>
                  <w:sz w:val="22"/>
                </w:rPr>
                <w:t xml:space="preserve">новость ЦОДО</w:t>
              </w:r>
            </w:hyperlink>
          </w:p>
        </w:tc>
        <w:tc>
          <w:tcPr>
            <w:tcW w:type="dxa" w:w="3118"/>
          </w:tcPr>
          <w:p>
            <w:pPr>
              <w:ind w:firstLine="0"/>
            </w:pPr>
            <w:r>
              <w:rPr>
                <w:rFonts w:ascii="Times New Roman" w:hAnsi="Times New Roman"/>
                <w:b w:val="0"/>
                <w:sz w:val="22"/>
              </w:rPr>
              <w:t>&gt;20 000 учащихся и педагогов, 7 федеральных округов</w:t>
            </w:r>
          </w:p>
        </w:tc>
        <w:tc>
          <w:tcPr>
            <w:tcW w:type="dxa" w:w="3118"/>
          </w:tcPr>
          <w:p>
            <w:pPr>
              <w:ind w:firstLine="0"/>
            </w:pPr>
            <w:r>
              <w:rPr>
                <w:rFonts w:ascii="Times New Roman" w:hAnsi="Times New Roman"/>
                <w:b w:val="0"/>
                <w:sz w:val="22"/>
              </w:rPr>
              <w:t>53,9 % — «жертвы»; 52,7 % — «свидетели»; 43,4 % — «агрессоры»; 31,5 % не вовлечены; «чистых» агрессоров 2,3 % *(шкала «когда-либо»)*</w:t>
            </w:r>
          </w:p>
        </w:tc>
      </w:tr>
      <w:tr>
        <w:tc>
          <w:tcPr>
            <w:tcW w:type="dxa" w:w="3118"/>
          </w:tcPr>
          <w:p>
            <w:pPr>
              <w:ind w:firstLine="0"/>
            </w:pPr>
            <w:r>
              <w:rPr>
                <w:rFonts w:ascii="Times New Roman" w:hAnsi="Times New Roman"/>
                <w:b/>
                <w:sz w:val="22"/>
              </w:rPr>
              <w:t>Метаанализ 2025</w:t>
            </w:r>
            <w:r>
              <w:rPr>
                <w:rFonts w:ascii="Times New Roman" w:hAnsi="Times New Roman"/>
                <w:b w:val="0"/>
                <w:sz w:val="22"/>
              </w:rPr>
              <w:t xml:space="preserve"> (Ariani et al., J. Affective Disorders) — </w:t>
            </w:r>
            <w:hyperlink r:id="rId14">
              <w:r>
                <w:rPr>
                  <w:rFonts w:ascii="Times New Roman" w:hAnsi="Times New Roman"/>
                  <w:color w:val="0563C1"/>
                  <w:u w:val="single"/>
                  <w:sz w:val="22"/>
                </w:rPr>
                <w:t xml:space="preserve">DOI</w:t>
              </w:r>
            </w:hyperlink>
            <w:r>
              <w:rPr>
                <w:rFonts w:ascii="Times New Roman" w:hAnsi="Times New Roman"/>
                <w:b w:val="0"/>
                <w:sz w:val="22"/>
              </w:rPr>
              <w:t xml:space="preserve">, </w:t>
            </w:r>
            <w:hyperlink r:id="rId15">
              <w:r>
                <w:rPr>
                  <w:rFonts w:ascii="Times New Roman" w:hAnsi="Times New Roman"/>
                  <w:color w:val="0563C1"/>
                  <w:u w:val="single"/>
                  <w:sz w:val="22"/>
                </w:rPr>
                <w:t xml:space="preserve">PubMed</w:t>
              </w:r>
            </w:hyperlink>
          </w:p>
        </w:tc>
        <w:tc>
          <w:tcPr>
            <w:tcW w:type="dxa" w:w="3118"/>
          </w:tcPr>
          <w:p>
            <w:pPr>
              <w:ind w:firstLine="0"/>
            </w:pPr>
            <w:r>
              <w:rPr>
                <w:rFonts w:ascii="Times New Roman" w:hAnsi="Times New Roman"/>
                <w:b w:val="0"/>
                <w:sz w:val="22"/>
              </w:rPr>
              <w:t>116 исследований, 603 231 участник</w:t>
            </w:r>
          </w:p>
        </w:tc>
        <w:tc>
          <w:tcPr>
            <w:tcW w:type="dxa" w:w="3118"/>
          </w:tcPr>
          <w:p>
            <w:pPr>
              <w:ind w:firstLine="0"/>
            </w:pPr>
            <w:r>
              <w:rPr>
                <w:rFonts w:ascii="Times New Roman" w:hAnsi="Times New Roman"/>
                <w:b w:val="0"/>
                <w:sz w:val="22"/>
              </w:rPr>
              <w:t>25 % — жертвы (95 % ДИ 22–28 %); 16 % — агрессоры; 16 % — совмещают роли</w:t>
            </w:r>
          </w:p>
        </w:tc>
      </w:tr>
      <w:tr>
        <w:tc>
          <w:tcPr>
            <w:tcW w:type="dxa" w:w="3118"/>
          </w:tcPr>
          <w:p>
            <w:pPr>
              <w:ind w:firstLine="0"/>
            </w:pPr>
            <w:r>
              <w:rPr>
                <w:rFonts w:ascii="Times New Roman" w:hAnsi="Times New Roman"/>
                <w:b/>
                <w:sz w:val="22"/>
              </w:rPr>
              <w:t>Иванюшина, Ходоренко, Александров (2021)</w:t>
            </w:r>
            <w:r>
              <w:rPr>
                <w:rFonts w:ascii="Times New Roman" w:hAnsi="Times New Roman"/>
                <w:b w:val="0"/>
                <w:sz w:val="22"/>
              </w:rPr>
              <w:t xml:space="preserve"> — </w:t>
            </w:r>
            <w:hyperlink r:id="rId16">
              <w:r>
                <w:rPr>
                  <w:rFonts w:ascii="Times New Roman" w:hAnsi="Times New Roman"/>
                  <w:color w:val="0563C1"/>
                  <w:u w:val="single"/>
                  <w:sz w:val="22"/>
                </w:rPr>
                <w:t xml:space="preserve">полный текст</w:t>
              </w:r>
            </w:hyperlink>
            <w:r>
              <w:rPr>
                <w:rFonts w:ascii="Times New Roman" w:hAnsi="Times New Roman"/>
                <w:b w:val="0"/>
                <w:sz w:val="22"/>
              </w:rPr>
              <w:t xml:space="preserve">, </w:t>
            </w:r>
            <w:hyperlink r:id="rId17">
              <w:r>
                <w:rPr>
                  <w:rFonts w:ascii="Times New Roman" w:hAnsi="Times New Roman"/>
                  <w:color w:val="0563C1"/>
                  <w:u w:val="single"/>
                  <w:sz w:val="22"/>
                </w:rPr>
                <w:t xml:space="preserve">аннотация</w:t>
              </w:r>
            </w:hyperlink>
          </w:p>
        </w:tc>
        <w:tc>
          <w:tcPr>
            <w:tcW w:type="dxa" w:w="3118"/>
          </w:tcPr>
          <w:p>
            <w:pPr>
              <w:ind w:firstLine="0"/>
            </w:pPr>
            <w:r>
              <w:rPr>
                <w:rFonts w:ascii="Times New Roman" w:hAnsi="Times New Roman"/>
                <w:b w:val="0"/>
                <w:sz w:val="22"/>
              </w:rPr>
              <w:t>18 433 ученика, 201 школа</w:t>
            </w:r>
          </w:p>
        </w:tc>
        <w:tc>
          <w:tcPr>
            <w:tcW w:type="dxa" w:w="3118"/>
          </w:tcPr>
          <w:p>
            <w:pPr>
              <w:ind w:firstLine="0"/>
            </w:pPr>
            <w:r>
              <w:rPr>
                <w:rFonts w:ascii="Times New Roman" w:hAnsi="Times New Roman"/>
                <w:b w:val="0"/>
                <w:sz w:val="22"/>
              </w:rPr>
              <w:t>15,3 % — жертвы за учебный год; пик в 6 классах (19,4 %), минимум в 9 (11,1 %)</w:t>
            </w:r>
          </w:p>
        </w:tc>
      </w:tr>
      <w:tr>
        <w:tc>
          <w:tcPr>
            <w:tcW w:type="dxa" w:w="3118"/>
          </w:tcPr>
          <w:p>
            <w:pPr>
              <w:ind w:firstLine="0"/>
            </w:pPr>
            <w:r>
              <w:rPr>
                <w:rFonts w:ascii="Times New Roman" w:hAnsi="Times New Roman"/>
                <w:b/>
                <w:sz w:val="22"/>
              </w:rPr>
              <w:t>PISA / Avanesian et al. (2021)</w:t>
            </w:r>
            <w:r>
              <w:rPr>
                <w:rFonts w:ascii="Times New Roman" w:hAnsi="Times New Roman"/>
                <w:b w:val="0"/>
                <w:sz w:val="22"/>
              </w:rPr>
              <w:t xml:space="preserve"> — </w:t>
            </w:r>
            <w:hyperlink r:id="rId18">
              <w:r>
                <w:rPr>
                  <w:rFonts w:ascii="Times New Roman" w:hAnsi="Times New Roman"/>
                  <w:color w:val="0563C1"/>
                  <w:u w:val="single"/>
                  <w:sz w:val="22"/>
                </w:rPr>
                <w:t xml:space="preserve">текст статьи</w:t>
              </w:r>
            </w:hyperlink>
          </w:p>
        </w:tc>
        <w:tc>
          <w:tcPr>
            <w:tcW w:type="dxa" w:w="3118"/>
          </w:tcPr>
          <w:p>
            <w:pPr>
              <w:ind w:firstLine="0"/>
            </w:pPr>
            <w:r>
              <w:rPr>
                <w:rFonts w:ascii="Times New Roman" w:hAnsi="Times New Roman"/>
                <w:b w:val="0"/>
                <w:sz w:val="22"/>
              </w:rPr>
              <w:t>15-летние</w:t>
            </w:r>
          </w:p>
        </w:tc>
        <w:tc>
          <w:tcPr>
            <w:tcW w:type="dxa" w:w="3118"/>
          </w:tcPr>
          <w:p>
            <w:pPr>
              <w:ind w:firstLine="0"/>
            </w:pPr>
            <w:r>
              <w:rPr>
                <w:rFonts w:ascii="Times New Roman" w:hAnsi="Times New Roman"/>
                <w:b w:val="0"/>
                <w:sz w:val="22"/>
              </w:rPr>
              <w:t>16 % — жертвы</w:t>
            </w:r>
          </w:p>
        </w:tc>
      </w:tr>
    </w:tbl>
    <w:p>
      <w:pPr>
        <w:spacing w:after="80"/>
        <w:ind w:firstLine="0"/>
      </w:pPr>
      <w:r>
        <w:rPr>
          <w:rFonts w:ascii="Times New Roman" w:hAnsi="Times New Roman"/>
          <w:b/>
          <w:sz w:val="26"/>
        </w:rPr>
        <w:t>2.2. Данные с оговорками</w:t>
      </w:r>
    </w:p>
    <w:p>
      <w:pPr>
        <w:spacing w:after="40"/>
        <w:ind w:firstLine="0"/>
      </w:pPr>
      <w:r>
        <w:rPr>
          <w:rFonts w:ascii="Times New Roman" w:hAnsi="Times New Roman"/>
          <w:b w:val="0"/>
          <w:sz w:val="28"/>
        </w:rPr>
        <w:t xml:space="preserve">– </w:t>
      </w:r>
      <w:r>
        <w:rPr>
          <w:rFonts w:ascii="Times New Roman" w:hAnsi="Times New Roman"/>
          <w:b/>
          <w:sz w:val="28"/>
        </w:rPr>
        <w:t>ВЦИОМ (18.09.2024)</w:t>
      </w:r>
      <w:r>
        <w:rPr>
          <w:rFonts w:ascii="Times New Roman" w:hAnsi="Times New Roman"/>
          <w:b w:val="0"/>
          <w:sz w:val="28"/>
        </w:rPr>
        <w:t xml:space="preserve"> — </w:t>
      </w:r>
      <w:hyperlink r:id="rId19">
        <w:r>
          <w:rPr>
            <w:rFonts w:ascii="Times New Roman" w:hAnsi="Times New Roman"/>
            <w:color w:val="0563C1"/>
            <w:u w:val="single"/>
            <w:sz w:val="24"/>
          </w:rPr>
          <w:t xml:space="preserve">аналитический обзор «Травля в школе»</w:t>
        </w:r>
      </w:hyperlink>
      <w:r>
        <w:rPr>
          <w:rFonts w:ascii="Times New Roman" w:hAnsi="Times New Roman"/>
          <w:b w:val="0"/>
          <w:sz w:val="28"/>
        </w:rPr>
        <w:t xml:space="preserve"> — опрос </w:t>
      </w:r>
      <w:r>
        <w:rPr>
          <w:rFonts w:ascii="Times New Roman" w:hAnsi="Times New Roman"/>
          <w:b/>
          <w:sz w:val="28"/>
        </w:rPr>
        <w:t>взрослых</w:t>
      </w:r>
      <w:r>
        <w:rPr>
          <w:rFonts w:ascii="Times New Roman" w:hAnsi="Times New Roman"/>
          <w:b w:val="0"/>
          <w:sz w:val="28"/>
        </w:rPr>
        <w:t xml:space="preserve"> (1600 чел., 18+): 25 % сталкивались лично в школьные годы; 19 % — их дети/внуки; 84 % считают проблему серьёзной. Среди респондентов с личным опытом 89 % называют источником других учеников *(доля внутри подгруппы)*. </w:t>
      </w:r>
      <w:r>
        <w:rPr>
          <w:rFonts w:ascii="Times New Roman" w:hAnsi="Times New Roman"/>
          <w:b/>
          <w:sz w:val="28"/>
        </w:rPr>
        <w:t>Это не оценка распространённости среди детей.</w:t>
      </w:r>
    </w:p>
    <w:p>
      <w:pPr>
        <w:spacing w:after="40"/>
        <w:ind w:firstLine="0"/>
      </w:pPr>
      <w:r>
        <w:rPr>
          <w:rFonts w:ascii="Times New Roman" w:hAnsi="Times New Roman"/>
          <w:b w:val="0"/>
          <w:sz w:val="28"/>
        </w:rPr>
        <w:t xml:space="preserve">– </w:t>
      </w:r>
      <w:r>
        <w:rPr>
          <w:rFonts w:ascii="Times New Roman" w:hAnsi="Times New Roman"/>
          <w:b/>
          <w:sz w:val="28"/>
        </w:rPr>
        <w:t>Новикова, Реан, Коновалов (2021)</w:t>
      </w:r>
      <w:r>
        <w:rPr>
          <w:rFonts w:ascii="Times New Roman" w:hAnsi="Times New Roman"/>
          <w:b w:val="0"/>
          <w:sz w:val="28"/>
        </w:rPr>
        <w:t xml:space="preserve"> — </w:t>
      </w:r>
      <w:hyperlink r:id="rId20">
        <w:r>
          <w:rPr>
            <w:rFonts w:ascii="Times New Roman" w:hAnsi="Times New Roman"/>
            <w:color w:val="0563C1"/>
            <w:u w:val="single"/>
            <w:sz w:val="24"/>
          </w:rPr>
          <w:t xml:space="preserve">аннотация</w:t>
        </w:r>
      </w:hyperlink>
      <w:r>
        <w:rPr>
          <w:rFonts w:ascii="Times New Roman" w:hAnsi="Times New Roman"/>
          <w:b w:val="0"/>
          <w:sz w:val="28"/>
        </w:rPr>
        <w:t xml:space="preserve">, </w:t>
      </w:r>
      <w:hyperlink r:id="rId21">
        <w:r>
          <w:rPr>
            <w:rFonts w:ascii="Times New Roman" w:hAnsi="Times New Roman"/>
            <w:color w:val="0563C1"/>
            <w:u w:val="single"/>
            <w:sz w:val="24"/>
          </w:rPr>
          <w:t xml:space="preserve">полный текст</w:t>
        </w:r>
      </w:hyperlink>
      <w:r>
        <w:rPr>
          <w:rFonts w:ascii="Times New Roman" w:hAnsi="Times New Roman"/>
          <w:b w:val="0"/>
          <w:sz w:val="28"/>
        </w:rPr>
        <w:t xml:space="preserve"> — 871 учащийся: разброс по формам от 4 % до 45 %; свидетели — 29–39 %.</w:t>
      </w:r>
    </w:p>
    <w:p>
      <w:pPr>
        <w:spacing w:after="40"/>
        <w:ind w:firstLine="0"/>
      </w:pPr>
      <w:r>
        <w:rPr>
          <w:rFonts w:ascii="Times New Roman" w:hAnsi="Times New Roman"/>
          <w:b w:val="0"/>
          <w:sz w:val="28"/>
        </w:rPr>
        <w:t xml:space="preserve">– </w:t>
      </w:r>
      <w:r>
        <w:rPr>
          <w:rFonts w:ascii="Times New Roman" w:hAnsi="Times New Roman"/>
          <w:b/>
          <w:sz w:val="28"/>
        </w:rPr>
        <w:t>`NOT VERIFIED`:</w:t>
      </w:r>
      <w:r>
        <w:rPr>
          <w:rFonts w:ascii="Times New Roman" w:hAnsi="Times New Roman"/>
          <w:b w:val="0"/>
          <w:sz w:val="28"/>
        </w:rPr>
        <w:t xml:space="preserve"> «37 % по PISA» *(цитируется во </w:t>
      </w:r>
      <w:hyperlink r:id="rId21">
        <w:r>
          <w:rPr>
            <w:rFonts w:ascii="Times New Roman" w:hAnsi="Times New Roman"/>
            <w:color w:val="0563C1"/>
            <w:u w:val="single"/>
            <w:sz w:val="24"/>
          </w:rPr>
          <w:t xml:space="preserve">вторичном обзоре</w:t>
        </w:r>
      </w:hyperlink>
      <w:r>
        <w:rPr>
          <w:rFonts w:ascii="Times New Roman" w:hAnsi="Times New Roman"/>
          <w:b w:val="0"/>
          <w:sz w:val="28"/>
        </w:rPr>
        <w:t xml:space="preserve">, с первотаблицей OECD не сверено)*; данные ФИОКО по травле *(не найдены; общая оценка ФИОКО по модели PISA — </w:t>
      </w:r>
      <w:hyperlink r:id="rId22">
        <w:r>
          <w:rPr>
            <w:rFonts w:ascii="Times New Roman" w:hAnsi="Times New Roman"/>
            <w:color w:val="0563C1"/>
            <w:u w:val="single"/>
            <w:sz w:val="24"/>
          </w:rPr>
          <w:t xml:space="preserve">релиз-пересказ</w:t>
        </w:r>
      </w:hyperlink>
      <w:r>
        <w:rPr>
          <w:rFonts w:ascii="Times New Roman" w:hAnsi="Times New Roman"/>
          <w:b w:val="0"/>
          <w:sz w:val="28"/>
        </w:rPr>
        <w:t xml:space="preserve">)*; «~40 %» из доклада омбудсмена *(в тексте — обезличенное «по данным исследований»; </w:t>
      </w:r>
      <w:hyperlink r:id="rId23">
        <w:r>
          <w:rPr>
            <w:rFonts w:ascii="Times New Roman" w:hAnsi="Times New Roman"/>
            <w:color w:val="0563C1"/>
            <w:u w:val="single"/>
            <w:sz w:val="24"/>
          </w:rPr>
          <w:t xml:space="preserve">обзор доклада</w:t>
        </w:r>
      </w:hyperlink>
      <w:r>
        <w:rPr>
          <w:rFonts w:ascii="Times New Roman" w:hAnsi="Times New Roman"/>
          <w:b w:val="0"/>
          <w:sz w:val="28"/>
        </w:rPr>
        <w:t>)*; «~70 % учеников в школах, где ежемесячно травят 25–50 %».</w:t>
      </w:r>
    </w:p>
    <w:p>
      <w:pPr>
        <w:spacing w:after="40"/>
        <w:ind w:firstLine="0"/>
      </w:pPr>
      <w:r>
        <w:rPr>
          <w:rFonts w:ascii="Times New Roman" w:hAnsi="Times New Roman"/>
          <w:b w:val="0"/>
          <w:sz w:val="28"/>
        </w:rPr>
        <w:t xml:space="preserve">– </w:t>
      </w:r>
      <w:r>
        <w:rPr>
          <w:rFonts w:ascii="Times New Roman" w:hAnsi="Times New Roman"/>
          <w:b/>
          <w:sz w:val="28"/>
        </w:rPr>
        <w:t>Вторичные цифры (только со ссылкой на пересказ):</w:t>
      </w:r>
      <w:r>
        <w:rPr>
          <w:rFonts w:ascii="Times New Roman" w:hAnsi="Times New Roman"/>
          <w:b w:val="0"/>
          <w:sz w:val="28"/>
        </w:rPr>
        <w:t xml:space="preserve"> 55 % детей сталкивались с травлей, 39 % умолчали (А. Кузнецова, 2021) — </w:t>
      </w:r>
      <w:hyperlink r:id="rId24">
        <w:r>
          <w:rPr>
            <w:rFonts w:ascii="Times New Roman" w:hAnsi="Times New Roman"/>
            <w:color w:val="0563C1"/>
            <w:u w:val="single"/>
            <w:sz w:val="24"/>
          </w:rPr>
          <w:t xml:space="preserve">РБК Тренды</w:t>
        </w:r>
      </w:hyperlink>
      <w:r>
        <w:rPr>
          <w:rFonts w:ascii="Times New Roman" w:hAnsi="Times New Roman"/>
          <w:b w:val="0"/>
          <w:sz w:val="28"/>
        </w:rPr>
        <w:t xml:space="preserve">; 38 % россиян лично подвергались буллингу (SuperJob) и «до 40 %» по мониторингу «Центра защиты прав и интересов детей» — </w:t>
      </w:r>
      <w:hyperlink r:id="rId25">
        <w:r>
          <w:rPr>
            <w:rFonts w:ascii="Times New Roman" w:hAnsi="Times New Roman"/>
            <w:color w:val="0563C1"/>
            <w:u w:val="single"/>
            <w:sz w:val="24"/>
          </w:rPr>
          <w:t xml:space="preserve">сводка НГПУ</w:t>
        </w:r>
      </w:hyperlink>
      <w:r>
        <w:rPr>
          <w:rFonts w:ascii="Times New Roman" w:hAnsi="Times New Roman"/>
          <w:b w:val="0"/>
          <w:sz w:val="28"/>
        </w:rPr>
        <w:t xml:space="preserve">; 72 % считают буллинг серьёзной проблемой — </w:t>
      </w:r>
      <w:hyperlink r:id="rId26">
        <w:r>
          <w:rPr>
            <w:rFonts w:ascii="Times New Roman" w:hAnsi="Times New Roman"/>
            <w:color w:val="0563C1"/>
            <w:u w:val="single"/>
            <w:sz w:val="24"/>
          </w:rPr>
          <w:t xml:space="preserve">Финуниверситет и «Ингосстрах», 2025</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«до половины детей vs менее 30 % учителей»</w:t>
      </w:r>
      <w:r>
        <w:rPr>
          <w:rFonts w:ascii="Times New Roman" w:hAnsi="Times New Roman"/>
          <w:b w:val="0"/>
          <w:sz w:val="28"/>
        </w:rPr>
        <w:t xml:space="preserve"> — `частично`: знаменатели и формулировки вопросов различаются *(источник — </w:t>
      </w:r>
      <w:hyperlink r:id="rId11">
        <w:r>
          <w:rPr>
            <w:rFonts w:ascii="Times New Roman" w:hAnsi="Times New Roman"/>
            <w:color w:val="0563C1"/>
            <w:u w:val="single"/>
            <w:sz w:val="24"/>
          </w:rPr>
          <w:t xml:space="preserve">доклад НИУ ВШЭ, 2026</w:t>
        </w:r>
      </w:hyperlink>
      <w:r>
        <w:rPr>
          <w:rFonts w:ascii="Times New Roman" w:hAnsi="Times New Roman"/>
          <w:b w:val="0"/>
          <w:sz w:val="28"/>
        </w:rPr>
        <w:t>)*.</w:t>
      </w:r>
    </w:p>
    <w:p>
      <w:pPr>
        <w:spacing w:after="80"/>
        <w:ind w:firstLine="0"/>
      </w:pPr>
      <w:r>
        <w:rPr>
          <w:rFonts w:ascii="Times New Roman" w:hAnsi="Times New Roman"/>
          <w:b/>
          <w:sz w:val="26"/>
        </w:rPr>
        <w:t>2.3. Почему оценки расходятся</w:t>
      </w:r>
    </w:p>
    <w:p>
      <w:pPr>
        <w:spacing w:after="40"/>
        <w:ind w:firstLine="0"/>
      </w:pPr>
      <w:r>
        <w:rPr>
          <w:rFonts w:ascii="Times New Roman" w:hAnsi="Times New Roman"/>
          <w:b w:val="0"/>
          <w:sz w:val="28"/>
        </w:rPr>
        <w:t xml:space="preserve">1. </w:t>
      </w:r>
      <w:r>
        <w:rPr>
          <w:rFonts w:ascii="Times New Roman" w:hAnsi="Times New Roman"/>
          <w:b/>
          <w:sz w:val="28"/>
        </w:rPr>
        <w:t>Нет единого определения и инструмента</w:t>
      </w:r>
      <w:r>
        <w:rPr>
          <w:rFonts w:ascii="Times New Roman" w:hAnsi="Times New Roman"/>
          <w:b w:val="0"/>
          <w:sz w:val="28"/>
        </w:rPr>
        <w:t>: самоотчёты детей, опросы взрослых (ретроспектива) и опросы педагогов несовместимы.</w:t>
      </w:r>
    </w:p>
    <w:p>
      <w:pPr>
        <w:spacing w:after="40"/>
        <w:ind w:firstLine="0"/>
      </w:pPr>
      <w:r>
        <w:rPr>
          <w:rFonts w:ascii="Times New Roman" w:hAnsi="Times New Roman"/>
          <w:b w:val="0"/>
          <w:sz w:val="28"/>
        </w:rPr>
        <w:t xml:space="preserve">2. </w:t>
      </w:r>
      <w:r>
        <w:rPr>
          <w:rFonts w:ascii="Times New Roman" w:hAnsi="Times New Roman"/>
          <w:b/>
          <w:sz w:val="28"/>
        </w:rPr>
        <w:t>Структура опросника</w:t>
      </w:r>
      <w:r>
        <w:rPr>
          <w:rFonts w:ascii="Times New Roman" w:hAnsi="Times New Roman"/>
          <w:b w:val="0"/>
          <w:sz w:val="28"/>
        </w:rPr>
        <w:t xml:space="preserve"> меняет результат почти вдвое — сравнение одиночного вопроса и анкеты с определением и примерами: </w:t>
      </w:r>
      <w:hyperlink r:id="rId21">
        <w:r>
          <w:rPr>
            <w:rFonts w:ascii="Times New Roman" w:hAnsi="Times New Roman"/>
            <w:color w:val="0563C1"/>
            <w:u w:val="single"/>
            <w:sz w:val="24"/>
          </w:rPr>
          <w:t xml:space="preserve">Новикова/Реан/Коновалов, 2021</w:t>
        </w:r>
      </w:hyperlink>
      <w:r>
        <w:rPr>
          <w:rFonts w:ascii="Times New Roman" w:hAnsi="Times New Roman"/>
          <w:b w:val="0"/>
          <w:sz w:val="28"/>
        </w:rPr>
        <w:t>.</w:t>
      </w:r>
    </w:p>
    <w:p>
      <w:pPr>
        <w:spacing w:after="40"/>
        <w:ind w:firstLine="0"/>
      </w:pPr>
      <w:r>
        <w:rPr>
          <w:rFonts w:ascii="Times New Roman" w:hAnsi="Times New Roman"/>
          <w:b w:val="0"/>
          <w:sz w:val="28"/>
        </w:rPr>
        <w:t xml:space="preserve">3. </w:t>
      </w:r>
      <w:r>
        <w:rPr>
          <w:rFonts w:ascii="Times New Roman" w:hAnsi="Times New Roman"/>
          <w:b/>
          <w:sz w:val="28"/>
        </w:rPr>
        <w:t>Разные порог и период</w:t>
      </w:r>
      <w:r>
        <w:rPr>
          <w:rFonts w:ascii="Times New Roman" w:hAnsi="Times New Roman"/>
          <w:b w:val="0"/>
          <w:sz w:val="28"/>
        </w:rPr>
        <w:t xml:space="preserve">: «хотя бы раз за жизнь» / «за год» / «несколько раз в месяц» *(пороги описаны в </w:t>
      </w:r>
      <w:hyperlink r:id="rId16">
        <w:r>
          <w:rPr>
            <w:rFonts w:ascii="Times New Roman" w:hAnsi="Times New Roman"/>
            <w:color w:val="0563C1"/>
            <w:u w:val="single"/>
            <w:sz w:val="24"/>
          </w:rPr>
          <w:t xml:space="preserve">Иванюшина и др., 2021</w:t>
        </w:r>
      </w:hyperlink>
      <w:r>
        <w:rPr>
          <w:rFonts w:ascii="Times New Roman" w:hAnsi="Times New Roman"/>
          <w:b w:val="0"/>
          <w:sz w:val="28"/>
        </w:rPr>
        <w:t>)*.</w:t>
      </w:r>
    </w:p>
    <w:p>
      <w:pPr>
        <w:spacing w:after="40"/>
        <w:ind w:firstLine="0"/>
      </w:pPr>
      <w:r>
        <w:rPr>
          <w:rFonts w:ascii="Times New Roman" w:hAnsi="Times New Roman"/>
          <w:b w:val="0"/>
          <w:sz w:val="28"/>
        </w:rPr>
        <w:t xml:space="preserve">4. </w:t>
      </w:r>
      <w:r>
        <w:rPr>
          <w:rFonts w:ascii="Times New Roman" w:hAnsi="Times New Roman"/>
          <w:b/>
          <w:sz w:val="28"/>
        </w:rPr>
        <w:t>Разный возраст</w:t>
      </w:r>
      <w:r>
        <w:rPr>
          <w:rFonts w:ascii="Times New Roman" w:hAnsi="Times New Roman"/>
          <w:b w:val="0"/>
          <w:sz w:val="28"/>
        </w:rPr>
        <w:t xml:space="preserve">: младшие классы дают более высокие значения — </w:t>
      </w:r>
      <w:hyperlink r:id="rId16">
        <w:r>
          <w:rPr>
            <w:rFonts w:ascii="Times New Roman" w:hAnsi="Times New Roman"/>
            <w:color w:val="0563C1"/>
            <w:u w:val="single"/>
            <w:sz w:val="24"/>
          </w:rPr>
          <w:t xml:space="preserve">там же</w:t>
        </w:r>
      </w:hyperlink>
      <w:r>
        <w:rPr>
          <w:rFonts w:ascii="Times New Roman" w:hAnsi="Times New Roman"/>
          <w:b w:val="0"/>
          <w:sz w:val="28"/>
        </w:rPr>
        <w:t>.</w:t>
      </w:r>
    </w:p>
    <w:p>
      <w:pPr>
        <w:spacing w:after="40"/>
        <w:ind w:firstLine="0"/>
      </w:pPr>
      <w:r>
        <w:rPr>
          <w:rFonts w:ascii="Times New Roman" w:hAnsi="Times New Roman"/>
          <w:b w:val="0"/>
          <w:sz w:val="28"/>
        </w:rPr>
        <w:t xml:space="preserve">5. </w:t>
      </w:r>
      <w:r>
        <w:rPr>
          <w:rFonts w:ascii="Times New Roman" w:hAnsi="Times New Roman"/>
          <w:b/>
          <w:sz w:val="28"/>
        </w:rPr>
        <w:t>Разные выборки</w:t>
      </w:r>
      <w:r>
        <w:rPr>
          <w:rFonts w:ascii="Times New Roman" w:hAnsi="Times New Roman"/>
          <w:b w:val="0"/>
          <w:sz w:val="28"/>
        </w:rPr>
        <w:t>: локальные (871) / региональные репрезентативные (18 433) / взрослые по стране (1600) / международные (PISA).</w:t>
      </w:r>
    </w:p>
    <w:p>
      <w:pPr>
        <w:spacing w:after="40"/>
        <w:ind w:firstLine="0"/>
      </w:pPr>
      <w:r>
        <w:rPr>
          <w:rFonts w:ascii="Times New Roman" w:hAnsi="Times New Roman"/>
          <w:b w:val="0"/>
          <w:sz w:val="28"/>
        </w:rPr>
        <w:t xml:space="preserve">6. </w:t>
      </w:r>
      <w:r>
        <w:rPr>
          <w:rFonts w:ascii="Times New Roman" w:hAnsi="Times New Roman"/>
          <w:b/>
          <w:sz w:val="28"/>
        </w:rPr>
        <w:t>Концентрация явления</w:t>
      </w:r>
      <w:r>
        <w:rPr>
          <w:rFonts w:ascii="Times New Roman" w:hAnsi="Times New Roman"/>
          <w:b w:val="0"/>
          <w:sz w:val="28"/>
        </w:rPr>
        <w:t xml:space="preserve"> по школам *(50–54 % оценка распределения — </w:t>
      </w:r>
      <w:hyperlink r:id="rId11">
        <w:r>
          <w:rPr>
            <w:rFonts w:ascii="Times New Roman" w:hAnsi="Times New Roman"/>
            <w:color w:val="0563C1"/>
            <w:u w:val="single"/>
            <w:sz w:val="24"/>
          </w:rPr>
          <w:t xml:space="preserve">доклад НИУ ВШЭ, 2026</w:t>
        </w:r>
      </w:hyperlink>
      <w:r>
        <w:rPr>
          <w:rFonts w:ascii="Times New Roman" w:hAnsi="Times New Roman"/>
          <w:b w:val="0"/>
          <w:sz w:val="28"/>
        </w:rPr>
        <w:t>)*.</w:t>
      </w:r>
    </w:p>
    <w:p>
      <w:pPr>
        <w:spacing w:after="40"/>
        <w:ind w:firstLine="0"/>
      </w:pPr>
      <w:r>
        <w:rPr>
          <w:rFonts w:ascii="Times New Roman" w:hAnsi="Times New Roman"/>
          <w:b w:val="0"/>
          <w:sz w:val="28"/>
        </w:rPr>
        <w:t xml:space="preserve">7. </w:t>
      </w:r>
      <w:r>
        <w:rPr>
          <w:rFonts w:ascii="Times New Roman" w:hAnsi="Times New Roman"/>
          <w:b/>
          <w:sz w:val="28"/>
        </w:rPr>
        <w:t>Международный разброс</w:t>
      </w:r>
      <w:r>
        <w:rPr>
          <w:rFonts w:ascii="Times New Roman" w:hAnsi="Times New Roman"/>
          <w:b w:val="0"/>
          <w:sz w:val="28"/>
        </w:rPr>
        <w:t xml:space="preserve">: обзор межстрановых превалентностей — </w:t>
      </w:r>
      <w:hyperlink r:id="rId27">
        <w:r>
          <w:rPr>
            <w:rFonts w:ascii="Times New Roman" w:hAnsi="Times New Roman"/>
            <w:color w:val="0563C1"/>
            <w:u w:val="single"/>
            <w:sz w:val="24"/>
          </w:rPr>
          <w:t xml:space="preserve">OECD working paper «Bullying in education»</w:t>
        </w:r>
      </w:hyperlink>
      <w:r>
        <w:rPr>
          <w:rFonts w:ascii="Times New Roman" w:hAnsi="Times New Roman"/>
          <w:b w:val="0"/>
          <w:sz w:val="28"/>
        </w:rPr>
        <w:t>.</w:t>
      </w:r>
    </w:p>
    <w:p>
      <w:r>
        <w:rPr>
          <w:rFonts w:ascii="Times New Roman" w:hAnsi="Times New Roman"/>
          <w:b/>
          <w:sz w:val="28"/>
        </w:rPr>
        <w:t>Вывод:</w:t>
      </w:r>
      <w:r>
        <w:rPr>
          <w:rFonts w:ascii="Times New Roman" w:hAnsi="Times New Roman"/>
          <w:b w:val="0"/>
          <w:sz w:val="28"/>
        </w:rPr>
        <w:t xml:space="preserve"> сравнивать можно только цифры одного инструмента на сравнимой выборке. Формулировка «подтверждённые оценки ~15–54 %» </w:t>
      </w:r>
      <w:r>
        <w:rPr>
          <w:rFonts w:ascii="Times New Roman" w:hAnsi="Times New Roman"/>
          <w:b/>
          <w:sz w:val="28"/>
        </w:rPr>
        <w:t>некорректна</w:t>
      </w:r>
      <w:r>
        <w:rPr>
          <w:rFonts w:ascii="Times New Roman" w:hAnsi="Times New Roman"/>
          <w:b w:val="0"/>
          <w:sz w:val="28"/>
        </w:rPr>
        <w:t>.</w:t>
      </w:r>
    </w:p>
    <w:p>
      <w:pPr>
        <w:spacing w:after="80"/>
        <w:ind w:firstLine="0"/>
      </w:pPr>
      <w:r>
        <w:rPr>
          <w:rFonts w:ascii="Times New Roman" w:hAnsi="Times New Roman"/>
          <w:b/>
          <w:sz w:val="26"/>
        </w:rPr>
        <w:t>2.4. Кибербуллинг</w:t>
      </w:r>
    </w:p>
    <w:p>
      <w:pPr>
        <w:spacing w:after="40"/>
        <w:ind w:firstLine="0"/>
      </w:pPr>
      <w:r>
        <w:rPr>
          <w:rFonts w:ascii="Times New Roman" w:hAnsi="Times New Roman"/>
          <w:b w:val="0"/>
          <w:sz w:val="28"/>
        </w:rPr>
        <w:t xml:space="preserve">– </w:t>
      </w:r>
      <w:r>
        <w:rPr>
          <w:rFonts w:ascii="Times New Roman" w:hAnsi="Times New Roman"/>
          <w:b/>
          <w:sz w:val="28"/>
        </w:rPr>
        <w:t>Измерение:</w:t>
      </w:r>
      <w:r>
        <w:rPr>
          <w:rFonts w:ascii="Times New Roman" w:hAnsi="Times New Roman"/>
          <w:b w:val="0"/>
          <w:sz w:val="28"/>
        </w:rPr>
        <w:t xml:space="preserve"> отдельного российского показателя нет. Оценка «около 20 % подростков сталкивались с кибербуллингом» приводится в обзорах `NOT VERIFIED` · вторично *(например, </w:t>
      </w:r>
      <w:hyperlink r:id="rId25">
        <w:r>
          <w:rPr>
            <w:rFonts w:ascii="Times New Roman" w:hAnsi="Times New Roman"/>
            <w:color w:val="0563C1"/>
            <w:u w:val="single"/>
            <w:sz w:val="24"/>
          </w:rPr>
          <w:t xml:space="preserve">сводка НГПУ</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Право:</w:t>
      </w:r>
      <w:r>
        <w:rPr>
          <w:rFonts w:ascii="Times New Roman" w:hAnsi="Times New Roman"/>
          <w:b w:val="0"/>
          <w:sz w:val="28"/>
        </w:rPr>
        <w:t xml:space="preserve"> состава «кибербуллинг» нет; применимы общие нормы — </w:t>
      </w:r>
      <w:hyperlink r:id="rId28">
        <w:r>
          <w:rPr>
            <w:rFonts w:ascii="Times New Roman" w:hAnsi="Times New Roman"/>
            <w:color w:val="0563C1"/>
            <w:u w:val="single"/>
            <w:sz w:val="24"/>
          </w:rPr>
          <w:t xml:space="preserve">КоАП РФ (ст. 5.61)</w:t>
        </w:r>
      </w:hyperlink>
      <w:r>
        <w:rPr>
          <w:rFonts w:ascii="Times New Roman" w:hAnsi="Times New Roman"/>
          <w:b w:val="0"/>
          <w:sz w:val="28"/>
        </w:rPr>
        <w:t xml:space="preserve">, </w:t>
      </w:r>
      <w:hyperlink r:id="rId29">
        <w:r>
          <w:rPr>
            <w:rFonts w:ascii="Times New Roman" w:hAnsi="Times New Roman"/>
            <w:color w:val="0563C1"/>
            <w:u w:val="single"/>
            <w:sz w:val="24"/>
          </w:rPr>
          <w:t xml:space="preserve">УК РФ (ст. 128.1, 119, 137, 213)</w:t>
        </w:r>
      </w:hyperlink>
      <w:r>
        <w:rPr>
          <w:rFonts w:ascii="Times New Roman" w:hAnsi="Times New Roman"/>
          <w:b w:val="0"/>
          <w:sz w:val="28"/>
        </w:rPr>
        <w:t xml:space="preserve">, механизм блокировки по </w:t>
      </w:r>
      <w:hyperlink r:id="rId30">
        <w:r>
          <w:rPr>
            <w:rFonts w:ascii="Times New Roman" w:hAnsi="Times New Roman"/>
            <w:color w:val="0563C1"/>
            <w:u w:val="single"/>
            <w:sz w:val="24"/>
          </w:rPr>
          <w:t xml:space="preserve">ФЗ-149</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Особенности:</w:t>
      </w:r>
      <w:r>
        <w:rPr>
          <w:rFonts w:ascii="Times New Roman" w:hAnsi="Times New Roman"/>
          <w:b w:val="0"/>
          <w:sz w:val="28"/>
        </w:rPr>
        <w:t xml:space="preserve"> круглосуточный доступ, анонимность, широкая аудитория, трансграничность сервисов, сложность фиксации доказательств *(разбор — </w:t>
      </w:r>
      <w:hyperlink r:id="rId31">
        <w:r>
          <w:rPr>
            <w:rFonts w:ascii="Times New Roman" w:hAnsi="Times New Roman"/>
            <w:color w:val="0563C1"/>
            <w:u w:val="single"/>
            <w:sz w:val="24"/>
          </w:rPr>
          <w:t xml:space="preserve">ГАРАНТ, правовой анализ кибербуллинга</w:t>
        </w:r>
      </w:hyperlink>
      <w:r>
        <w:rPr>
          <w:rFonts w:ascii="Times New Roman" w:hAnsi="Times New Roman"/>
          <w:b w:val="0"/>
          <w:sz w:val="28"/>
        </w:rPr>
        <w:t>)*.</w:t>
      </w:r>
    </w:p>
    <w:p>
      <w:pPr>
        <w:spacing w:after="80"/>
        <w:ind w:firstLine="0"/>
      </w:pPr>
      <w:r>
        <w:rPr>
          <w:rFonts w:ascii="Times New Roman" w:hAnsi="Times New Roman"/>
          <w:b/>
          <w:sz w:val="26"/>
        </w:rPr>
        <w:t>2.5. Кадровый разрыв</w:t>
      </w:r>
    </w:p>
    <w:p>
      <w:r>
        <w:rPr>
          <w:rFonts w:ascii="Times New Roman" w:hAnsi="Times New Roman"/>
          <w:b w:val="0"/>
          <w:sz w:val="28"/>
        </w:rPr>
        <w:t xml:space="preserve">«Невидимость» травли — не только про нежелание скрывать, но и про </w:t>
      </w:r>
      <w:r>
        <w:rPr>
          <w:rFonts w:ascii="Times New Roman" w:hAnsi="Times New Roman"/>
          <w:b/>
          <w:sz w:val="28"/>
        </w:rPr>
        <w:t>нехватку людей</w:t>
      </w:r>
      <w:r>
        <w:rPr>
          <w:rFonts w:ascii="Times New Roman" w:hAnsi="Times New Roman"/>
          <w:b w:val="0"/>
          <w:sz w:val="28"/>
        </w:rPr>
        <w:t>: о нехватке психологов и служб медиации говорил Генпрокурор РФ (</w:t>
      </w:r>
      <w:hyperlink r:id="rId32">
        <w:r>
          <w:rPr>
            <w:rFonts w:ascii="Times New Roman" w:hAnsi="Times New Roman"/>
            <w:color w:val="0563C1"/>
            <w:u w:val="single"/>
            <w:sz w:val="24"/>
          </w:rPr>
          <w:t xml:space="preserve">доклад 24.04.2024</w:t>
        </w:r>
      </w:hyperlink>
      <w:r>
        <w:rPr>
          <w:rFonts w:ascii="Times New Roman" w:hAnsi="Times New Roman"/>
          <w:b w:val="0"/>
          <w:sz w:val="28"/>
        </w:rPr>
        <w:t>). Точные цифры обеспеченности — `NOT VERIFIED`.</w:t>
      </w:r>
    </w:p>
    <w:p>
      <w:pPr>
        <w:spacing w:after="80"/>
        <w:ind w:firstLine="0"/>
      </w:pPr>
      <w:r>
        <w:rPr>
          <w:rFonts w:ascii="Times New Roman" w:hAnsi="Times New Roman"/>
          <w:b/>
          <w:sz w:val="28"/>
        </w:rPr>
        <w:t>3. Недорегистрация и сокрытие — ядро проблемы</w:t>
      </w:r>
    </w:p>
    <w:p>
      <w:r>
        <w:rPr>
          <w:rFonts w:ascii="Times New Roman" w:hAnsi="Times New Roman"/>
          <w:b/>
          <w:sz w:val="28"/>
        </w:rPr>
        <w:t>Главный факт: система не видит большинство случаев.</w:t>
      </w:r>
    </w:p>
    <w:p>
      <w:pPr>
        <w:spacing w:after="40"/>
        <w:ind w:firstLine="0"/>
      </w:pPr>
      <w:r>
        <w:rPr>
          <w:rFonts w:ascii="Times New Roman" w:hAnsi="Times New Roman"/>
          <w:b w:val="0"/>
          <w:sz w:val="28"/>
        </w:rPr>
        <w:t xml:space="preserve">– </w:t>
      </w:r>
      <w:r>
        <w:rPr>
          <w:rFonts w:ascii="Times New Roman" w:hAnsi="Times New Roman"/>
          <w:b/>
          <w:sz w:val="28"/>
        </w:rPr>
        <w:t>Разрыв «дети — взрослые»:</w:t>
      </w:r>
      <w:r>
        <w:rPr>
          <w:rFonts w:ascii="Times New Roman" w:hAnsi="Times New Roman"/>
          <w:b w:val="0"/>
          <w:sz w:val="28"/>
        </w:rPr>
        <w:t xml:space="preserve"> среди учащихся о столкновении с травлей говорит до половины, среди учителей — менее 30 % — </w:t>
      </w:r>
      <w:hyperlink r:id="rId11">
        <w:r>
          <w:rPr>
            <w:rFonts w:ascii="Times New Roman" w:hAnsi="Times New Roman"/>
            <w:color w:val="0563C1"/>
            <w:u w:val="single"/>
            <w:sz w:val="24"/>
          </w:rPr>
          <w:t xml:space="preserve">доклад НИУ ВШЭ, 2026</w:t>
        </w:r>
      </w:hyperlink>
      <w:r>
        <w:rPr>
          <w:rFonts w:ascii="Times New Roman" w:hAnsi="Times New Roman"/>
          <w:b w:val="0"/>
          <w:sz w:val="28"/>
        </w:rPr>
        <w:t xml:space="preserve"> `частично`.</w:t>
      </w:r>
    </w:p>
    <w:p>
      <w:pPr>
        <w:spacing w:after="40"/>
        <w:ind w:firstLine="0"/>
      </w:pPr>
      <w:r>
        <w:rPr>
          <w:rFonts w:ascii="Times New Roman" w:hAnsi="Times New Roman"/>
          <w:b w:val="0"/>
          <w:sz w:val="28"/>
        </w:rPr>
        <w:t xml:space="preserve">– </w:t>
      </w:r>
      <w:r>
        <w:rPr>
          <w:rFonts w:ascii="Times New Roman" w:hAnsi="Times New Roman"/>
          <w:b/>
          <w:sz w:val="28"/>
        </w:rPr>
        <w:t>48 %</w:t>
      </w:r>
      <w:r>
        <w:rPr>
          <w:rFonts w:ascii="Times New Roman" w:hAnsi="Times New Roman"/>
          <w:b w:val="0"/>
          <w:sz w:val="28"/>
        </w:rPr>
        <w:t xml:space="preserve"> учителей и руководителей школ «не замечают» травли; </w:t>
      </w:r>
      <w:r>
        <w:rPr>
          <w:rFonts w:ascii="Times New Roman" w:hAnsi="Times New Roman"/>
          <w:b/>
          <w:sz w:val="28"/>
        </w:rPr>
        <w:t>30 %</w:t>
      </w:r>
      <w:r>
        <w:rPr>
          <w:rFonts w:ascii="Times New Roman" w:hAnsi="Times New Roman"/>
          <w:b w:val="0"/>
          <w:sz w:val="28"/>
        </w:rPr>
        <w:t xml:space="preserve"> не считают происходящее травлей; </w:t>
      </w:r>
      <w:r>
        <w:rPr>
          <w:rFonts w:ascii="Times New Roman" w:hAnsi="Times New Roman"/>
          <w:b/>
          <w:sz w:val="28"/>
        </w:rPr>
        <w:t>43 %</w:t>
      </w:r>
      <w:r>
        <w:rPr>
          <w:rFonts w:ascii="Times New Roman" w:hAnsi="Times New Roman"/>
          <w:b w:val="0"/>
          <w:sz w:val="28"/>
        </w:rPr>
        <w:t xml:space="preserve"> родителей не знают, что ребёнка травят — </w:t>
      </w:r>
      <w:hyperlink r:id="rId33">
        <w:r>
          <w:rPr>
            <w:rFonts w:ascii="Times New Roman" w:hAnsi="Times New Roman"/>
            <w:color w:val="0563C1"/>
            <w:u w:val="single"/>
            <w:sz w:val="24"/>
          </w:rPr>
          <w:t xml:space="preserve">данные аппарата Уполномоченного по правам ребёнка</w:t>
        </w:r>
      </w:hyperlink>
      <w:r>
        <w:rPr>
          <w:rFonts w:ascii="Times New Roman" w:hAnsi="Times New Roman"/>
          <w:b w:val="0"/>
          <w:sz w:val="28"/>
        </w:rPr>
        <w:t xml:space="preserve"> `NOT VERIFIED` по методике.</w:t>
      </w:r>
    </w:p>
    <w:p>
      <w:pPr>
        <w:spacing w:after="40"/>
        <w:ind w:firstLine="0"/>
      </w:pPr>
      <w:r>
        <w:rPr>
          <w:rFonts w:ascii="Times New Roman" w:hAnsi="Times New Roman"/>
          <w:b w:val="0"/>
          <w:sz w:val="28"/>
        </w:rPr>
        <w:t xml:space="preserve">– Лишь </w:t>
      </w:r>
      <w:r>
        <w:rPr>
          <w:rFonts w:ascii="Times New Roman" w:hAnsi="Times New Roman"/>
          <w:b/>
          <w:sz w:val="28"/>
        </w:rPr>
        <w:t>около 8 %</w:t>
      </w:r>
      <w:r>
        <w:rPr>
          <w:rFonts w:ascii="Times New Roman" w:hAnsi="Times New Roman"/>
          <w:b w:val="0"/>
          <w:sz w:val="28"/>
        </w:rPr>
        <w:t xml:space="preserve"> пострадавших сообщают взрослым — </w:t>
      </w:r>
      <w:hyperlink r:id="rId25">
        <w:r>
          <w:rPr>
            <w:rFonts w:ascii="Times New Roman" w:hAnsi="Times New Roman"/>
            <w:color w:val="0563C1"/>
            <w:u w:val="single"/>
            <w:sz w:val="24"/>
          </w:rPr>
          <w:t xml:space="preserve">сводка НГПУ</w:t>
        </w:r>
      </w:hyperlink>
      <w:r>
        <w:rPr>
          <w:rFonts w:ascii="Times New Roman" w:hAnsi="Times New Roman"/>
          <w:b w:val="0"/>
          <w:sz w:val="28"/>
        </w:rPr>
        <w:t xml:space="preserve"> *(первоисточник не сверен)*.</w:t>
      </w:r>
    </w:p>
    <w:p>
      <w:pPr>
        <w:spacing w:after="40"/>
        <w:ind w:firstLine="0"/>
      </w:pPr>
      <w:r>
        <w:rPr>
          <w:rFonts w:ascii="Times New Roman" w:hAnsi="Times New Roman"/>
          <w:b w:val="0"/>
          <w:sz w:val="28"/>
        </w:rPr>
        <w:t xml:space="preserve">– </w:t>
      </w:r>
      <w:r>
        <w:rPr>
          <w:rFonts w:ascii="Times New Roman" w:hAnsi="Times New Roman"/>
          <w:b/>
          <w:sz w:val="28"/>
        </w:rPr>
        <w:t>«Косвенная» агрессия</w:t>
      </w:r>
      <w:r>
        <w:rPr>
          <w:rFonts w:ascii="Times New Roman" w:hAnsi="Times New Roman"/>
          <w:b w:val="0"/>
          <w:sz w:val="28"/>
        </w:rPr>
        <w:t xml:space="preserve"> (бойкот, слухи, изоляция) особенно невидима взрослым: она растянута во времени — </w:t>
      </w:r>
      <w:hyperlink r:id="rId11">
        <w:r>
          <w:rPr>
            <w:rFonts w:ascii="Times New Roman" w:hAnsi="Times New Roman"/>
            <w:color w:val="0563C1"/>
            <w:u w:val="single"/>
            <w:sz w:val="24"/>
          </w:rPr>
          <w:t xml:space="preserve">доклад НИУ ВШЭ, 2026</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Системное признание проблемы на высшем уровне:</w:t>
      </w:r>
      <w:r>
        <w:rPr>
          <w:rFonts w:ascii="Times New Roman" w:hAnsi="Times New Roman"/>
          <w:b w:val="0"/>
          <w:sz w:val="28"/>
        </w:rPr>
        <w:t xml:space="preserve"> Генпрокурор РФ (24.04.2024) заявил о выявленных фактах </w:t>
      </w:r>
      <w:r>
        <w:rPr>
          <w:rFonts w:ascii="Times New Roman" w:hAnsi="Times New Roman"/>
          <w:b/>
          <w:sz w:val="28"/>
        </w:rPr>
        <w:t>замалчивания педагогами</w:t>
      </w:r>
      <w:r>
        <w:rPr>
          <w:rFonts w:ascii="Times New Roman" w:hAnsi="Times New Roman"/>
          <w:b w:val="0"/>
          <w:sz w:val="28"/>
        </w:rPr>
        <w:t xml:space="preserve"> случаев травли — </w:t>
      </w:r>
      <w:hyperlink r:id="rId32">
        <w:r>
          <w:rPr>
            <w:rFonts w:ascii="Times New Roman" w:hAnsi="Times New Roman"/>
            <w:color w:val="0563C1"/>
            <w:u w:val="single"/>
            <w:sz w:val="24"/>
          </w:rPr>
          <w:t xml:space="preserve">доклад в Совете Федерации</w:t>
        </w:r>
      </w:hyperlink>
      <w:r>
        <w:rPr>
          <w:rFonts w:ascii="Times New Roman" w:hAnsi="Times New Roman"/>
          <w:b w:val="0"/>
          <w:sz w:val="28"/>
        </w:rPr>
        <w:t xml:space="preserve">, </w:t>
      </w:r>
      <w:hyperlink r:id="rId34">
        <w:r>
          <w:rPr>
            <w:rFonts w:ascii="Times New Roman" w:hAnsi="Times New Roman"/>
            <w:color w:val="0563C1"/>
            <w:u w:val="single"/>
            <w:sz w:val="24"/>
          </w:rPr>
          <w:t xml:space="preserve">сообщение РИА</w:t>
        </w:r>
      </w:hyperlink>
      <w:r>
        <w:rPr>
          <w:rFonts w:ascii="Times New Roman" w:hAnsi="Times New Roman"/>
          <w:b w:val="0"/>
          <w:sz w:val="28"/>
        </w:rPr>
        <w:t xml:space="preserve">; министр просвещения (февраль 2026) — что школы относились к рекомендациям ведомства </w:t>
      </w:r>
      <w:r>
        <w:rPr>
          <w:rFonts w:ascii="Times New Roman" w:hAnsi="Times New Roman"/>
          <w:b/>
          <w:sz w:val="28"/>
        </w:rPr>
        <w:t>«формально»</w:t>
      </w:r>
      <w:r>
        <w:rPr>
          <w:rFonts w:ascii="Times New Roman" w:hAnsi="Times New Roman"/>
          <w:b w:val="0"/>
          <w:sz w:val="28"/>
        </w:rPr>
        <w:t xml:space="preserve"> — </w:t>
      </w:r>
      <w:hyperlink r:id="rId35">
        <w:r>
          <w:rPr>
            <w:rFonts w:ascii="Times New Roman" w:hAnsi="Times New Roman"/>
            <w:color w:val="0563C1"/>
            <w:u w:val="single"/>
            <w:sz w:val="24"/>
          </w:rPr>
          <w:t xml:space="preserve">сообщение РБК</w:t>
        </w:r>
      </w:hyperlink>
      <w:r>
        <w:rPr>
          <w:rFonts w:ascii="Times New Roman" w:hAnsi="Times New Roman"/>
          <w:b w:val="0"/>
          <w:sz w:val="28"/>
        </w:rPr>
        <w:t>.</w:t>
      </w:r>
    </w:p>
    <w:p>
      <w:r>
        <w:rPr>
          <w:rFonts w:ascii="Times New Roman" w:hAnsi="Times New Roman"/>
          <w:b/>
          <w:sz w:val="28"/>
        </w:rPr>
        <w:t>Институциональный стимул к сокрытию — важная гипотеза этапа.</w:t>
      </w:r>
      <w:r>
        <w:rPr>
          <w:rFonts w:ascii="Times New Roman" w:hAnsi="Times New Roman"/>
          <w:b w:val="0"/>
          <w:sz w:val="28"/>
        </w:rPr>
        <w:t xml:space="preserve"> По публичному заявлению депутата Я. Лантратовой (2024), случаи травли выводились из критериев оценки эффективности школ, то есть у школы мог появляться стимул не фиксировать случаи — </w:t>
      </w:r>
      <w:hyperlink r:id="rId36">
        <w:r>
          <w:rPr>
            <w:rFonts w:ascii="Times New Roman" w:hAnsi="Times New Roman"/>
            <w:color w:val="0563C1"/>
            <w:u w:val="single"/>
            <w:sz w:val="24"/>
          </w:rPr>
          <w:t xml:space="preserve">сообщение «Парламентской газеты»</w:t>
        </w:r>
      </w:hyperlink>
      <w:r>
        <w:rPr>
          <w:rFonts w:ascii="Times New Roman" w:hAnsi="Times New Roman"/>
          <w:b w:val="0"/>
          <w:sz w:val="28"/>
        </w:rPr>
        <w:t xml:space="preserve">. </w:t>
      </w:r>
      <w:r>
        <w:rPr>
          <w:rFonts w:ascii="Times New Roman" w:hAnsi="Times New Roman"/>
          <w:b/>
          <w:sz w:val="28"/>
        </w:rPr>
        <w:t>Статус:</w:t>
      </w:r>
      <w:r>
        <w:rPr>
          <w:rFonts w:ascii="Times New Roman" w:hAnsi="Times New Roman"/>
          <w:b w:val="0"/>
          <w:sz w:val="28"/>
        </w:rPr>
        <w:t xml:space="preserve"> это </w:t>
      </w:r>
      <w:r>
        <w:rPr>
          <w:rFonts w:ascii="Times New Roman" w:hAnsi="Times New Roman"/>
          <w:b/>
          <w:sz w:val="28"/>
        </w:rPr>
        <w:t>заявление, а не сверенный факт</w:t>
      </w:r>
      <w:r>
        <w:rPr>
          <w:rFonts w:ascii="Times New Roman" w:hAnsi="Times New Roman"/>
          <w:b w:val="0"/>
          <w:sz w:val="28"/>
        </w:rPr>
        <w:t xml:space="preserve"> — первичный документ (методика, приказ) не проверен, `NOT VERIFIED`.</w:t>
      </w:r>
    </w:p>
    <w:p>
      <w:pPr>
        <w:spacing w:after="80"/>
        <w:ind w:firstLine="0"/>
      </w:pPr>
      <w:r>
        <w:rPr>
          <w:rFonts w:ascii="Times New Roman" w:hAnsi="Times New Roman"/>
          <w:b/>
          <w:i/>
          <w:sz w:val="24"/>
        </w:rPr>
        <w:t>Ловушка измерения.</w:t>
      </w:r>
      <w:r>
        <w:rPr>
          <w:rFonts w:ascii="Times New Roman" w:hAnsi="Times New Roman"/>
          <w:b w:val="0"/>
          <w:i/>
          <w:sz w:val="24"/>
        </w:rPr>
        <w:t xml:space="preserve"> Снижение числа зарегистрированных случаев </w:t>
      </w:r>
      <w:r>
        <w:rPr>
          <w:rFonts w:ascii="Times New Roman" w:hAnsi="Times New Roman"/>
          <w:b/>
          <w:i/>
          <w:sz w:val="24"/>
        </w:rPr>
        <w:t>не означает</w:t>
      </w:r>
      <w:r>
        <w:rPr>
          <w:rFonts w:ascii="Times New Roman" w:hAnsi="Times New Roman"/>
          <w:b w:val="0"/>
          <w:i/>
          <w:sz w:val="24"/>
        </w:rPr>
        <w:t xml:space="preserve"> снижения травли — это может быть ухудшением выявления. Рост обращений, наоборот, чаще говорит об улучшении выявляемости *(обоснование — </w:t>
      </w:r>
      <w:hyperlink r:id="rId33">
        <w:r>
          <w:rPr>
            <w:rFonts w:ascii="Times New Roman" w:hAnsi="Times New Roman"/>
            <w:color w:val="0563C1"/>
            <w:u w:val="single"/>
            <w:sz w:val="24"/>
          </w:rPr>
          <w:t xml:space="preserve">рекомендация Уполномоченного ввести государственный учёт</w:t>
        </w:r>
      </w:hyperlink>
      <w:r>
        <w:rPr>
          <w:rFonts w:ascii="Times New Roman" w:hAnsi="Times New Roman"/>
          <w:b w:val="0"/>
          <w:i/>
          <w:sz w:val="24"/>
        </w:rPr>
        <w:t>)*.</w:t>
      </w:r>
    </w:p>
    <w:p>
      <w:pPr>
        <w:spacing w:after="80"/>
        <w:ind w:firstLine="0"/>
      </w:pPr>
      <w:r>
        <w:rPr>
          <w:rFonts w:ascii="Times New Roman" w:hAnsi="Times New Roman"/>
          <w:b/>
          <w:sz w:val="28"/>
        </w:rPr>
        <w:t>4. Правовая картина</w:t>
      </w:r>
    </w:p>
    <w:p>
      <w:r>
        <w:rPr>
          <w:rFonts w:ascii="Times New Roman" w:hAnsi="Times New Roman"/>
          <w:b/>
          <w:sz w:val="28"/>
        </w:rPr>
        <w:t>Ключевая формулировка:</w:t>
      </w:r>
      <w:r>
        <w:rPr>
          <w:rFonts w:ascii="Times New Roman" w:hAnsi="Times New Roman"/>
          <w:b w:val="0"/>
          <w:sz w:val="28"/>
        </w:rPr>
        <w:t xml:space="preserve"> единой специальной правовой рамки и </w:t>
      </w:r>
      <w:r>
        <w:rPr>
          <w:rFonts w:ascii="Times New Roman" w:hAnsi="Times New Roman"/>
          <w:b/>
          <w:sz w:val="28"/>
        </w:rPr>
        <w:t>самостоятельного состава правонарушения «буллинг» не существует</w:t>
      </w:r>
      <w:r>
        <w:rPr>
          <w:rFonts w:ascii="Times New Roman" w:hAnsi="Times New Roman"/>
          <w:b w:val="0"/>
          <w:sz w:val="28"/>
        </w:rPr>
        <w:t xml:space="preserve">. Но </w:t>
      </w:r>
      <w:r>
        <w:rPr>
          <w:rFonts w:ascii="Times New Roman" w:hAnsi="Times New Roman"/>
          <w:b/>
          <w:sz w:val="28"/>
        </w:rPr>
        <w:t>правовая основа есть — она фрагментарна</w:t>
      </w:r>
      <w:r>
        <w:rPr>
          <w:rFonts w:ascii="Times New Roman" w:hAnsi="Times New Roman"/>
          <w:b w:val="0"/>
          <w:sz w:val="28"/>
        </w:rPr>
        <w:t>.</w:t>
      </w:r>
    </w:p>
    <w:tbl>
      <w:tblPr>
        <w:tblStyle w:val="TableGrid"/>
        <w:tblW w:type="auto" w:w="0"/>
        <w:jc w:val="center"/>
        <w:tblLook w:firstColumn="1" w:firstRow="1" w:lastColumn="0" w:lastRow="0" w:noHBand="0" w:noVBand="1" w:val="04A0"/>
      </w:tblPr>
      <w:tblGrid>
        <w:gridCol w:w="3118"/>
        <w:gridCol w:w="3118"/>
        <w:gridCol w:w="3118"/>
      </w:tblGrid>
      <w:tr>
        <w:tc>
          <w:tcPr>
            <w:tcW w:type="dxa" w:w="3118"/>
          </w:tcPr>
          <w:p>
            <w:pPr>
              <w:ind w:firstLine="0"/>
            </w:pPr>
            <w:r>
              <w:rPr>
                <w:rFonts w:ascii="Times New Roman" w:hAnsi="Times New Roman"/>
                <w:b/>
                <w:sz w:val="22"/>
              </w:rPr>
              <w:t>Норма</w:t>
            </w:r>
          </w:p>
        </w:tc>
        <w:tc>
          <w:tcPr>
            <w:tcW w:type="dxa" w:w="3118"/>
          </w:tcPr>
          <w:p>
            <w:pPr>
              <w:ind w:firstLine="0"/>
            </w:pPr>
            <w:r>
              <w:rPr>
                <w:rFonts w:ascii="Times New Roman" w:hAnsi="Times New Roman"/>
                <w:b/>
                <w:sz w:val="22"/>
              </w:rPr>
              <w:t>Что устанавливает (ссылка на текст)</w:t>
            </w:r>
          </w:p>
        </w:tc>
        <w:tc>
          <w:tcPr>
            <w:tcW w:type="dxa" w:w="3118"/>
          </w:tcPr>
          <w:p>
            <w:pPr>
              <w:ind w:firstLine="0"/>
            </w:pPr>
            <w:r>
              <w:rPr>
                <w:rFonts w:ascii="Times New Roman" w:hAnsi="Times New Roman"/>
                <w:b/>
                <w:sz w:val="22"/>
              </w:rPr>
              <w:t>Чего не хватает</w:t>
            </w:r>
          </w:p>
        </w:tc>
      </w:tr>
      <w:tr>
        <w:tc>
          <w:tcPr>
            <w:tcW w:type="dxa" w:w="3118"/>
          </w:tcPr>
          <w:p>
            <w:pPr>
              <w:ind w:firstLine="0"/>
            </w:pPr>
            <w:r>
              <w:rPr>
                <w:rFonts w:ascii="Times New Roman" w:hAnsi="Times New Roman"/>
                <w:b/>
                <w:sz w:val="22"/>
              </w:rPr>
              <w:t>ФЗ-273, п. 9 ч. 1 ст. 34</w:t>
            </w:r>
            <w:r>
              <w:rPr>
                <w:rFonts w:ascii="Times New Roman" w:hAnsi="Times New Roman"/>
                <w:b w:val="0"/>
                <w:sz w:val="22"/>
              </w:rPr>
              <w:t xml:space="preserve"> — </w:t>
            </w:r>
            <w:hyperlink r:id="rId37">
              <w:r>
                <w:rPr>
                  <w:rFonts w:ascii="Times New Roman" w:hAnsi="Times New Roman"/>
                  <w:color w:val="0563C1"/>
                  <w:u w:val="single"/>
                  <w:sz w:val="22"/>
                </w:rPr>
                <w:t xml:space="preserve">ст. 34</w:t>
              </w:r>
            </w:hyperlink>
          </w:p>
        </w:tc>
        <w:tc>
          <w:tcPr>
            <w:tcW w:type="dxa" w:w="3118"/>
          </w:tcPr>
          <w:p>
            <w:pPr>
              <w:ind w:firstLine="0"/>
            </w:pPr>
            <w:r>
              <w:rPr>
                <w:rFonts w:ascii="Times New Roman" w:hAnsi="Times New Roman"/>
                <w:b w:val="0"/>
                <w:sz w:val="22"/>
              </w:rPr>
              <w:t>право на уважение достоинства и защиту от насилия</w:t>
            </w:r>
          </w:p>
        </w:tc>
        <w:tc>
          <w:tcPr>
            <w:tcW w:type="dxa" w:w="3118"/>
          </w:tcPr>
          <w:p>
            <w:pPr>
              <w:ind w:firstLine="0"/>
            </w:pPr>
            <w:r>
              <w:rPr>
                <w:rFonts w:ascii="Times New Roman" w:hAnsi="Times New Roman"/>
                <w:b w:val="0"/>
                <w:sz w:val="22"/>
              </w:rPr>
              <w:t>норма-принцип, нет определения травли</w:t>
            </w:r>
          </w:p>
        </w:tc>
      </w:tr>
      <w:tr>
        <w:tc>
          <w:tcPr>
            <w:tcW w:type="dxa" w:w="3118"/>
          </w:tcPr>
          <w:p>
            <w:pPr>
              <w:ind w:firstLine="0"/>
            </w:pPr>
            <w:r>
              <w:rPr>
                <w:rFonts w:ascii="Times New Roman" w:hAnsi="Times New Roman"/>
                <w:b/>
                <w:sz w:val="22"/>
              </w:rPr>
              <w:t>ФЗ-273, ч. 6–7 ст. 28</w:t>
            </w:r>
            <w:r>
              <w:rPr>
                <w:rFonts w:ascii="Times New Roman" w:hAnsi="Times New Roman"/>
                <w:b w:val="0"/>
                <w:sz w:val="22"/>
              </w:rPr>
              <w:t xml:space="preserve"> — </w:t>
            </w:r>
            <w:hyperlink r:id="rId38">
              <w:r>
                <w:rPr>
                  <w:rFonts w:ascii="Times New Roman" w:hAnsi="Times New Roman"/>
                  <w:color w:val="0563C1"/>
                  <w:u w:val="single"/>
                  <w:sz w:val="22"/>
                </w:rPr>
                <w:t xml:space="preserve">ст. 28</w:t>
              </w:r>
            </w:hyperlink>
          </w:p>
        </w:tc>
        <w:tc>
          <w:tcPr>
            <w:tcW w:type="dxa" w:w="3118"/>
          </w:tcPr>
          <w:p>
            <w:pPr>
              <w:ind w:firstLine="0"/>
            </w:pPr>
            <w:r>
              <w:rPr>
                <w:rFonts w:ascii="Times New Roman" w:hAnsi="Times New Roman"/>
                <w:b w:val="0"/>
                <w:sz w:val="22"/>
              </w:rPr>
              <w:t>обязанность создавать безопасные условия; ответственность за жизнь и здоровье</w:t>
            </w:r>
          </w:p>
        </w:tc>
        <w:tc>
          <w:tcPr>
            <w:tcW w:type="dxa" w:w="3118"/>
          </w:tcPr>
          <w:p>
            <w:pPr>
              <w:ind w:firstLine="0"/>
            </w:pPr>
            <w:r>
              <w:rPr>
                <w:rFonts w:ascii="Times New Roman" w:hAnsi="Times New Roman"/>
                <w:b w:val="0"/>
                <w:sz w:val="22"/>
              </w:rPr>
              <w:t>«безопасные условия» не операционализированы</w:t>
            </w:r>
          </w:p>
        </w:tc>
      </w:tr>
      <w:tr>
        <w:tc>
          <w:tcPr>
            <w:tcW w:type="dxa" w:w="3118"/>
          </w:tcPr>
          <w:p>
            <w:pPr>
              <w:ind w:firstLine="0"/>
            </w:pPr>
            <w:r>
              <w:rPr>
                <w:rFonts w:ascii="Times New Roman" w:hAnsi="Times New Roman"/>
                <w:b/>
                <w:sz w:val="22"/>
              </w:rPr>
              <w:t>ФЗ-273, ст. 43</w:t>
            </w:r>
            <w:r>
              <w:rPr>
                <w:rFonts w:ascii="Times New Roman" w:hAnsi="Times New Roman"/>
                <w:b w:val="0"/>
                <w:sz w:val="22"/>
              </w:rPr>
              <w:t xml:space="preserve"> — </w:t>
            </w:r>
            <w:hyperlink r:id="rId39">
              <w:r>
                <w:rPr>
                  <w:rFonts w:ascii="Times New Roman" w:hAnsi="Times New Roman"/>
                  <w:color w:val="0563C1"/>
                  <w:u w:val="single"/>
                  <w:sz w:val="22"/>
                </w:rPr>
                <w:t xml:space="preserve">ст. 43</w:t>
              </w:r>
            </w:hyperlink>
          </w:p>
        </w:tc>
        <w:tc>
          <w:tcPr>
            <w:tcW w:type="dxa" w:w="3118"/>
          </w:tcPr>
          <w:p>
            <w:pPr>
              <w:ind w:firstLine="0"/>
            </w:pPr>
            <w:r>
              <w:rPr>
                <w:rFonts w:ascii="Times New Roman" w:hAnsi="Times New Roman"/>
                <w:b w:val="0"/>
                <w:sz w:val="22"/>
              </w:rPr>
              <w:t>обязанности обучающихся; дисциплинарные взыскания</w:t>
            </w:r>
          </w:p>
        </w:tc>
        <w:tc>
          <w:tcPr>
            <w:tcW w:type="dxa" w:w="3118"/>
          </w:tcPr>
          <w:p>
            <w:pPr>
              <w:ind w:firstLine="0"/>
            </w:pPr>
            <w:r>
              <w:rPr>
                <w:rFonts w:ascii="Times New Roman" w:hAnsi="Times New Roman"/>
                <w:b w:val="0"/>
                <w:sz w:val="22"/>
              </w:rPr>
              <w:t>травля не выделена как основание</w:t>
            </w:r>
          </w:p>
        </w:tc>
      </w:tr>
      <w:tr>
        <w:tc>
          <w:tcPr>
            <w:tcW w:type="dxa" w:w="3118"/>
          </w:tcPr>
          <w:p>
            <w:pPr>
              <w:ind w:firstLine="0"/>
            </w:pPr>
            <w:r>
              <w:rPr>
                <w:rFonts w:ascii="Times New Roman" w:hAnsi="Times New Roman"/>
                <w:b/>
                <w:sz w:val="22"/>
              </w:rPr>
              <w:t>ФЗ-273, ст. 48</w:t>
            </w:r>
            <w:r>
              <w:rPr>
                <w:rFonts w:ascii="Times New Roman" w:hAnsi="Times New Roman"/>
                <w:b w:val="0"/>
                <w:sz w:val="22"/>
              </w:rPr>
              <w:t xml:space="preserve"> — </w:t>
            </w:r>
            <w:hyperlink r:id="rId40">
              <w:r>
                <w:rPr>
                  <w:rFonts w:ascii="Times New Roman" w:hAnsi="Times New Roman"/>
                  <w:color w:val="0563C1"/>
                  <w:u w:val="single"/>
                  <w:sz w:val="22"/>
                </w:rPr>
                <w:t xml:space="preserve">полный текст закона</w:t>
              </w:r>
            </w:hyperlink>
          </w:p>
        </w:tc>
        <w:tc>
          <w:tcPr>
            <w:tcW w:type="dxa" w:w="3118"/>
          </w:tcPr>
          <w:p>
            <w:pPr>
              <w:ind w:firstLine="0"/>
            </w:pPr>
            <w:r>
              <w:rPr>
                <w:rFonts w:ascii="Times New Roman" w:hAnsi="Times New Roman"/>
                <w:b w:val="0"/>
                <w:sz w:val="22"/>
              </w:rPr>
              <w:t>обязанности педагогов уважать достоинство обучающихся</w:t>
            </w:r>
          </w:p>
        </w:tc>
        <w:tc>
          <w:tcPr>
            <w:tcW w:type="dxa" w:w="3118"/>
          </w:tcPr>
          <w:p>
            <w:pPr>
              <w:ind w:firstLine="0"/>
            </w:pPr>
            <w:r>
              <w:rPr>
                <w:rFonts w:ascii="Times New Roman" w:hAnsi="Times New Roman"/>
                <w:b w:val="0"/>
                <w:sz w:val="22"/>
              </w:rPr>
              <w:t>нет механизма контроля и санкций</w:t>
            </w:r>
          </w:p>
        </w:tc>
      </w:tr>
      <w:tr>
        <w:tc>
          <w:tcPr>
            <w:tcW w:type="dxa" w:w="3118"/>
          </w:tcPr>
          <w:p>
            <w:pPr>
              <w:ind w:firstLine="0"/>
            </w:pPr>
            <w:r>
              <w:rPr>
                <w:rFonts w:ascii="Times New Roman" w:hAnsi="Times New Roman"/>
                <w:b/>
                <w:sz w:val="22"/>
              </w:rPr>
              <w:t>ФЗ-120</w:t>
            </w:r>
            <w:r>
              <w:rPr>
                <w:rFonts w:ascii="Times New Roman" w:hAnsi="Times New Roman"/>
                <w:b w:val="0"/>
                <w:sz w:val="22"/>
              </w:rPr>
              <w:t xml:space="preserve"> — </w:t>
            </w:r>
            <w:hyperlink r:id="rId41">
              <w:r>
                <w:rPr>
                  <w:rFonts w:ascii="Times New Roman" w:hAnsi="Times New Roman"/>
                  <w:color w:val="0563C1"/>
                  <w:u w:val="single"/>
                  <w:sz w:val="22"/>
                </w:rPr>
                <w:t xml:space="preserve">текст закона</w:t>
              </w:r>
            </w:hyperlink>
          </w:p>
        </w:tc>
        <w:tc>
          <w:tcPr>
            <w:tcW w:type="dxa" w:w="3118"/>
          </w:tcPr>
          <w:p>
            <w:pPr>
              <w:ind w:firstLine="0"/>
            </w:pPr>
            <w:r>
              <w:rPr>
                <w:rFonts w:ascii="Times New Roman" w:hAnsi="Times New Roman"/>
                <w:b w:val="0"/>
                <w:sz w:val="22"/>
              </w:rPr>
              <w:t>система профилактики; категории для индивидуальной работы</w:t>
            </w:r>
          </w:p>
        </w:tc>
        <w:tc>
          <w:tcPr>
            <w:tcW w:type="dxa" w:w="3118"/>
          </w:tcPr>
          <w:p>
            <w:pPr>
              <w:ind w:firstLine="0"/>
            </w:pPr>
            <w:r>
              <w:rPr>
                <w:rFonts w:ascii="Times New Roman" w:hAnsi="Times New Roman"/>
                <w:b w:val="0"/>
                <w:sz w:val="22"/>
              </w:rPr>
              <w:t>«травля» не названа; жертва из «благополучной» семьи вне системы</w:t>
            </w:r>
          </w:p>
        </w:tc>
      </w:tr>
      <w:tr>
        <w:tc>
          <w:tcPr>
            <w:tcW w:type="dxa" w:w="3118"/>
          </w:tcPr>
          <w:p>
            <w:pPr>
              <w:ind w:firstLine="0"/>
            </w:pPr>
            <w:r>
              <w:rPr>
                <w:rFonts w:ascii="Times New Roman" w:hAnsi="Times New Roman"/>
                <w:b/>
                <w:sz w:val="22"/>
              </w:rPr>
              <w:t>КоАП РФ, ст. 5.61</w:t>
            </w:r>
            <w:r>
              <w:rPr>
                <w:rFonts w:ascii="Times New Roman" w:hAnsi="Times New Roman"/>
                <w:b w:val="0"/>
                <w:sz w:val="22"/>
              </w:rPr>
              <w:t xml:space="preserve"> — </w:t>
            </w:r>
            <w:hyperlink r:id="rId28">
              <w:r>
                <w:rPr>
                  <w:rFonts w:ascii="Times New Roman" w:hAnsi="Times New Roman"/>
                  <w:color w:val="0563C1"/>
                  <w:u w:val="single"/>
                  <w:sz w:val="22"/>
                </w:rPr>
                <w:t xml:space="preserve">текст</w:t>
              </w:r>
            </w:hyperlink>
          </w:p>
        </w:tc>
        <w:tc>
          <w:tcPr>
            <w:tcW w:type="dxa" w:w="3118"/>
          </w:tcPr>
          <w:p>
            <w:pPr>
              <w:ind w:firstLine="0"/>
            </w:pPr>
            <w:r>
              <w:rPr>
                <w:rFonts w:ascii="Times New Roman" w:hAnsi="Times New Roman"/>
                <w:b w:val="0"/>
                <w:sz w:val="22"/>
              </w:rPr>
              <w:t>оскорбление (может применяться и к одному эпизоду)</w:t>
            </w:r>
          </w:p>
        </w:tc>
        <w:tc>
          <w:tcPr>
            <w:tcW w:type="dxa" w:w="3118"/>
          </w:tcPr>
          <w:p>
            <w:pPr>
              <w:ind w:firstLine="0"/>
            </w:pPr>
            <w:r>
              <w:rPr>
                <w:rFonts w:ascii="Times New Roman" w:hAnsi="Times New Roman"/>
                <w:b w:val="0"/>
                <w:sz w:val="22"/>
              </w:rPr>
              <w:t>не охватывает систематическую групповую травлю</w:t>
            </w:r>
          </w:p>
        </w:tc>
      </w:tr>
      <w:tr>
        <w:tc>
          <w:tcPr>
            <w:tcW w:type="dxa" w:w="3118"/>
          </w:tcPr>
          <w:p>
            <w:pPr>
              <w:ind w:firstLine="0"/>
            </w:pPr>
            <w:r>
              <w:rPr>
                <w:rFonts w:ascii="Times New Roman" w:hAnsi="Times New Roman"/>
                <w:b/>
                <w:sz w:val="22"/>
              </w:rPr>
              <w:t>УК РФ, ст. 110, 116, 116.1, 117, 128.1, 213</w:t>
            </w:r>
            <w:r>
              <w:rPr>
                <w:rFonts w:ascii="Times New Roman" w:hAnsi="Times New Roman"/>
                <w:b w:val="0"/>
                <w:sz w:val="22"/>
              </w:rPr>
              <w:t xml:space="preserve"> — </w:t>
            </w:r>
            <w:hyperlink r:id="rId29">
              <w:r>
                <w:rPr>
                  <w:rFonts w:ascii="Times New Roman" w:hAnsi="Times New Roman"/>
                  <w:color w:val="0563C1"/>
                  <w:u w:val="single"/>
                  <w:sz w:val="22"/>
                </w:rPr>
                <w:t xml:space="preserve">текст</w:t>
              </w:r>
            </w:hyperlink>
          </w:p>
        </w:tc>
        <w:tc>
          <w:tcPr>
            <w:tcW w:type="dxa" w:w="3118"/>
          </w:tcPr>
          <w:p>
            <w:pPr>
              <w:ind w:firstLine="0"/>
            </w:pPr>
            <w:r>
              <w:rPr>
                <w:rFonts w:ascii="Times New Roman" w:hAnsi="Times New Roman"/>
                <w:b w:val="0"/>
                <w:sz w:val="22"/>
              </w:rPr>
              <w:t>доведение до самоубийства, побои, истязание, клевета, хулиганство</w:t>
            </w:r>
          </w:p>
        </w:tc>
        <w:tc>
          <w:tcPr>
            <w:tcW w:type="dxa" w:w="3118"/>
          </w:tcPr>
          <w:p>
            <w:pPr>
              <w:ind w:firstLine="0"/>
            </w:pPr>
            <w:r>
              <w:rPr>
                <w:rFonts w:ascii="Times New Roman" w:hAnsi="Times New Roman"/>
                <w:b w:val="0"/>
                <w:sz w:val="22"/>
              </w:rPr>
              <w:t xml:space="preserve">применимы </w:t>
            </w:r>
            <w:r>
              <w:rPr>
                <w:rFonts w:ascii="Times New Roman" w:hAnsi="Times New Roman"/>
                <w:b/>
                <w:sz w:val="22"/>
              </w:rPr>
              <w:t>только при конкретных признаках состава</w:t>
            </w:r>
          </w:p>
        </w:tc>
      </w:tr>
    </w:tbl>
    <w:p>
      <w:r>
        <w:rPr>
          <w:rFonts w:ascii="Times New Roman" w:hAnsi="Times New Roman"/>
          <w:b/>
          <w:sz w:val="28"/>
        </w:rPr>
        <w:t>Международные обязательства:</w:t>
      </w:r>
      <w:r>
        <w:rPr>
          <w:rFonts w:ascii="Times New Roman" w:hAnsi="Times New Roman"/>
          <w:b w:val="0"/>
          <w:sz w:val="28"/>
        </w:rPr>
        <w:t xml:space="preserve"> Россия — участник </w:t>
      </w:r>
      <w:r>
        <w:rPr>
          <w:rFonts w:ascii="Times New Roman" w:hAnsi="Times New Roman"/>
          <w:b/>
          <w:sz w:val="28"/>
        </w:rPr>
        <w:t>Конвенции о правах ребёнка</w:t>
      </w:r>
      <w:r>
        <w:rPr>
          <w:rFonts w:ascii="Times New Roman" w:hAnsi="Times New Roman"/>
          <w:b w:val="0"/>
          <w:sz w:val="28"/>
        </w:rPr>
        <w:t xml:space="preserve"> — </w:t>
      </w:r>
      <w:hyperlink r:id="rId42">
        <w:r>
          <w:rPr>
            <w:rFonts w:ascii="Times New Roman" w:hAnsi="Times New Roman"/>
            <w:color w:val="0563C1"/>
            <w:u w:val="single"/>
            <w:sz w:val="24"/>
          </w:rPr>
          <w:t xml:space="preserve">текст</w:t>
        </w:r>
      </w:hyperlink>
      <w:r>
        <w:rPr>
          <w:rFonts w:ascii="Times New Roman" w:hAnsi="Times New Roman"/>
          <w:b w:val="0"/>
          <w:sz w:val="28"/>
        </w:rPr>
        <w:t>, требующей защиты от всех форм насилия.</w:t>
      </w:r>
    </w:p>
    <w:p>
      <w:pPr>
        <w:spacing w:after="80"/>
        <w:ind w:firstLine="0"/>
      </w:pPr>
      <w:r>
        <w:rPr>
          <w:rFonts w:ascii="Times New Roman" w:hAnsi="Times New Roman"/>
          <w:b/>
          <w:i/>
          <w:sz w:val="24"/>
        </w:rPr>
        <w:t>Терминологическая оговорка.</w:t>
      </w:r>
      <w:r>
        <w:rPr>
          <w:rFonts w:ascii="Times New Roman" w:hAnsi="Times New Roman"/>
          <w:b w:val="0"/>
          <w:i/>
          <w:sz w:val="24"/>
        </w:rPr>
        <w:t xml:space="preserve"> Утверждение «понятия "травля" в праве нет» </w:t>
      </w:r>
      <w:r>
        <w:rPr>
          <w:rFonts w:ascii="Times New Roman" w:hAnsi="Times New Roman"/>
          <w:b/>
          <w:i/>
          <w:sz w:val="24"/>
        </w:rPr>
        <w:t>неточно</w:t>
      </w:r>
      <w:r>
        <w:rPr>
          <w:rFonts w:ascii="Times New Roman" w:hAnsi="Times New Roman"/>
          <w:b w:val="0"/>
          <w:i/>
          <w:sz w:val="24"/>
        </w:rPr>
        <w:t xml:space="preserve">: термины используются в официальных методических материалах (см. раздел 7). Нет именно </w:t>
      </w:r>
      <w:r>
        <w:rPr>
          <w:rFonts w:ascii="Times New Roman" w:hAnsi="Times New Roman"/>
          <w:b/>
          <w:i/>
          <w:sz w:val="24"/>
        </w:rPr>
        <w:t>единого легального определения</w:t>
      </w:r>
      <w:r>
        <w:rPr>
          <w:rFonts w:ascii="Times New Roman" w:hAnsi="Times New Roman"/>
          <w:b w:val="0"/>
          <w:i/>
          <w:sz w:val="24"/>
        </w:rPr>
        <w:t xml:space="preserve"> и </w:t>
      </w:r>
      <w:r>
        <w:rPr>
          <w:rFonts w:ascii="Times New Roman" w:hAnsi="Times New Roman"/>
          <w:b/>
          <w:i/>
          <w:sz w:val="24"/>
        </w:rPr>
        <w:t>самостоятельного состава</w:t>
      </w:r>
      <w:r>
        <w:rPr>
          <w:rFonts w:ascii="Times New Roman" w:hAnsi="Times New Roman"/>
          <w:b w:val="0"/>
          <w:i/>
          <w:sz w:val="24"/>
        </w:rPr>
        <w:t>.</w:t>
      </w:r>
    </w:p>
    <w:p>
      <w:pPr>
        <w:spacing w:after="80"/>
        <w:ind w:firstLine="0"/>
      </w:pPr>
      <w:r>
        <w:rPr>
          <w:rFonts w:ascii="Times New Roman" w:hAnsi="Times New Roman"/>
          <w:b/>
          <w:i/>
          <w:sz w:val="24"/>
        </w:rPr>
        <w:t>Отдельный сюжет — службы примирения и медиации.</w:t>
      </w:r>
      <w:r>
        <w:rPr>
          <w:rFonts w:ascii="Times New Roman" w:hAnsi="Times New Roman"/>
          <w:b w:val="0"/>
          <w:i/>
          <w:sz w:val="24"/>
        </w:rPr>
        <w:t xml:space="preserve"> Разобраны в </w:t>
      </w:r>
      <w:r>
        <w:rPr>
          <w:rFonts w:ascii="Times New Roman" w:hAnsi="Times New Roman"/>
          <w:b/>
          <w:i/>
          <w:sz w:val="24"/>
        </w:rPr>
        <w:t>разделе 13</w:t>
      </w:r>
      <w:r>
        <w:rPr>
          <w:rFonts w:ascii="Times New Roman" w:hAnsi="Times New Roman"/>
          <w:b w:val="0"/>
          <w:i/>
          <w:sz w:val="24"/>
        </w:rPr>
        <w:t xml:space="preserve">: школа </w:t>
      </w:r>
      <w:r>
        <w:rPr>
          <w:rFonts w:ascii="Times New Roman" w:hAnsi="Times New Roman"/>
          <w:b/>
          <w:i/>
          <w:sz w:val="24"/>
        </w:rPr>
        <w:t>не обязана</w:t>
      </w:r>
      <w:r>
        <w:rPr>
          <w:rFonts w:ascii="Times New Roman" w:hAnsi="Times New Roman"/>
          <w:b w:val="0"/>
          <w:i/>
          <w:sz w:val="24"/>
        </w:rPr>
        <w:t xml:space="preserve"> их создавать (это рекомендация, а не закон); обязательна только комиссия по урегулированию споров по ст. 45.</w:t>
      </w:r>
    </w:p>
    <w:p>
      <w:pPr>
        <w:spacing w:after="80"/>
        <w:ind w:firstLine="0"/>
      </w:pPr>
      <w:r>
        <w:rPr>
          <w:rFonts w:ascii="Times New Roman" w:hAnsi="Times New Roman"/>
          <w:b/>
          <w:sz w:val="28"/>
        </w:rPr>
        <w:t>5. ПРЕЦЕДЕНТЫ И ИНЦИДЕНТЫ: как это работает на практике</w:t>
      </w:r>
    </w:p>
    <w:p>
      <w:pPr>
        <w:spacing w:after="80"/>
        <w:ind w:firstLine="0"/>
      </w:pPr>
      <w:r>
        <w:rPr>
          <w:rFonts w:ascii="Times New Roman" w:hAnsi="Times New Roman"/>
          <w:b/>
          <w:i/>
          <w:sz w:val="24"/>
        </w:rPr>
        <w:t>Как читать этот раздел.</w:t>
      </w:r>
    </w:p>
    <w:p>
      <w:pPr>
        <w:spacing w:after="80"/>
        <w:ind w:firstLine="0"/>
      </w:pPr>
      <w:r>
        <w:rPr>
          <w:rFonts w:ascii="Times New Roman" w:hAnsi="Times New Roman"/>
          <w:b w:val="0"/>
          <w:i/>
          <w:sz w:val="24"/>
        </w:rPr>
        <w:t xml:space="preserve">1. </w:t>
      </w:r>
      <w:r>
        <w:rPr>
          <w:rFonts w:ascii="Times New Roman" w:hAnsi="Times New Roman"/>
          <w:b/>
          <w:i/>
          <w:sz w:val="24"/>
        </w:rPr>
        <w:t>Терминология.</w:t>
      </w:r>
      <w:r>
        <w:rPr>
          <w:rFonts w:ascii="Times New Roman" w:hAnsi="Times New Roman"/>
          <w:b w:val="0"/>
          <w:i/>
          <w:sz w:val="24"/>
        </w:rPr>
        <w:t xml:space="preserve"> «Прецедент» здесь — в бытовом смысле: «заметное судебное дело, ориентир практики». В РФ судебный акт </w:t>
      </w:r>
      <w:r>
        <w:rPr>
          <w:rFonts w:ascii="Times New Roman" w:hAnsi="Times New Roman"/>
          <w:b/>
          <w:i/>
          <w:sz w:val="24"/>
        </w:rPr>
        <w:t>не является обязательным прецедентом</w:t>
      </w:r>
      <w:r>
        <w:rPr>
          <w:rFonts w:ascii="Times New Roman" w:hAnsi="Times New Roman"/>
          <w:b w:val="0"/>
          <w:i/>
          <w:sz w:val="24"/>
        </w:rPr>
        <w:t>.</w:t>
      </w:r>
    </w:p>
    <w:p>
      <w:pPr>
        <w:spacing w:after="80"/>
        <w:ind w:firstLine="0"/>
      </w:pPr>
      <w:r>
        <w:rPr>
          <w:rFonts w:ascii="Times New Roman" w:hAnsi="Times New Roman"/>
          <w:b w:val="0"/>
          <w:i/>
          <w:sz w:val="24"/>
        </w:rPr>
        <w:t xml:space="preserve">2. </w:t>
      </w:r>
      <w:r>
        <w:rPr>
          <w:rFonts w:ascii="Times New Roman" w:hAnsi="Times New Roman"/>
          <w:b/>
          <w:i/>
          <w:sz w:val="24"/>
        </w:rPr>
        <w:t>Качество источников разное:</w:t>
      </w:r>
      <w:r>
        <w:rPr>
          <w:rFonts w:ascii="Times New Roman" w:hAnsi="Times New Roman"/>
          <w:b w:val="0"/>
          <w:i/>
          <w:sz w:val="24"/>
        </w:rPr>
        <w:t xml:space="preserve"> судебные акты · официальные сообщения · публикации СМИ · заявления должностных лиц. Уровень достоверности помечен.</w:t>
      </w:r>
    </w:p>
    <w:p>
      <w:pPr>
        <w:spacing w:after="80"/>
        <w:ind w:firstLine="0"/>
      </w:pPr>
      <w:r>
        <w:rPr>
          <w:rFonts w:ascii="Times New Roman" w:hAnsi="Times New Roman"/>
          <w:b w:val="0"/>
          <w:i/>
          <w:sz w:val="24"/>
        </w:rPr>
        <w:t xml:space="preserve">3. </w:t>
      </w:r>
      <w:r>
        <w:rPr>
          <w:rFonts w:ascii="Times New Roman" w:hAnsi="Times New Roman"/>
          <w:b/>
          <w:i/>
          <w:sz w:val="24"/>
        </w:rPr>
        <w:t>Стадии разные.</w:t>
      </w:r>
      <w:r>
        <w:rPr>
          <w:rFonts w:ascii="Times New Roman" w:hAnsi="Times New Roman"/>
          <w:b w:val="0"/>
          <w:i/>
          <w:sz w:val="24"/>
        </w:rPr>
        <w:t xml:space="preserve"> «Возбуждено дело» ≠ «факт травли установлен».</w:t>
      </w:r>
    </w:p>
    <w:p>
      <w:pPr>
        <w:spacing w:after="80"/>
        <w:ind w:firstLine="0"/>
      </w:pPr>
      <w:r>
        <w:rPr>
          <w:rFonts w:ascii="Times New Roman" w:hAnsi="Times New Roman"/>
          <w:b w:val="0"/>
          <w:i/>
          <w:sz w:val="24"/>
        </w:rPr>
        <w:t xml:space="preserve">4. </w:t>
      </w:r>
      <w:r>
        <w:rPr>
          <w:rFonts w:ascii="Times New Roman" w:hAnsi="Times New Roman"/>
          <w:b/>
          <w:i/>
          <w:sz w:val="24"/>
        </w:rPr>
        <w:t>Категории разные:</w:t>
      </w:r>
      <w:r>
        <w:rPr>
          <w:rFonts w:ascii="Times New Roman" w:hAnsi="Times New Roman"/>
          <w:b w:val="0"/>
          <w:i/>
          <w:sz w:val="24"/>
        </w:rPr>
        <w:t xml:space="preserve"> травля между учениками, насилие педагога, кибероскорбления, хулиганство и доведение до самоубийства — разные явления и разные нормы.</w:t>
      </w:r>
    </w:p>
    <w:p>
      <w:pPr>
        <w:spacing w:after="80"/>
        <w:ind w:firstLine="0"/>
      </w:pPr>
      <w:r>
        <w:rPr>
          <w:rFonts w:ascii="Times New Roman" w:hAnsi="Times New Roman"/>
          <w:b w:val="0"/>
          <w:i/>
          <w:sz w:val="24"/>
        </w:rPr>
        <w:t xml:space="preserve">5. </w:t>
      </w:r>
      <w:r>
        <w:rPr>
          <w:rFonts w:ascii="Times New Roman" w:hAnsi="Times New Roman"/>
          <w:b/>
          <w:i/>
          <w:sz w:val="24"/>
        </w:rPr>
        <w:t>Выборка смещена:</w:t>
      </w:r>
      <w:r>
        <w:rPr>
          <w:rFonts w:ascii="Times New Roman" w:hAnsi="Times New Roman"/>
          <w:b w:val="0"/>
          <w:i/>
          <w:sz w:val="24"/>
        </w:rPr>
        <w:t xml:space="preserve"> это в основном публичные, резонансные и «победные» дела. Раздел описывает </w:t>
      </w:r>
      <w:r>
        <w:rPr>
          <w:rFonts w:ascii="Times New Roman" w:hAnsi="Times New Roman"/>
          <w:b/>
          <w:i/>
          <w:sz w:val="24"/>
        </w:rPr>
        <w:t>видимую часть</w:t>
      </w:r>
      <w:r>
        <w:rPr>
          <w:rFonts w:ascii="Times New Roman" w:hAnsi="Times New Roman"/>
          <w:b w:val="0"/>
          <w:i/>
          <w:sz w:val="24"/>
        </w:rPr>
        <w:t xml:space="preserve"> практики.</w:t>
      </w:r>
    </w:p>
    <w:p>
      <w:pPr>
        <w:spacing w:after="80"/>
        <w:ind w:firstLine="0"/>
      </w:pPr>
    </w:p>
    <w:p>
      <w:pPr>
        <w:spacing w:after="80"/>
        <w:ind w:firstLine="0"/>
      </w:pPr>
      <w:r>
        <w:rPr>
          <w:rFonts w:ascii="Times New Roman" w:hAnsi="Times New Roman"/>
          <w:b/>
          <w:i/>
          <w:sz w:val="24"/>
        </w:rPr>
        <w:t>Приватность.</w:t>
      </w:r>
      <w:r>
        <w:rPr>
          <w:rFonts w:ascii="Times New Roman" w:hAnsi="Times New Roman"/>
          <w:b w:val="0"/>
          <w:i/>
          <w:sz w:val="24"/>
        </w:rPr>
        <w:t xml:space="preserve"> Только регион, период, тип ситуации и правовая реакция — со ссылкой на источник. Имена, фамилии, названия школ и адреса не приводятся. </w:t>
      </w:r>
      <w:r>
        <w:rPr>
          <w:rFonts w:ascii="Times New Roman" w:hAnsi="Times New Roman"/>
          <w:b/>
          <w:i/>
          <w:sz w:val="24"/>
        </w:rPr>
        <w:t>Оговорка о риске:</w:t>
      </w:r>
      <w:r>
        <w:rPr>
          <w:rFonts w:ascii="Times New Roman" w:hAnsi="Times New Roman"/>
          <w:b w:val="0"/>
          <w:i/>
          <w:sz w:val="24"/>
        </w:rPr>
        <w:t xml:space="preserve"> сочетание «регион + год + тип + сумма» в редких случаях может позволить повторную идентификацию через поиск.</w:t>
      </w:r>
    </w:p>
    <w:p>
      <w:pPr>
        <w:spacing w:after="80"/>
        <w:ind w:firstLine="0"/>
      </w:pPr>
      <w:r>
        <w:rPr>
          <w:rFonts w:ascii="Times New Roman" w:hAnsi="Times New Roman"/>
          <w:b/>
          <w:sz w:val="26"/>
        </w:rPr>
        <w:t>5.1. Гражданские иски к школе — самый заметный механизм</w:t>
      </w:r>
    </w:p>
    <w:p>
      <w:r>
        <w:rPr>
          <w:rFonts w:ascii="Times New Roman" w:hAnsi="Times New Roman"/>
          <w:b/>
          <w:sz w:val="28"/>
        </w:rPr>
        <w:t>Ответчик зависит от основания:</w:t>
      </w:r>
      <w:r>
        <w:rPr>
          <w:rFonts w:ascii="Times New Roman" w:hAnsi="Times New Roman"/>
          <w:b w:val="0"/>
          <w:sz w:val="28"/>
        </w:rPr>
        <w:t xml:space="preserve"> школа, родитель обидчика, сам несовершеннолетний, работник школы или несколько лиц одновременно. Ч. 7 ст. 28 ФЗ-273 сама по себе </w:t>
      </w:r>
      <w:r>
        <w:rPr>
          <w:rFonts w:ascii="Times New Roman" w:hAnsi="Times New Roman"/>
          <w:b/>
          <w:sz w:val="28"/>
        </w:rPr>
        <w:t>не делает школу ответчиком по каждому случаю</w:t>
      </w:r>
      <w:r>
        <w:rPr>
          <w:rFonts w:ascii="Times New Roman" w:hAnsi="Times New Roman"/>
          <w:b w:val="0"/>
          <w:sz w:val="28"/>
        </w:rPr>
        <w:t xml:space="preserve"> — </w:t>
      </w:r>
      <w:hyperlink r:id="rId38">
        <w:r>
          <w:rPr>
            <w:rFonts w:ascii="Times New Roman" w:hAnsi="Times New Roman"/>
            <w:color w:val="0563C1"/>
            <w:u w:val="single"/>
            <w:sz w:val="24"/>
          </w:rPr>
          <w:t xml:space="preserve">ст. 28 ФЗ-273</w:t>
        </w:r>
      </w:hyperlink>
      <w:r>
        <w:rPr>
          <w:rFonts w:ascii="Times New Roman" w:hAnsi="Times New Roman"/>
          <w:b w:val="0"/>
          <w:sz w:val="28"/>
        </w:rPr>
        <w:t xml:space="preserve">. В найденных делах ответчиком чаще выступала школа по ст. 1064 и 1068 ГК (собственное бездействие и ненадлежащий надзор) — </w:t>
      </w:r>
      <w:hyperlink r:id="rId43">
        <w:r>
          <w:rPr>
            <w:rFonts w:ascii="Times New Roman" w:hAnsi="Times New Roman"/>
            <w:color w:val="0563C1"/>
            <w:u w:val="single"/>
            <w:sz w:val="24"/>
          </w:rPr>
          <w:t xml:space="preserve">ГК РФ</w:t>
        </w:r>
      </w:hyperlink>
      <w:r>
        <w:rPr>
          <w:rFonts w:ascii="Times New Roman" w:hAnsi="Times New Roman"/>
          <w:b w:val="0"/>
          <w:sz w:val="28"/>
        </w:rPr>
        <w:t>.</w:t>
      </w:r>
    </w:p>
    <w:tbl>
      <w:tblPr>
        <w:tblStyle w:val="TableGrid"/>
        <w:tblW w:type="auto" w:w="0"/>
        <w:jc w:val="center"/>
        <w:tblLook w:firstColumn="1" w:firstRow="1" w:lastColumn="0" w:lastRow="0" w:noHBand="0" w:noVBand="1" w:val="04A0"/>
      </w:tblPr>
      <w:tblGrid>
        <w:gridCol w:w="1871"/>
        <w:gridCol w:w="1871"/>
        <w:gridCol w:w="1871"/>
        <w:gridCol w:w="1871"/>
        <w:gridCol w:w="1871"/>
      </w:tblGrid>
      <w:tr>
        <w:tc>
          <w:tcPr>
            <w:tcW w:type="dxa" w:w="1871"/>
          </w:tcPr>
          <w:p>
            <w:pPr>
              <w:ind w:firstLine="0"/>
            </w:pPr>
            <w:r>
              <w:rPr>
                <w:rFonts w:ascii="Times New Roman" w:hAnsi="Times New Roman"/>
                <w:b/>
                <w:sz w:val="22"/>
              </w:rPr>
              <w:t>Регион</w:t>
            </w:r>
          </w:p>
        </w:tc>
        <w:tc>
          <w:tcPr>
            <w:tcW w:type="dxa" w:w="1871"/>
          </w:tcPr>
          <w:p>
            <w:pPr>
              <w:ind w:firstLine="0"/>
            </w:pPr>
            <w:r>
              <w:rPr>
                <w:rFonts w:ascii="Times New Roman" w:hAnsi="Times New Roman"/>
                <w:b/>
                <w:sz w:val="22"/>
              </w:rPr>
              <w:t>Год</w:t>
            </w:r>
          </w:p>
        </w:tc>
        <w:tc>
          <w:tcPr>
            <w:tcW w:type="dxa" w:w="1871"/>
          </w:tcPr>
          <w:p>
            <w:pPr>
              <w:ind w:firstLine="0"/>
            </w:pPr>
            <w:r>
              <w:rPr>
                <w:rFonts w:ascii="Times New Roman" w:hAnsi="Times New Roman"/>
                <w:b/>
                <w:sz w:val="22"/>
              </w:rPr>
              <w:t>Суть (кратко)</w:t>
            </w:r>
          </w:p>
        </w:tc>
        <w:tc>
          <w:tcPr>
            <w:tcW w:type="dxa" w:w="1871"/>
          </w:tcPr>
          <w:p>
            <w:pPr>
              <w:ind w:firstLine="0"/>
            </w:pPr>
            <w:r>
              <w:rPr>
                <w:rFonts w:ascii="Times New Roman" w:hAnsi="Times New Roman"/>
                <w:b/>
                <w:sz w:val="22"/>
              </w:rPr>
              <w:t>Взыскано</w:t>
            </w:r>
          </w:p>
        </w:tc>
        <w:tc>
          <w:tcPr>
            <w:tcW w:type="dxa" w:w="1871"/>
          </w:tcPr>
          <w:p>
            <w:pPr>
              <w:ind w:firstLine="0"/>
            </w:pPr>
            <w:r>
              <w:rPr>
                <w:rFonts w:ascii="Times New Roman" w:hAnsi="Times New Roman"/>
                <w:b/>
                <w:sz w:val="22"/>
              </w:rPr>
              <w:t>Источник</w:t>
            </w:r>
          </w:p>
        </w:tc>
      </w:tr>
      <w:tr>
        <w:tc>
          <w:tcPr>
            <w:tcW w:type="dxa" w:w="1871"/>
          </w:tcPr>
          <w:p>
            <w:pPr>
              <w:ind w:firstLine="0"/>
            </w:pPr>
            <w:r>
              <w:rPr>
                <w:rFonts w:ascii="Times New Roman" w:hAnsi="Times New Roman"/>
                <w:b w:val="0"/>
                <w:sz w:val="22"/>
              </w:rPr>
              <w:t>Хабаровский край</w:t>
            </w:r>
          </w:p>
        </w:tc>
        <w:tc>
          <w:tcPr>
            <w:tcW w:type="dxa" w:w="1871"/>
          </w:tcPr>
          <w:p>
            <w:pPr>
              <w:ind w:firstLine="0"/>
            </w:pPr>
            <w:r>
              <w:rPr>
                <w:rFonts w:ascii="Times New Roman" w:hAnsi="Times New Roman"/>
                <w:b w:val="0"/>
                <w:sz w:val="22"/>
              </w:rPr>
              <w:t>2025</w:t>
            </w:r>
          </w:p>
        </w:tc>
        <w:tc>
          <w:tcPr>
            <w:tcW w:type="dxa" w:w="1871"/>
          </w:tcPr>
          <w:p>
            <w:pPr>
              <w:ind w:firstLine="0"/>
            </w:pPr>
            <w:r>
              <w:rPr>
                <w:rFonts w:ascii="Times New Roman" w:hAnsi="Times New Roman"/>
                <w:b w:val="0"/>
                <w:sz w:val="22"/>
              </w:rPr>
              <w:t>многолетняя травля восьмиклассницы; 7 письменных обращений к директору и 2 — в управление образования, мер не приняли</w:t>
            </w:r>
          </w:p>
        </w:tc>
        <w:tc>
          <w:tcPr>
            <w:tcW w:type="dxa" w:w="1871"/>
          </w:tcPr>
          <w:p>
            <w:pPr>
              <w:ind w:firstLine="0"/>
            </w:pPr>
            <w:r>
              <w:rPr>
                <w:rFonts w:ascii="Times New Roman" w:hAnsi="Times New Roman"/>
                <w:b/>
                <w:sz w:val="22"/>
              </w:rPr>
              <w:t>270 600 ₽</w:t>
            </w:r>
            <w:r>
              <w:rPr>
                <w:rFonts w:ascii="Times New Roman" w:hAnsi="Times New Roman"/>
                <w:b w:val="0"/>
                <w:sz w:val="22"/>
              </w:rPr>
              <w:t xml:space="preserve"> (200 000 ребёнку + 70 000 матери)</w:t>
            </w:r>
          </w:p>
        </w:tc>
        <w:tc>
          <w:tcPr>
            <w:tcW w:type="dxa" w:w="1871"/>
          </w:tcPr>
          <w:p>
            <w:pPr>
              <w:ind w:firstLine="0"/>
            </w:pPr>
            <w:hyperlink r:id="rId44">
              <w:r>
                <w:rPr>
                  <w:rFonts w:ascii="Times New Roman" w:hAnsi="Times New Roman"/>
                  <w:color w:val="0563C1"/>
                  <w:u w:val="single"/>
                  <w:sz w:val="22"/>
                </w:rPr>
                <w:t xml:space="preserve">«Российская газета»</w:t>
              </w:r>
            </w:hyperlink>
            <w:r>
              <w:rPr>
                <w:rFonts w:ascii="Times New Roman" w:hAnsi="Times New Roman"/>
                <w:b w:val="0"/>
                <w:sz w:val="22"/>
              </w:rPr>
              <w:t xml:space="preserve">, </w:t>
            </w:r>
            <w:hyperlink r:id="rId45">
              <w:r>
                <w:rPr>
                  <w:rFonts w:ascii="Times New Roman" w:hAnsi="Times New Roman"/>
                  <w:color w:val="0563C1"/>
                  <w:u w:val="single"/>
                  <w:sz w:val="22"/>
                </w:rPr>
                <w:t xml:space="preserve">РИА</w:t>
              </w:r>
            </w:hyperlink>
            <w:r>
              <w:rPr>
                <w:rFonts w:ascii="Times New Roman" w:hAnsi="Times New Roman"/>
                <w:b w:val="0"/>
                <w:sz w:val="22"/>
              </w:rPr>
              <w:t xml:space="preserve">, </w:t>
            </w:r>
            <w:hyperlink r:id="rId46">
              <w:r>
                <w:rPr>
                  <w:rFonts w:ascii="Times New Roman" w:hAnsi="Times New Roman"/>
                  <w:color w:val="0563C1"/>
                  <w:u w:val="single"/>
                  <w:sz w:val="22"/>
                </w:rPr>
                <w:t xml:space="preserve">разбор апелляционного определения</w:t>
              </w:r>
            </w:hyperlink>
          </w:p>
        </w:tc>
      </w:tr>
      <w:tr>
        <w:tc>
          <w:tcPr>
            <w:tcW w:type="dxa" w:w="1871"/>
          </w:tcPr>
          <w:p>
            <w:pPr>
              <w:ind w:firstLine="0"/>
            </w:pPr>
            <w:r>
              <w:rPr>
                <w:rFonts w:ascii="Times New Roman" w:hAnsi="Times New Roman"/>
                <w:b w:val="0"/>
                <w:sz w:val="22"/>
              </w:rPr>
              <w:t>Ульяновская обл.</w:t>
            </w:r>
          </w:p>
        </w:tc>
        <w:tc>
          <w:tcPr>
            <w:tcW w:type="dxa" w:w="1871"/>
          </w:tcPr>
          <w:p>
            <w:pPr>
              <w:ind w:firstLine="0"/>
            </w:pPr>
            <w:r>
              <w:rPr>
                <w:rFonts w:ascii="Times New Roman" w:hAnsi="Times New Roman"/>
                <w:b w:val="0"/>
                <w:sz w:val="22"/>
              </w:rPr>
              <w:t>2024</w:t>
            </w:r>
          </w:p>
        </w:tc>
        <w:tc>
          <w:tcPr>
            <w:tcW w:type="dxa" w:w="1871"/>
          </w:tcPr>
          <w:p>
            <w:pPr>
              <w:ind w:firstLine="0"/>
            </w:pPr>
            <w:r>
              <w:rPr>
                <w:rFonts w:ascii="Times New Roman" w:hAnsi="Times New Roman"/>
                <w:b w:val="0"/>
                <w:sz w:val="22"/>
              </w:rPr>
              <w:t>систематические травмы от других учеников; администрация мер не принимала</w:t>
            </w:r>
          </w:p>
        </w:tc>
        <w:tc>
          <w:tcPr>
            <w:tcW w:type="dxa" w:w="1871"/>
          </w:tcPr>
          <w:p>
            <w:pPr>
              <w:ind w:firstLine="0"/>
            </w:pPr>
            <w:r>
              <w:rPr>
                <w:rFonts w:ascii="Times New Roman" w:hAnsi="Times New Roman"/>
                <w:b/>
                <w:sz w:val="22"/>
              </w:rPr>
              <w:t>230 000 ₽</w:t>
            </w:r>
            <w:r>
              <w:rPr>
                <w:rFonts w:ascii="Times New Roman" w:hAnsi="Times New Roman"/>
                <w:b w:val="0"/>
                <w:sz w:val="22"/>
              </w:rPr>
              <w:t xml:space="preserve"> (иск был 300 000)</w:t>
            </w:r>
          </w:p>
        </w:tc>
        <w:tc>
          <w:tcPr>
            <w:tcW w:type="dxa" w:w="1871"/>
          </w:tcPr>
          <w:p>
            <w:pPr>
              <w:ind w:firstLine="0"/>
            </w:pPr>
            <w:hyperlink r:id="rId47">
              <w:r>
                <w:rPr>
                  <w:rFonts w:ascii="Times New Roman" w:hAnsi="Times New Roman"/>
                  <w:color w:val="0563C1"/>
                  <w:u w:val="single"/>
                  <w:sz w:val="22"/>
                </w:rPr>
                <w:t xml:space="preserve">Ульяновский областной суд</w:t>
              </w:r>
            </w:hyperlink>
          </w:p>
        </w:tc>
      </w:tr>
      <w:tr>
        <w:tc>
          <w:tcPr>
            <w:tcW w:type="dxa" w:w="1871"/>
          </w:tcPr>
          <w:p>
            <w:pPr>
              <w:ind w:firstLine="0"/>
            </w:pPr>
            <w:r>
              <w:rPr>
                <w:rFonts w:ascii="Times New Roman" w:hAnsi="Times New Roman"/>
                <w:b w:val="0"/>
                <w:sz w:val="22"/>
              </w:rPr>
              <w:t>Свердловская обл. (Новоуральск)</w:t>
            </w:r>
          </w:p>
        </w:tc>
        <w:tc>
          <w:tcPr>
            <w:tcW w:type="dxa" w:w="1871"/>
          </w:tcPr>
          <w:p>
            <w:pPr>
              <w:ind w:firstLine="0"/>
            </w:pPr>
            <w:r>
              <w:rPr>
                <w:rFonts w:ascii="Times New Roman" w:hAnsi="Times New Roman"/>
                <w:b w:val="0"/>
                <w:sz w:val="22"/>
              </w:rPr>
              <w:t>2025</w:t>
            </w:r>
          </w:p>
        </w:tc>
        <w:tc>
          <w:tcPr>
            <w:tcW w:type="dxa" w:w="1871"/>
          </w:tcPr>
          <w:p>
            <w:pPr>
              <w:ind w:firstLine="0"/>
            </w:pPr>
            <w:r>
              <w:rPr>
                <w:rFonts w:ascii="Times New Roman" w:hAnsi="Times New Roman"/>
                <w:b w:val="0"/>
                <w:sz w:val="22"/>
              </w:rPr>
              <w:t>унизительное насилие группы девятиклассников в раздевалке; иск подан прокуратурой</w:t>
            </w:r>
          </w:p>
        </w:tc>
        <w:tc>
          <w:tcPr>
            <w:tcW w:type="dxa" w:w="1871"/>
          </w:tcPr>
          <w:p>
            <w:pPr>
              <w:ind w:firstLine="0"/>
            </w:pPr>
            <w:r>
              <w:rPr>
                <w:rFonts w:ascii="Times New Roman" w:hAnsi="Times New Roman"/>
                <w:b/>
                <w:sz w:val="22"/>
              </w:rPr>
              <w:t>100 000 ₽</w:t>
            </w:r>
          </w:p>
        </w:tc>
        <w:tc>
          <w:tcPr>
            <w:tcW w:type="dxa" w:w="1871"/>
          </w:tcPr>
          <w:p>
            <w:pPr>
              <w:ind w:firstLine="0"/>
            </w:pPr>
            <w:hyperlink r:id="rId48">
              <w:r>
                <w:rPr>
                  <w:rFonts w:ascii="Times New Roman" w:hAnsi="Times New Roman"/>
                  <w:color w:val="0563C1"/>
                  <w:u w:val="single"/>
                  <w:sz w:val="22"/>
                </w:rPr>
                <w:t xml:space="preserve">«Коммерсантъ»</w:t>
              </w:r>
            </w:hyperlink>
          </w:p>
        </w:tc>
      </w:tr>
      <w:tr>
        <w:tc>
          <w:tcPr>
            <w:tcW w:type="dxa" w:w="1871"/>
          </w:tcPr>
          <w:p>
            <w:pPr>
              <w:ind w:firstLine="0"/>
            </w:pPr>
            <w:r>
              <w:rPr>
                <w:rFonts w:ascii="Times New Roman" w:hAnsi="Times New Roman"/>
                <w:b w:val="0"/>
                <w:sz w:val="22"/>
              </w:rPr>
              <w:t>Свердловская обл. (Качканар)</w:t>
            </w:r>
          </w:p>
        </w:tc>
        <w:tc>
          <w:tcPr>
            <w:tcW w:type="dxa" w:w="1871"/>
          </w:tcPr>
          <w:p>
            <w:pPr>
              <w:ind w:firstLine="0"/>
            </w:pPr>
            <w:r>
              <w:rPr>
                <w:rFonts w:ascii="Times New Roman" w:hAnsi="Times New Roman"/>
                <w:b w:val="0"/>
                <w:sz w:val="22"/>
              </w:rPr>
              <w:t>2024</w:t>
            </w:r>
          </w:p>
        </w:tc>
        <w:tc>
          <w:tcPr>
            <w:tcW w:type="dxa" w:w="1871"/>
          </w:tcPr>
          <w:p>
            <w:pPr>
              <w:ind w:firstLine="0"/>
            </w:pPr>
            <w:r>
              <w:rPr>
                <w:rFonts w:ascii="Times New Roman" w:hAnsi="Times New Roman"/>
                <w:b w:val="0"/>
                <w:sz w:val="22"/>
              </w:rPr>
              <w:t>нападение одноклассника на девочку</w:t>
            </w:r>
          </w:p>
        </w:tc>
        <w:tc>
          <w:tcPr>
            <w:tcW w:type="dxa" w:w="1871"/>
          </w:tcPr>
          <w:p>
            <w:pPr>
              <w:ind w:firstLine="0"/>
            </w:pPr>
            <w:r>
              <w:rPr>
                <w:rFonts w:ascii="Times New Roman" w:hAnsi="Times New Roman"/>
                <w:b/>
                <w:sz w:val="22"/>
              </w:rPr>
              <w:t>&gt;100 000 ₽, в т. ч. с матери обидчика</w:t>
            </w:r>
          </w:p>
        </w:tc>
        <w:tc>
          <w:tcPr>
            <w:tcW w:type="dxa" w:w="1871"/>
          </w:tcPr>
          <w:p>
            <w:pPr>
              <w:ind w:firstLine="0"/>
            </w:pPr>
            <w:hyperlink r:id="rId49">
              <w:r>
                <w:rPr>
                  <w:rFonts w:ascii="Times New Roman" w:hAnsi="Times New Roman"/>
                  <w:color w:val="0563C1"/>
                  <w:u w:val="single"/>
                  <w:sz w:val="22"/>
                </w:rPr>
                <w:t xml:space="preserve">«Коммерсантъ»</w:t>
              </w:r>
            </w:hyperlink>
            <w:r>
              <w:rPr>
                <w:rFonts w:ascii="Times New Roman" w:hAnsi="Times New Roman"/>
                <w:b w:val="0"/>
                <w:sz w:val="22"/>
              </w:rPr>
              <w:t xml:space="preserve">, </w:t>
            </w:r>
            <w:hyperlink r:id="rId50">
              <w:r>
                <w:rPr>
                  <w:rFonts w:ascii="Times New Roman" w:hAnsi="Times New Roman"/>
                  <w:color w:val="0563C1"/>
                  <w:u w:val="single"/>
                  <w:sz w:val="22"/>
                </w:rPr>
                <w:t xml:space="preserve">TagilCity</w:t>
              </w:r>
            </w:hyperlink>
          </w:p>
        </w:tc>
      </w:tr>
      <w:tr>
        <w:tc>
          <w:tcPr>
            <w:tcW w:type="dxa" w:w="1871"/>
          </w:tcPr>
          <w:p>
            <w:pPr>
              <w:ind w:firstLine="0"/>
            </w:pPr>
            <w:r>
              <w:rPr>
                <w:rFonts w:ascii="Times New Roman" w:hAnsi="Times New Roman"/>
                <w:b w:val="0"/>
                <w:sz w:val="22"/>
              </w:rPr>
              <w:t>Челябинская обл. (Магнитогорск)</w:t>
            </w:r>
          </w:p>
        </w:tc>
        <w:tc>
          <w:tcPr>
            <w:tcW w:type="dxa" w:w="1871"/>
          </w:tcPr>
          <w:p>
            <w:pPr>
              <w:ind w:firstLine="0"/>
            </w:pPr>
            <w:r>
              <w:rPr>
                <w:rFonts w:ascii="Times New Roman" w:hAnsi="Times New Roman"/>
                <w:b w:val="0"/>
                <w:sz w:val="22"/>
              </w:rPr>
              <w:t>н/у</w:t>
            </w:r>
          </w:p>
        </w:tc>
        <w:tc>
          <w:tcPr>
            <w:tcW w:type="dxa" w:w="1871"/>
          </w:tcPr>
          <w:p>
            <w:pPr>
              <w:ind w:firstLine="0"/>
            </w:pPr>
            <w:r>
              <w:rPr>
                <w:rFonts w:ascii="Times New Roman" w:hAnsi="Times New Roman"/>
                <w:b w:val="0"/>
                <w:sz w:val="22"/>
              </w:rPr>
              <w:t>травлю спровоцировал педагог; школа бездействовала и пыталась скрыть факт</w:t>
            </w:r>
          </w:p>
        </w:tc>
        <w:tc>
          <w:tcPr>
            <w:tcW w:type="dxa" w:w="1871"/>
          </w:tcPr>
          <w:p>
            <w:pPr>
              <w:ind w:firstLine="0"/>
            </w:pPr>
            <w:r>
              <w:rPr>
                <w:rFonts w:ascii="Times New Roman" w:hAnsi="Times New Roman"/>
                <w:b/>
                <w:sz w:val="22"/>
              </w:rPr>
              <w:t>100 000 ₽</w:t>
            </w:r>
            <w:r>
              <w:rPr>
                <w:rFonts w:ascii="Times New Roman" w:hAnsi="Times New Roman"/>
                <w:b w:val="0"/>
                <w:sz w:val="22"/>
              </w:rPr>
              <w:t xml:space="preserve"> (иск был 200 000)</w:t>
            </w:r>
          </w:p>
        </w:tc>
        <w:tc>
          <w:tcPr>
            <w:tcW w:type="dxa" w:w="1871"/>
          </w:tcPr>
          <w:p>
            <w:pPr>
              <w:ind w:firstLine="0"/>
            </w:pPr>
            <w:hyperlink r:id="rId51">
              <w:r>
                <w:rPr>
                  <w:rFonts w:ascii="Times New Roman" w:hAnsi="Times New Roman"/>
                  <w:color w:val="0563C1"/>
                  <w:u w:val="single"/>
                  <w:sz w:val="22"/>
                </w:rPr>
                <w:t xml:space="preserve">ОТР, «Родительское собрание»</w:t>
              </w:r>
            </w:hyperlink>
          </w:p>
        </w:tc>
      </w:tr>
      <w:tr>
        <w:tc>
          <w:tcPr>
            <w:tcW w:type="dxa" w:w="1871"/>
          </w:tcPr>
          <w:p>
            <w:pPr>
              <w:ind w:firstLine="0"/>
            </w:pPr>
            <w:r>
              <w:rPr>
                <w:rFonts w:ascii="Times New Roman" w:hAnsi="Times New Roman"/>
                <w:b w:val="0"/>
                <w:sz w:val="22"/>
              </w:rPr>
              <w:t>Приморский край (Владивосток)</w:t>
            </w:r>
          </w:p>
        </w:tc>
        <w:tc>
          <w:tcPr>
            <w:tcW w:type="dxa" w:w="1871"/>
          </w:tcPr>
          <w:p>
            <w:pPr>
              <w:ind w:firstLine="0"/>
            </w:pPr>
            <w:r>
              <w:rPr>
                <w:rFonts w:ascii="Times New Roman" w:hAnsi="Times New Roman"/>
                <w:b w:val="0"/>
                <w:sz w:val="22"/>
              </w:rPr>
              <w:t>н/у</w:t>
            </w:r>
          </w:p>
        </w:tc>
        <w:tc>
          <w:tcPr>
            <w:tcW w:type="dxa" w:w="1871"/>
          </w:tcPr>
          <w:p>
            <w:pPr>
              <w:ind w:firstLine="0"/>
            </w:pPr>
            <w:r>
              <w:rPr>
                <w:rFonts w:ascii="Times New Roman" w:hAnsi="Times New Roman"/>
                <w:b w:val="0"/>
                <w:sz w:val="22"/>
              </w:rPr>
              <w:t>систематические оскорбления, затем избиение; школа не реагировала</w:t>
            </w:r>
          </w:p>
        </w:tc>
        <w:tc>
          <w:tcPr>
            <w:tcW w:type="dxa" w:w="1871"/>
          </w:tcPr>
          <w:p>
            <w:pPr>
              <w:ind w:firstLine="0"/>
            </w:pPr>
            <w:r>
              <w:rPr>
                <w:rFonts w:ascii="Times New Roman" w:hAnsi="Times New Roman"/>
                <w:b/>
                <w:sz w:val="22"/>
              </w:rPr>
              <w:t>80 000 ₽</w:t>
            </w:r>
          </w:p>
        </w:tc>
        <w:tc>
          <w:tcPr>
            <w:tcW w:type="dxa" w:w="1871"/>
          </w:tcPr>
          <w:p>
            <w:pPr>
              <w:ind w:firstLine="0"/>
            </w:pPr>
            <w:hyperlink r:id="rId52">
              <w:r>
                <w:rPr>
                  <w:rFonts w:ascii="Times New Roman" w:hAnsi="Times New Roman"/>
                  <w:color w:val="0563C1"/>
                  <w:u w:val="single"/>
                  <w:sz w:val="22"/>
                </w:rPr>
                <w:t xml:space="preserve">«Коммерсантъ»</w:t>
              </w:r>
            </w:hyperlink>
          </w:p>
        </w:tc>
      </w:tr>
      <w:tr>
        <w:tc>
          <w:tcPr>
            <w:tcW w:type="dxa" w:w="1871"/>
          </w:tcPr>
          <w:p>
            <w:pPr>
              <w:ind w:firstLine="0"/>
            </w:pPr>
            <w:r>
              <w:rPr>
                <w:rFonts w:ascii="Times New Roman" w:hAnsi="Times New Roman"/>
                <w:b w:val="0"/>
                <w:sz w:val="22"/>
              </w:rPr>
              <w:t>Свердловская обл. (Юшала)</w:t>
            </w:r>
          </w:p>
        </w:tc>
        <w:tc>
          <w:tcPr>
            <w:tcW w:type="dxa" w:w="1871"/>
          </w:tcPr>
          <w:p>
            <w:pPr>
              <w:ind w:firstLine="0"/>
            </w:pPr>
            <w:r>
              <w:rPr>
                <w:rFonts w:ascii="Times New Roman" w:hAnsi="Times New Roman"/>
                <w:b w:val="0"/>
                <w:sz w:val="22"/>
              </w:rPr>
              <w:t>2022</w:t>
            </w:r>
          </w:p>
        </w:tc>
        <w:tc>
          <w:tcPr>
            <w:tcW w:type="dxa" w:w="1871"/>
          </w:tcPr>
          <w:p>
            <w:pPr>
              <w:ind w:firstLine="0"/>
            </w:pPr>
            <w:r>
              <w:rPr>
                <w:rFonts w:ascii="Times New Roman" w:hAnsi="Times New Roman"/>
                <w:b w:val="0"/>
                <w:sz w:val="22"/>
              </w:rPr>
              <w:t>драка между ученицами; иск к школе</w:t>
            </w:r>
          </w:p>
        </w:tc>
        <w:tc>
          <w:tcPr>
            <w:tcW w:type="dxa" w:w="1871"/>
          </w:tcPr>
          <w:p>
            <w:pPr>
              <w:ind w:firstLine="0"/>
            </w:pPr>
            <w:r>
              <w:rPr>
                <w:rFonts w:ascii="Times New Roman" w:hAnsi="Times New Roman"/>
                <w:b/>
                <w:sz w:val="22"/>
              </w:rPr>
              <w:t>60 000 ₽</w:t>
            </w:r>
            <w:r>
              <w:rPr>
                <w:rFonts w:ascii="Times New Roman" w:hAnsi="Times New Roman"/>
                <w:b w:val="0"/>
                <w:sz w:val="22"/>
              </w:rPr>
              <w:t xml:space="preserve"> + 30 000 ₽ расходы</w:t>
            </w:r>
          </w:p>
        </w:tc>
        <w:tc>
          <w:tcPr>
            <w:tcW w:type="dxa" w:w="1871"/>
          </w:tcPr>
          <w:p>
            <w:pPr>
              <w:ind w:firstLine="0"/>
            </w:pPr>
            <w:hyperlink r:id="rId53">
              <w:r>
                <w:rPr>
                  <w:rFonts w:ascii="Times New Roman" w:hAnsi="Times New Roman"/>
                  <w:color w:val="0563C1"/>
                  <w:u w:val="single"/>
                  <w:sz w:val="22"/>
                </w:rPr>
                <w:t xml:space="preserve">обзор судебной практики</w:t>
              </w:r>
            </w:hyperlink>
          </w:p>
        </w:tc>
      </w:tr>
      <w:tr>
        <w:tc>
          <w:tcPr>
            <w:tcW w:type="dxa" w:w="1871"/>
          </w:tcPr>
          <w:p>
            <w:pPr>
              <w:ind w:firstLine="0"/>
            </w:pPr>
            <w:r>
              <w:rPr>
                <w:rFonts w:ascii="Times New Roman" w:hAnsi="Times New Roman"/>
                <w:b w:val="0"/>
                <w:sz w:val="22"/>
              </w:rPr>
              <w:t>Волгоградская обл.</w:t>
            </w:r>
          </w:p>
        </w:tc>
        <w:tc>
          <w:tcPr>
            <w:tcW w:type="dxa" w:w="1871"/>
          </w:tcPr>
          <w:p>
            <w:pPr>
              <w:ind w:firstLine="0"/>
            </w:pPr>
            <w:r>
              <w:rPr>
                <w:rFonts w:ascii="Times New Roman" w:hAnsi="Times New Roman"/>
                <w:b w:val="0"/>
                <w:sz w:val="22"/>
              </w:rPr>
              <w:t>2024</w:t>
            </w:r>
          </w:p>
        </w:tc>
        <w:tc>
          <w:tcPr>
            <w:tcW w:type="dxa" w:w="1871"/>
          </w:tcPr>
          <w:p>
            <w:pPr>
              <w:ind w:firstLine="0"/>
            </w:pPr>
            <w:r>
              <w:rPr>
                <w:rFonts w:ascii="Times New Roman" w:hAnsi="Times New Roman"/>
                <w:b w:val="0"/>
                <w:sz w:val="22"/>
              </w:rPr>
              <w:t>травля ученицы начальной школы; учитель не реагировал</w:t>
            </w:r>
          </w:p>
        </w:tc>
        <w:tc>
          <w:tcPr>
            <w:tcW w:type="dxa" w:w="1871"/>
          </w:tcPr>
          <w:p>
            <w:pPr>
              <w:ind w:firstLine="0"/>
            </w:pPr>
            <w:r>
              <w:rPr>
                <w:rFonts w:ascii="Times New Roman" w:hAnsi="Times New Roman"/>
                <w:b/>
                <w:sz w:val="22"/>
              </w:rPr>
              <w:t>50 000 ₽</w:t>
            </w:r>
          </w:p>
        </w:tc>
        <w:tc>
          <w:tcPr>
            <w:tcW w:type="dxa" w:w="1871"/>
          </w:tcPr>
          <w:p>
            <w:pPr>
              <w:ind w:firstLine="0"/>
            </w:pPr>
            <w:hyperlink r:id="rId54">
              <w:r>
                <w:rPr>
                  <w:rFonts w:ascii="Times New Roman" w:hAnsi="Times New Roman"/>
                  <w:color w:val="0563C1"/>
                  <w:u w:val="single"/>
                  <w:sz w:val="22"/>
                </w:rPr>
                <w:t xml:space="preserve">РАПСИ</w:t>
              </w:r>
            </w:hyperlink>
            <w:r>
              <w:rPr>
                <w:rFonts w:ascii="Times New Roman" w:hAnsi="Times New Roman"/>
                <w:b w:val="0"/>
                <w:sz w:val="22"/>
              </w:rPr>
              <w:t xml:space="preserve">, </w:t>
            </w:r>
            <w:hyperlink r:id="rId55">
              <w:r>
                <w:rPr>
                  <w:rFonts w:ascii="Times New Roman" w:hAnsi="Times New Roman"/>
                  <w:color w:val="0563C1"/>
                  <w:u w:val="single"/>
                  <w:sz w:val="22"/>
                </w:rPr>
                <w:t xml:space="preserve">ТАСС</w:t>
              </w:r>
            </w:hyperlink>
            <w:r>
              <w:rPr>
                <w:rFonts w:ascii="Times New Roman" w:hAnsi="Times New Roman"/>
                <w:b w:val="0"/>
                <w:sz w:val="22"/>
              </w:rPr>
              <w:t xml:space="preserve">, </w:t>
            </w:r>
            <w:hyperlink r:id="rId56">
              <w:r>
                <w:rPr>
                  <w:rFonts w:ascii="Times New Roman" w:hAnsi="Times New Roman"/>
                  <w:color w:val="0563C1"/>
                  <w:u w:val="single"/>
                  <w:sz w:val="22"/>
                </w:rPr>
                <w:t xml:space="preserve">«Российская газета»</w:t>
              </w:r>
            </w:hyperlink>
          </w:p>
        </w:tc>
      </w:tr>
      <w:tr>
        <w:tc>
          <w:tcPr>
            <w:tcW w:type="dxa" w:w="1871"/>
          </w:tcPr>
          <w:p>
            <w:pPr>
              <w:ind w:firstLine="0"/>
            </w:pPr>
            <w:r>
              <w:rPr>
                <w:rFonts w:ascii="Times New Roman" w:hAnsi="Times New Roman"/>
                <w:b w:val="0"/>
                <w:sz w:val="22"/>
              </w:rPr>
              <w:t>Вологодская обл.</w:t>
            </w:r>
          </w:p>
        </w:tc>
        <w:tc>
          <w:tcPr>
            <w:tcW w:type="dxa" w:w="1871"/>
          </w:tcPr>
          <w:p>
            <w:pPr>
              <w:ind w:firstLine="0"/>
            </w:pPr>
            <w:r>
              <w:rPr>
                <w:rFonts w:ascii="Times New Roman" w:hAnsi="Times New Roman"/>
                <w:b w:val="0"/>
                <w:sz w:val="22"/>
              </w:rPr>
              <w:t>2023–2024</w:t>
            </w:r>
          </w:p>
        </w:tc>
        <w:tc>
          <w:tcPr>
            <w:tcW w:type="dxa" w:w="1871"/>
          </w:tcPr>
          <w:p>
            <w:pPr>
              <w:ind w:firstLine="0"/>
            </w:pPr>
            <w:r>
              <w:rPr>
                <w:rFonts w:ascii="Times New Roman" w:hAnsi="Times New Roman"/>
                <w:b w:val="0"/>
                <w:sz w:val="22"/>
              </w:rPr>
              <w:t>телесные повреждения; иск прокурора к родителю и школе</w:t>
            </w:r>
          </w:p>
        </w:tc>
        <w:tc>
          <w:tcPr>
            <w:tcW w:type="dxa" w:w="1871"/>
          </w:tcPr>
          <w:p>
            <w:pPr>
              <w:ind w:firstLine="0"/>
            </w:pPr>
            <w:r>
              <w:rPr>
                <w:rFonts w:ascii="Times New Roman" w:hAnsi="Times New Roman"/>
                <w:b/>
                <w:sz w:val="22"/>
              </w:rPr>
              <w:t>по 30 000 ₽ с каждого</w:t>
            </w:r>
          </w:p>
        </w:tc>
        <w:tc>
          <w:tcPr>
            <w:tcW w:type="dxa" w:w="1871"/>
          </w:tcPr>
          <w:p>
            <w:pPr>
              <w:ind w:firstLine="0"/>
            </w:pPr>
            <w:hyperlink r:id="rId57">
              <w:r>
                <w:rPr>
                  <w:rFonts w:ascii="Times New Roman" w:hAnsi="Times New Roman"/>
                  <w:color w:val="0563C1"/>
                  <w:u w:val="single"/>
                  <w:sz w:val="22"/>
                </w:rPr>
                <w:t xml:space="preserve">сайт Верховажского округа</w:t>
              </w:r>
            </w:hyperlink>
          </w:p>
        </w:tc>
      </w:tr>
      <w:tr>
        <w:tc>
          <w:tcPr>
            <w:tcW w:type="dxa" w:w="1871"/>
          </w:tcPr>
          <w:p>
            <w:pPr>
              <w:ind w:firstLine="0"/>
            </w:pPr>
            <w:r>
              <w:rPr>
                <w:rFonts w:ascii="Times New Roman" w:hAnsi="Times New Roman"/>
                <w:b w:val="0"/>
                <w:sz w:val="22"/>
              </w:rPr>
              <w:t>Калининградская обл.</w:t>
            </w:r>
          </w:p>
        </w:tc>
        <w:tc>
          <w:tcPr>
            <w:tcW w:type="dxa" w:w="1871"/>
          </w:tcPr>
          <w:p>
            <w:pPr>
              <w:ind w:firstLine="0"/>
            </w:pPr>
            <w:r>
              <w:rPr>
                <w:rFonts w:ascii="Times New Roman" w:hAnsi="Times New Roman"/>
                <w:b w:val="0"/>
                <w:sz w:val="22"/>
              </w:rPr>
              <w:t>2025</w:t>
            </w:r>
          </w:p>
        </w:tc>
        <w:tc>
          <w:tcPr>
            <w:tcW w:type="dxa" w:w="1871"/>
          </w:tcPr>
          <w:p>
            <w:pPr>
              <w:ind w:firstLine="0"/>
            </w:pPr>
            <w:r>
              <w:rPr>
                <w:rFonts w:ascii="Times New Roman" w:hAnsi="Times New Roman"/>
                <w:b w:val="0"/>
                <w:sz w:val="22"/>
              </w:rPr>
              <w:t>*пограничный случай (спортшкола):* насилие тренера</w:t>
            </w:r>
          </w:p>
        </w:tc>
        <w:tc>
          <w:tcPr>
            <w:tcW w:type="dxa" w:w="1871"/>
          </w:tcPr>
          <w:p>
            <w:pPr>
              <w:ind w:firstLine="0"/>
            </w:pPr>
            <w:r>
              <w:rPr>
                <w:rFonts w:ascii="Times New Roman" w:hAnsi="Times New Roman"/>
                <w:b/>
                <w:sz w:val="22"/>
              </w:rPr>
              <w:t>100 000 ₽</w:t>
            </w:r>
            <w:r>
              <w:rPr>
                <w:rFonts w:ascii="Times New Roman" w:hAnsi="Times New Roman"/>
                <w:b w:val="0"/>
                <w:sz w:val="22"/>
              </w:rPr>
              <w:t xml:space="preserve"> со спортшколы + приговор тренеру</w:t>
            </w:r>
          </w:p>
        </w:tc>
        <w:tc>
          <w:tcPr>
            <w:tcW w:type="dxa" w:w="1871"/>
          </w:tcPr>
          <w:p>
            <w:pPr>
              <w:ind w:firstLine="0"/>
            </w:pPr>
            <w:hyperlink r:id="rId58">
              <w:r>
                <w:rPr>
                  <w:rFonts w:ascii="Times New Roman" w:hAnsi="Times New Roman"/>
                  <w:color w:val="0563C1"/>
                  <w:u w:val="single"/>
                  <w:sz w:val="22"/>
                </w:rPr>
                <w:t xml:space="preserve">«АиФ-Калининград»</w:t>
              </w:r>
            </w:hyperlink>
          </w:p>
        </w:tc>
      </w:tr>
    </w:tbl>
    <w:p>
      <w:r>
        <w:rPr>
          <w:rFonts w:ascii="Times New Roman" w:hAnsi="Times New Roman"/>
          <w:b/>
          <w:sz w:val="28"/>
        </w:rPr>
        <w:t>Что реально решает суд.</w:t>
      </w:r>
      <w:r>
        <w:rPr>
          <w:rFonts w:ascii="Times New Roman" w:hAnsi="Times New Roman"/>
          <w:b w:val="0"/>
          <w:sz w:val="28"/>
        </w:rPr>
        <w:t xml:space="preserve"> Не сам факт конфликта, а связка: </w:t>
      </w:r>
      <w:r>
        <w:rPr>
          <w:rFonts w:ascii="Times New Roman" w:hAnsi="Times New Roman"/>
          <w:b/>
          <w:sz w:val="28"/>
        </w:rPr>
        <w:t>систематичность + осведомлённость школы + виновное бездействие</w:t>
      </w:r>
      <w:r>
        <w:rPr>
          <w:rFonts w:ascii="Times New Roman" w:hAnsi="Times New Roman"/>
          <w:b w:val="0"/>
          <w:sz w:val="28"/>
        </w:rPr>
        <w:t xml:space="preserve"> (отписки на обращения, имитация «советов профилактики») — </w:t>
      </w:r>
      <w:hyperlink r:id="rId46">
        <w:r>
          <w:rPr>
            <w:rFonts w:ascii="Times New Roman" w:hAnsi="Times New Roman"/>
            <w:color w:val="0563C1"/>
            <w:u w:val="single"/>
            <w:sz w:val="24"/>
          </w:rPr>
          <w:t xml:space="preserve">разбор апелляционного определения, Хабаровск</w:t>
        </w:r>
      </w:hyperlink>
      <w:r>
        <w:rPr>
          <w:rFonts w:ascii="Times New Roman" w:hAnsi="Times New Roman"/>
          <w:b w:val="0"/>
          <w:sz w:val="28"/>
        </w:rPr>
        <w:t>.</w:t>
      </w:r>
    </w:p>
    <w:p>
      <w:r>
        <w:rPr>
          <w:rFonts w:ascii="Times New Roman" w:hAnsi="Times New Roman"/>
          <w:b/>
          <w:sz w:val="28"/>
        </w:rPr>
        <w:t>Про суммы.</w:t>
      </w:r>
      <w:r>
        <w:rPr>
          <w:rFonts w:ascii="Times New Roman" w:hAnsi="Times New Roman"/>
          <w:b w:val="0"/>
          <w:sz w:val="28"/>
        </w:rPr>
        <w:t xml:space="preserve"> Размер определяется по </w:t>
      </w:r>
      <w:hyperlink r:id="rId43">
        <w:r>
          <w:rPr>
            <w:rFonts w:ascii="Times New Roman" w:hAnsi="Times New Roman"/>
            <w:color w:val="0563C1"/>
            <w:u w:val="single"/>
            <w:sz w:val="24"/>
          </w:rPr>
          <w:t xml:space="preserve">ст. 151 и 1101 ГК РФ</w:t>
        </w:r>
      </w:hyperlink>
      <w:r>
        <w:rPr>
          <w:rFonts w:ascii="Times New Roman" w:hAnsi="Times New Roman"/>
          <w:b w:val="0"/>
          <w:sz w:val="28"/>
        </w:rPr>
        <w:t xml:space="preserve">. В найденных делах суммы выше в более поздних: ~10–20 тыс. ₽ → 50–60 тыс. (2022–2024) → 80–270 тыс. ₽ (2024–2025). </w:t>
      </w:r>
      <w:r>
        <w:rPr>
          <w:rFonts w:ascii="Times New Roman" w:hAnsi="Times New Roman"/>
          <w:b/>
          <w:sz w:val="28"/>
        </w:rPr>
        <w:t>Осторожно:</w:t>
      </w:r>
      <w:r>
        <w:rPr>
          <w:rFonts w:ascii="Times New Roman" w:hAnsi="Times New Roman"/>
          <w:b w:val="0"/>
          <w:sz w:val="28"/>
        </w:rPr>
        <w:t xml:space="preserve"> это ~10 разрозненных дел без контроля тяжести вреда — </w:t>
      </w:r>
      <w:r>
        <w:rPr>
          <w:rFonts w:ascii="Times New Roman" w:hAnsi="Times New Roman"/>
          <w:b/>
          <w:sz w:val="28"/>
        </w:rPr>
        <w:t>не доказанная динамика, а особенность выборки</w:t>
      </w:r>
      <w:r>
        <w:rPr>
          <w:rFonts w:ascii="Times New Roman" w:hAnsi="Times New Roman"/>
          <w:b w:val="0"/>
          <w:sz w:val="28"/>
        </w:rPr>
        <w:t>.</w:t>
      </w:r>
    </w:p>
    <w:p>
      <w:r>
        <w:rPr>
          <w:rFonts w:ascii="Times New Roman" w:hAnsi="Times New Roman"/>
          <w:b/>
          <w:sz w:val="28"/>
        </w:rPr>
        <w:t>Про возраст обидчика — особая точность.</w:t>
      </w:r>
      <w:r>
        <w:rPr>
          <w:rFonts w:ascii="Times New Roman" w:hAnsi="Times New Roman"/>
          <w:b w:val="0"/>
          <w:sz w:val="28"/>
        </w:rPr>
        <w:t xml:space="preserve"> По общему правилу за вред от несовершеннолетнего </w:t>
      </w:r>
      <w:r>
        <w:rPr>
          <w:rFonts w:ascii="Times New Roman" w:hAnsi="Times New Roman"/>
          <w:b/>
          <w:sz w:val="28"/>
        </w:rPr>
        <w:t>до 14 лет</w:t>
      </w:r>
      <w:r>
        <w:rPr>
          <w:rFonts w:ascii="Times New Roman" w:hAnsi="Times New Roman"/>
          <w:b w:val="0"/>
          <w:sz w:val="28"/>
        </w:rPr>
        <w:t xml:space="preserve"> отвечают </w:t>
      </w:r>
      <w:r>
        <w:rPr>
          <w:rFonts w:ascii="Times New Roman" w:hAnsi="Times New Roman"/>
          <w:b/>
          <w:sz w:val="28"/>
        </w:rPr>
        <w:t>родители (усыновители, опекуны)</w:t>
      </w:r>
      <w:r>
        <w:rPr>
          <w:rFonts w:ascii="Times New Roman" w:hAnsi="Times New Roman"/>
          <w:b w:val="0"/>
          <w:sz w:val="28"/>
        </w:rPr>
        <w:t xml:space="preserve"> (</w:t>
      </w:r>
      <w:hyperlink r:id="rId59">
        <w:r>
          <w:rPr>
            <w:rFonts w:ascii="Times New Roman" w:hAnsi="Times New Roman"/>
            <w:color w:val="0563C1"/>
            <w:u w:val="single"/>
            <w:sz w:val="24"/>
          </w:rPr>
          <w:t xml:space="preserve">ст. 1073 ГК</w:t>
        </w:r>
      </w:hyperlink>
      <w:r>
        <w:rPr>
          <w:rFonts w:ascii="Times New Roman" w:hAnsi="Times New Roman"/>
          <w:b w:val="0"/>
          <w:sz w:val="28"/>
        </w:rPr>
        <w:t xml:space="preserve">). Школа по ст. 1073 отвечает </w:t>
      </w:r>
      <w:r>
        <w:rPr>
          <w:rFonts w:ascii="Times New Roman" w:hAnsi="Times New Roman"/>
          <w:b/>
          <w:sz w:val="28"/>
        </w:rPr>
        <w:t>лишь если вред причинён во время нахождения ребёнка под её временным надзором и доказано ненадлежащее осуществление надзора</w:t>
      </w:r>
      <w:r>
        <w:rPr>
          <w:rFonts w:ascii="Times New Roman" w:hAnsi="Times New Roman"/>
          <w:b w:val="0"/>
          <w:sz w:val="28"/>
        </w:rPr>
        <w:t xml:space="preserve">. С 14 лет отвечает сам подросток; родители — </w:t>
      </w:r>
      <w:r>
        <w:rPr>
          <w:rFonts w:ascii="Times New Roman" w:hAnsi="Times New Roman"/>
          <w:b/>
          <w:sz w:val="28"/>
        </w:rPr>
        <w:t>субсидиарно</w:t>
      </w:r>
      <w:r>
        <w:rPr>
          <w:rFonts w:ascii="Times New Roman" w:hAnsi="Times New Roman"/>
          <w:b w:val="0"/>
          <w:sz w:val="28"/>
        </w:rPr>
        <w:t xml:space="preserve"> (</w:t>
      </w:r>
      <w:hyperlink r:id="rId60">
        <w:r>
          <w:rPr>
            <w:rFonts w:ascii="Times New Roman" w:hAnsi="Times New Roman"/>
            <w:color w:val="0563C1"/>
            <w:u w:val="single"/>
            <w:sz w:val="24"/>
          </w:rPr>
          <w:t xml:space="preserve">ст. 1074 ГК</w:t>
        </w:r>
      </w:hyperlink>
      <w:r>
        <w:rPr>
          <w:rFonts w:ascii="Times New Roman" w:hAnsi="Times New Roman"/>
          <w:b w:val="0"/>
          <w:sz w:val="28"/>
        </w:rPr>
        <w:t xml:space="preserve">). </w:t>
      </w:r>
      <w:r>
        <w:rPr>
          <w:rFonts w:ascii="Times New Roman" w:hAnsi="Times New Roman"/>
          <w:b/>
          <w:sz w:val="28"/>
        </w:rPr>
        <w:t>Школа по ст. 1074 автоматически не отвечает.</w:t>
      </w:r>
      <w:r>
        <w:rPr>
          <w:rFonts w:ascii="Times New Roman" w:hAnsi="Times New Roman"/>
          <w:b w:val="0"/>
          <w:sz w:val="28"/>
        </w:rPr>
        <w:t xml:space="preserve"> Ответственность школы за </w:t>
      </w:r>
      <w:r>
        <w:rPr>
          <w:rFonts w:ascii="Times New Roman" w:hAnsi="Times New Roman"/>
          <w:b/>
          <w:sz w:val="28"/>
        </w:rPr>
        <w:t>собственное бездействие</w:t>
      </w:r>
      <w:r>
        <w:rPr>
          <w:rFonts w:ascii="Times New Roman" w:hAnsi="Times New Roman"/>
          <w:b w:val="0"/>
          <w:sz w:val="28"/>
        </w:rPr>
        <w:t xml:space="preserve"> (</w:t>
      </w:r>
      <w:hyperlink r:id="rId43">
        <w:r>
          <w:rPr>
            <w:rFonts w:ascii="Times New Roman" w:hAnsi="Times New Roman"/>
            <w:color w:val="0563C1"/>
            <w:u w:val="single"/>
            <w:sz w:val="24"/>
          </w:rPr>
          <w:t xml:space="preserve">ст. 1064, 1068 ГК</w:t>
        </w:r>
      </w:hyperlink>
      <w:r>
        <w:rPr>
          <w:rFonts w:ascii="Times New Roman" w:hAnsi="Times New Roman"/>
          <w:b w:val="0"/>
          <w:sz w:val="28"/>
        </w:rPr>
        <w:t xml:space="preserve">) — </w:t>
      </w:r>
      <w:r>
        <w:rPr>
          <w:rFonts w:ascii="Times New Roman" w:hAnsi="Times New Roman"/>
          <w:b/>
          <w:sz w:val="28"/>
        </w:rPr>
        <w:t>другое основание</w:t>
      </w:r>
      <w:r>
        <w:rPr>
          <w:rFonts w:ascii="Times New Roman" w:hAnsi="Times New Roman"/>
          <w:b w:val="0"/>
          <w:sz w:val="28"/>
        </w:rPr>
        <w:t>.</w:t>
      </w:r>
    </w:p>
    <w:p>
      <w:r>
        <w:rPr>
          <w:rFonts w:ascii="Times New Roman" w:hAnsi="Times New Roman"/>
          <w:b/>
          <w:sz w:val="28"/>
        </w:rPr>
        <w:t>Что решает суд при определении ответственности — ориентиры ВС РФ:</w:t>
      </w:r>
      <w:r>
        <w:rPr>
          <w:rFonts w:ascii="Times New Roman" w:hAnsi="Times New Roman"/>
          <w:b w:val="0"/>
          <w:sz w:val="28"/>
        </w:rPr>
        <w:t xml:space="preserve"> </w:t>
      </w:r>
      <w:hyperlink r:id="rId61">
        <w:r>
          <w:rPr>
            <w:rFonts w:ascii="Times New Roman" w:hAnsi="Times New Roman"/>
            <w:color w:val="0563C1"/>
            <w:u w:val="single"/>
            <w:sz w:val="24"/>
          </w:rPr>
          <w:t xml:space="preserve">Постановление Пленума ВС РФ от 15.11.2022 № 33</w:t>
        </w:r>
      </w:hyperlink>
      <w:r>
        <w:rPr>
          <w:rFonts w:ascii="Times New Roman" w:hAnsi="Times New Roman"/>
          <w:b w:val="0"/>
          <w:sz w:val="28"/>
        </w:rPr>
        <w:t xml:space="preserve"> (о компенсации морального вреда) и </w:t>
      </w:r>
      <w:hyperlink r:id="rId62">
        <w:r>
          <w:rPr>
            <w:rFonts w:ascii="Times New Roman" w:hAnsi="Times New Roman"/>
            <w:color w:val="0563C1"/>
            <w:u w:val="single"/>
            <w:sz w:val="24"/>
          </w:rPr>
          <w:t xml:space="preserve">Постановление Пленума ВС РФ от 26.01.2010 № 1, п. 16</w:t>
        </w:r>
      </w:hyperlink>
      <w:r>
        <w:rPr>
          <w:rFonts w:ascii="Times New Roman" w:hAnsi="Times New Roman"/>
          <w:b w:val="0"/>
          <w:sz w:val="28"/>
        </w:rPr>
        <w:t xml:space="preserve"> (ответственность за вред от несовершеннолетних). </w:t>
      </w:r>
      <w:r>
        <w:rPr>
          <w:rFonts w:ascii="Times New Roman" w:hAnsi="Times New Roman"/>
          <w:b/>
          <w:sz w:val="28"/>
        </w:rPr>
        <w:t>Отдельного постановления Пленума ВС именно по школьной травле не найдено</w:t>
      </w:r>
      <w:r>
        <w:rPr>
          <w:rFonts w:ascii="Times New Roman" w:hAnsi="Times New Roman"/>
          <w:b w:val="0"/>
          <w:sz w:val="28"/>
        </w:rPr>
        <w:t xml:space="preserve"> — `NOT VERIFIED`.</w:t>
      </w:r>
    </w:p>
    <w:p>
      <w:r>
        <w:rPr>
          <w:rFonts w:ascii="Times New Roman" w:hAnsi="Times New Roman"/>
          <w:b/>
          <w:sz w:val="28"/>
        </w:rPr>
        <w:t>Чего в этой картине нет.</w:t>
      </w:r>
      <w:r>
        <w:rPr>
          <w:rFonts w:ascii="Times New Roman" w:hAnsi="Times New Roman"/>
          <w:b w:val="0"/>
          <w:sz w:val="28"/>
        </w:rPr>
        <w:t xml:space="preserve"> (1) </w:t>
      </w:r>
      <w:r>
        <w:rPr>
          <w:rFonts w:ascii="Times New Roman" w:hAnsi="Times New Roman"/>
          <w:b/>
          <w:sz w:val="28"/>
        </w:rPr>
        <w:t>Знаменателя:</w:t>
      </w:r>
      <w:r>
        <w:rPr>
          <w:rFonts w:ascii="Times New Roman" w:hAnsi="Times New Roman"/>
          <w:b w:val="0"/>
          <w:sz w:val="28"/>
        </w:rPr>
        <w:t xml:space="preserve"> сколько исков подано и сколько </w:t>
      </w:r>
      <w:r>
        <w:rPr>
          <w:rFonts w:ascii="Times New Roman" w:hAnsi="Times New Roman"/>
          <w:b/>
          <w:sz w:val="28"/>
        </w:rPr>
        <w:t>отклонено</w:t>
      </w:r>
      <w:r>
        <w:rPr>
          <w:rFonts w:ascii="Times New Roman" w:hAnsi="Times New Roman"/>
          <w:b w:val="0"/>
          <w:sz w:val="28"/>
        </w:rPr>
        <w:t xml:space="preserve"> — неизвестно. (2) </w:t>
      </w:r>
      <w:r>
        <w:rPr>
          <w:rFonts w:ascii="Times New Roman" w:hAnsi="Times New Roman"/>
          <w:b/>
          <w:sz w:val="28"/>
        </w:rPr>
        <w:t>Данных об апелляции</w:t>
      </w:r>
      <w:r>
        <w:rPr>
          <w:rFonts w:ascii="Times New Roman" w:hAnsi="Times New Roman"/>
          <w:b w:val="0"/>
          <w:sz w:val="28"/>
        </w:rPr>
        <w:t xml:space="preserve"> по большинству дел. (3) </w:t>
      </w:r>
      <w:r>
        <w:rPr>
          <w:rFonts w:ascii="Times New Roman" w:hAnsi="Times New Roman"/>
          <w:b/>
          <w:sz w:val="28"/>
        </w:rPr>
        <w:t>Региональной кластеризации:</w:t>
      </w:r>
      <w:r>
        <w:rPr>
          <w:rFonts w:ascii="Times New Roman" w:hAnsi="Times New Roman"/>
          <w:b w:val="0"/>
          <w:sz w:val="28"/>
        </w:rPr>
        <w:t xml:space="preserve"> минимум 3 дела — Свердловская область; это может отражать не частоту травли, а особенности местной практики.</w:t>
      </w:r>
    </w:p>
    <w:p>
      <w:pPr>
        <w:spacing w:after="80"/>
        <w:ind w:firstLine="0"/>
      </w:pPr>
      <w:r>
        <w:rPr>
          <w:rFonts w:ascii="Times New Roman" w:hAnsi="Times New Roman"/>
          <w:b/>
          <w:sz w:val="26"/>
        </w:rPr>
        <w:t>5.2. Уголовные дела: преобладает доведение до самоубийства</w:t>
      </w:r>
    </w:p>
    <w:p>
      <w:r>
        <w:rPr>
          <w:rFonts w:ascii="Times New Roman" w:hAnsi="Times New Roman"/>
          <w:b w:val="0"/>
          <w:sz w:val="28"/>
        </w:rPr>
        <w:t xml:space="preserve">В </w:t>
      </w:r>
      <w:r>
        <w:rPr>
          <w:rFonts w:ascii="Times New Roman" w:hAnsi="Times New Roman"/>
          <w:b/>
          <w:sz w:val="28"/>
        </w:rPr>
        <w:t>найденной подборке</w:t>
      </w:r>
      <w:r>
        <w:rPr>
          <w:rFonts w:ascii="Times New Roman" w:hAnsi="Times New Roman"/>
          <w:b w:val="0"/>
          <w:sz w:val="28"/>
        </w:rPr>
        <w:t xml:space="preserve"> преобладает </w:t>
      </w:r>
      <w:hyperlink r:id="rId29">
        <w:r>
          <w:rPr>
            <w:rFonts w:ascii="Times New Roman" w:hAnsi="Times New Roman"/>
            <w:color w:val="0563C1"/>
            <w:u w:val="single"/>
            <w:sz w:val="24"/>
          </w:rPr>
          <w:t xml:space="preserve">ст. 110 УК РФ</w:t>
        </w:r>
      </w:hyperlink>
      <w:r>
        <w:rPr>
          <w:rFonts w:ascii="Times New Roman" w:hAnsi="Times New Roman"/>
          <w:b w:val="0"/>
          <w:sz w:val="28"/>
        </w:rPr>
        <w:t xml:space="preserve"> (доведение до самоубийства/покушения), но есть и другие составы (ст. 111, 156, 213). </w:t>
      </w:r>
      <w:r>
        <w:rPr>
          <w:rFonts w:ascii="Times New Roman" w:hAnsi="Times New Roman"/>
          <w:b/>
          <w:sz w:val="28"/>
        </w:rPr>
        <w:t>Это не значит, что «почти все дела о травле — по ст. 110»:</w:t>
      </w:r>
      <w:r>
        <w:rPr>
          <w:rFonts w:ascii="Times New Roman" w:hAnsi="Times New Roman"/>
          <w:b w:val="0"/>
          <w:sz w:val="28"/>
        </w:rPr>
        <w:t xml:space="preserve"> полного массива нет.</w:t>
      </w:r>
    </w:p>
    <w:tbl>
      <w:tblPr>
        <w:tblStyle w:val="TableGrid"/>
        <w:tblW w:type="auto" w:w="0"/>
        <w:jc w:val="center"/>
        <w:tblLook w:firstColumn="1" w:firstRow="1" w:lastColumn="0" w:lastRow="0" w:noHBand="0" w:noVBand="1" w:val="04A0"/>
      </w:tblPr>
      <w:tblGrid>
        <w:gridCol w:w="1871"/>
        <w:gridCol w:w="1871"/>
        <w:gridCol w:w="1871"/>
        <w:gridCol w:w="1871"/>
        <w:gridCol w:w="1871"/>
      </w:tblGrid>
      <w:tr>
        <w:tc>
          <w:tcPr>
            <w:tcW w:type="dxa" w:w="1871"/>
          </w:tcPr>
          <w:p>
            <w:pPr>
              <w:ind w:firstLine="0"/>
            </w:pPr>
            <w:r>
              <w:rPr>
                <w:rFonts w:ascii="Times New Roman" w:hAnsi="Times New Roman"/>
                <w:b/>
                <w:sz w:val="22"/>
              </w:rPr>
              <w:t>Регион</w:t>
            </w:r>
          </w:p>
        </w:tc>
        <w:tc>
          <w:tcPr>
            <w:tcW w:type="dxa" w:w="1871"/>
          </w:tcPr>
          <w:p>
            <w:pPr>
              <w:ind w:firstLine="0"/>
            </w:pPr>
            <w:r>
              <w:rPr>
                <w:rFonts w:ascii="Times New Roman" w:hAnsi="Times New Roman"/>
                <w:b/>
                <w:sz w:val="22"/>
              </w:rPr>
              <w:t>Год</w:t>
            </w:r>
          </w:p>
        </w:tc>
        <w:tc>
          <w:tcPr>
            <w:tcW w:type="dxa" w:w="1871"/>
          </w:tcPr>
          <w:p>
            <w:pPr>
              <w:ind w:firstLine="0"/>
            </w:pPr>
            <w:r>
              <w:rPr>
                <w:rFonts w:ascii="Times New Roman" w:hAnsi="Times New Roman"/>
                <w:b/>
                <w:sz w:val="22"/>
              </w:rPr>
              <w:t>Статья / суть</w:t>
            </w:r>
          </w:p>
        </w:tc>
        <w:tc>
          <w:tcPr>
            <w:tcW w:type="dxa" w:w="1871"/>
          </w:tcPr>
          <w:p>
            <w:pPr>
              <w:ind w:firstLine="0"/>
            </w:pPr>
            <w:r>
              <w:rPr>
                <w:rFonts w:ascii="Times New Roman" w:hAnsi="Times New Roman"/>
                <w:b/>
                <w:sz w:val="22"/>
              </w:rPr>
              <w:t>Итог</w:t>
            </w:r>
          </w:p>
        </w:tc>
        <w:tc>
          <w:tcPr>
            <w:tcW w:type="dxa" w:w="1871"/>
          </w:tcPr>
          <w:p>
            <w:pPr>
              <w:ind w:firstLine="0"/>
            </w:pPr>
            <w:r>
              <w:rPr>
                <w:rFonts w:ascii="Times New Roman" w:hAnsi="Times New Roman"/>
                <w:b/>
                <w:sz w:val="22"/>
              </w:rPr>
              <w:t>Источник</w:t>
            </w:r>
          </w:p>
        </w:tc>
      </w:tr>
      <w:tr>
        <w:tc>
          <w:tcPr>
            <w:tcW w:type="dxa" w:w="1871"/>
          </w:tcPr>
          <w:p>
            <w:pPr>
              <w:ind w:firstLine="0"/>
            </w:pPr>
            <w:r>
              <w:rPr>
                <w:rFonts w:ascii="Times New Roman" w:hAnsi="Times New Roman"/>
                <w:b w:val="0"/>
                <w:sz w:val="22"/>
              </w:rPr>
              <w:t>Воронежская обл.</w:t>
            </w:r>
          </w:p>
        </w:tc>
        <w:tc>
          <w:tcPr>
            <w:tcW w:type="dxa" w:w="1871"/>
          </w:tcPr>
          <w:p>
            <w:pPr>
              <w:ind w:firstLine="0"/>
            </w:pPr>
            <w:r>
              <w:rPr>
                <w:rFonts w:ascii="Times New Roman" w:hAnsi="Times New Roman"/>
                <w:b w:val="0"/>
                <w:sz w:val="22"/>
              </w:rPr>
              <w:t>2017</w:t>
            </w:r>
          </w:p>
        </w:tc>
        <w:tc>
          <w:tcPr>
            <w:tcW w:type="dxa" w:w="1871"/>
          </w:tcPr>
          <w:p>
            <w:pPr>
              <w:ind w:firstLine="0"/>
            </w:pPr>
            <w:r>
              <w:rPr>
                <w:rFonts w:ascii="Times New Roman" w:hAnsi="Times New Roman"/>
                <w:b w:val="0"/>
                <w:sz w:val="22"/>
              </w:rPr>
              <w:t>ст. 110: завуч систематически унижала ученицу; попытка самоубийства</w:t>
            </w:r>
          </w:p>
        </w:tc>
        <w:tc>
          <w:tcPr>
            <w:tcW w:type="dxa" w:w="1871"/>
          </w:tcPr>
          <w:p>
            <w:pPr>
              <w:ind w:firstLine="0"/>
            </w:pPr>
            <w:r>
              <w:rPr>
                <w:rFonts w:ascii="Times New Roman" w:hAnsi="Times New Roman"/>
                <w:b/>
                <w:sz w:val="22"/>
              </w:rPr>
              <w:t>обвинительный приговор</w:t>
            </w:r>
            <w:r>
              <w:rPr>
                <w:rFonts w:ascii="Times New Roman" w:hAnsi="Times New Roman"/>
                <w:b w:val="0"/>
                <w:sz w:val="22"/>
              </w:rPr>
              <w:t>, 1,5 года ограничения свободы; снят по амнистии</w:t>
            </w:r>
          </w:p>
        </w:tc>
        <w:tc>
          <w:tcPr>
            <w:tcW w:type="dxa" w:w="1871"/>
          </w:tcPr>
          <w:p>
            <w:pPr>
              <w:ind w:firstLine="0"/>
            </w:pPr>
            <w:hyperlink r:id="rId63">
              <w:r>
                <w:rPr>
                  <w:rFonts w:ascii="Times New Roman" w:hAnsi="Times New Roman"/>
                  <w:color w:val="0563C1"/>
                  <w:u w:val="single"/>
                  <w:sz w:val="22"/>
                </w:rPr>
                <w:t xml:space="preserve">«Вести-Воронеж»</w:t>
              </w:r>
            </w:hyperlink>
          </w:p>
        </w:tc>
      </w:tr>
      <w:tr>
        <w:tc>
          <w:tcPr>
            <w:tcW w:type="dxa" w:w="1871"/>
          </w:tcPr>
          <w:p>
            <w:pPr>
              <w:ind w:firstLine="0"/>
            </w:pPr>
            <w:r>
              <w:rPr>
                <w:rFonts w:ascii="Times New Roman" w:hAnsi="Times New Roman"/>
                <w:b w:val="0"/>
                <w:sz w:val="22"/>
              </w:rPr>
              <w:t>Воронежская обл.</w:t>
            </w:r>
          </w:p>
        </w:tc>
        <w:tc>
          <w:tcPr>
            <w:tcW w:type="dxa" w:w="1871"/>
          </w:tcPr>
          <w:p>
            <w:pPr>
              <w:ind w:firstLine="0"/>
            </w:pPr>
            <w:r>
              <w:rPr>
                <w:rFonts w:ascii="Times New Roman" w:hAnsi="Times New Roman"/>
                <w:b w:val="0"/>
                <w:sz w:val="22"/>
              </w:rPr>
              <w:t>2015</w:t>
            </w:r>
          </w:p>
        </w:tc>
        <w:tc>
          <w:tcPr>
            <w:tcW w:type="dxa" w:w="1871"/>
          </w:tcPr>
          <w:p>
            <w:pPr>
              <w:ind w:firstLine="0"/>
            </w:pPr>
            <w:r>
              <w:rPr>
                <w:rFonts w:ascii="Times New Roman" w:hAnsi="Times New Roman"/>
                <w:b w:val="0"/>
                <w:sz w:val="22"/>
              </w:rPr>
              <w:t>ст. 110: издевательства из-за несдачи денег на нужды школы</w:t>
            </w:r>
          </w:p>
        </w:tc>
        <w:tc>
          <w:tcPr>
            <w:tcW w:type="dxa" w:w="1871"/>
          </w:tcPr>
          <w:p>
            <w:pPr>
              <w:ind w:firstLine="0"/>
            </w:pPr>
            <w:r>
              <w:rPr>
                <w:rFonts w:ascii="Times New Roman" w:hAnsi="Times New Roman"/>
                <w:b w:val="0"/>
                <w:sz w:val="22"/>
              </w:rPr>
              <w:t>возбуждено; приговор не установлен</w:t>
            </w:r>
          </w:p>
        </w:tc>
        <w:tc>
          <w:tcPr>
            <w:tcW w:type="dxa" w:w="1871"/>
          </w:tcPr>
          <w:p>
            <w:pPr>
              <w:ind w:firstLine="0"/>
            </w:pPr>
            <w:hyperlink r:id="rId64">
              <w:r>
                <w:rPr>
                  <w:rFonts w:ascii="Times New Roman" w:hAnsi="Times New Roman"/>
                  <w:color w:val="0563C1"/>
                  <w:u w:val="single"/>
                  <w:sz w:val="22"/>
                </w:rPr>
                <w:t xml:space="preserve">«Интерфакс»</w:t>
              </w:r>
            </w:hyperlink>
          </w:p>
        </w:tc>
      </w:tr>
      <w:tr>
        <w:tc>
          <w:tcPr>
            <w:tcW w:type="dxa" w:w="1871"/>
          </w:tcPr>
          <w:p>
            <w:pPr>
              <w:ind w:firstLine="0"/>
            </w:pPr>
            <w:r>
              <w:rPr>
                <w:rFonts w:ascii="Times New Roman" w:hAnsi="Times New Roman"/>
                <w:b w:val="0"/>
                <w:sz w:val="22"/>
              </w:rPr>
              <w:t>Челябинская обл.</w:t>
            </w:r>
          </w:p>
        </w:tc>
        <w:tc>
          <w:tcPr>
            <w:tcW w:type="dxa" w:w="1871"/>
          </w:tcPr>
          <w:p>
            <w:pPr>
              <w:ind w:firstLine="0"/>
            </w:pPr>
            <w:r>
              <w:rPr>
                <w:rFonts w:ascii="Times New Roman" w:hAnsi="Times New Roman"/>
                <w:b w:val="0"/>
                <w:sz w:val="22"/>
              </w:rPr>
              <w:t>2016–2017</w:t>
            </w:r>
          </w:p>
        </w:tc>
        <w:tc>
          <w:tcPr>
            <w:tcW w:type="dxa" w:w="1871"/>
          </w:tcPr>
          <w:p>
            <w:pPr>
              <w:ind w:firstLine="0"/>
            </w:pPr>
            <w:r>
              <w:rPr>
                <w:rFonts w:ascii="Times New Roman" w:hAnsi="Times New Roman"/>
                <w:b w:val="0"/>
                <w:sz w:val="22"/>
              </w:rPr>
              <w:t>ст. 110: унижение со стороны педагога</w:t>
            </w:r>
          </w:p>
        </w:tc>
        <w:tc>
          <w:tcPr>
            <w:tcW w:type="dxa" w:w="1871"/>
          </w:tcPr>
          <w:p>
            <w:pPr>
              <w:ind w:firstLine="0"/>
            </w:pPr>
            <w:r>
              <w:rPr>
                <w:rFonts w:ascii="Times New Roman" w:hAnsi="Times New Roman"/>
                <w:b w:val="0"/>
                <w:sz w:val="22"/>
              </w:rPr>
              <w:t>возбуждено; приговор не установлен</w:t>
            </w:r>
          </w:p>
        </w:tc>
        <w:tc>
          <w:tcPr>
            <w:tcW w:type="dxa" w:w="1871"/>
          </w:tcPr>
          <w:p>
            <w:pPr>
              <w:ind w:firstLine="0"/>
            </w:pPr>
            <w:hyperlink r:id="rId65">
              <w:r>
                <w:rPr>
                  <w:rFonts w:ascii="Times New Roman" w:hAnsi="Times New Roman"/>
                  <w:color w:val="0563C1"/>
                  <w:u w:val="single"/>
                  <w:sz w:val="22"/>
                </w:rPr>
                <w:t xml:space="preserve">«Такие дела»</w:t>
              </w:r>
            </w:hyperlink>
          </w:p>
        </w:tc>
      </w:tr>
      <w:tr>
        <w:tc>
          <w:tcPr>
            <w:tcW w:type="dxa" w:w="1871"/>
          </w:tcPr>
          <w:p>
            <w:pPr>
              <w:ind w:firstLine="0"/>
            </w:pPr>
            <w:r>
              <w:rPr>
                <w:rFonts w:ascii="Times New Roman" w:hAnsi="Times New Roman"/>
                <w:b w:val="0"/>
                <w:sz w:val="22"/>
              </w:rPr>
              <w:t>Удмуртия</w:t>
            </w:r>
          </w:p>
        </w:tc>
        <w:tc>
          <w:tcPr>
            <w:tcW w:type="dxa" w:w="1871"/>
          </w:tcPr>
          <w:p>
            <w:pPr>
              <w:ind w:firstLine="0"/>
            </w:pPr>
            <w:r>
              <w:rPr>
                <w:rFonts w:ascii="Times New Roman" w:hAnsi="Times New Roman"/>
                <w:b w:val="0"/>
                <w:sz w:val="22"/>
              </w:rPr>
              <w:t>2016–2017</w:t>
            </w:r>
          </w:p>
        </w:tc>
        <w:tc>
          <w:tcPr>
            <w:tcW w:type="dxa" w:w="1871"/>
          </w:tcPr>
          <w:p>
            <w:pPr>
              <w:ind w:firstLine="0"/>
            </w:pPr>
            <w:r>
              <w:rPr>
                <w:rFonts w:ascii="Times New Roman" w:hAnsi="Times New Roman"/>
                <w:b w:val="0"/>
                <w:sz w:val="22"/>
              </w:rPr>
              <w:t>ст. 110 → переквалификация на ч. 2 ст. 111 УК</w:t>
            </w:r>
          </w:p>
        </w:tc>
        <w:tc>
          <w:tcPr>
            <w:tcW w:type="dxa" w:w="1871"/>
          </w:tcPr>
          <w:p>
            <w:pPr>
              <w:ind w:firstLine="0"/>
            </w:pPr>
            <w:r>
              <w:rPr>
                <w:rFonts w:ascii="Times New Roman" w:hAnsi="Times New Roman"/>
                <w:b w:val="0"/>
                <w:sz w:val="22"/>
              </w:rPr>
              <w:t>переквалифицировано; итог не установлен</w:t>
            </w:r>
          </w:p>
        </w:tc>
        <w:tc>
          <w:tcPr>
            <w:tcW w:type="dxa" w:w="1871"/>
          </w:tcPr>
          <w:p>
            <w:pPr>
              <w:ind w:firstLine="0"/>
            </w:pPr>
            <w:hyperlink r:id="rId66">
              <w:r>
                <w:rPr>
                  <w:rFonts w:ascii="Times New Roman" w:hAnsi="Times New Roman"/>
                  <w:color w:val="0563C1"/>
                  <w:u w:val="single"/>
                  <w:sz w:val="22"/>
                </w:rPr>
                <w:t xml:space="preserve">«АиФ-Удмуртия»</w:t>
              </w:r>
            </w:hyperlink>
          </w:p>
        </w:tc>
      </w:tr>
      <w:tr>
        <w:tc>
          <w:tcPr>
            <w:tcW w:type="dxa" w:w="1871"/>
          </w:tcPr>
          <w:p>
            <w:pPr>
              <w:ind w:firstLine="0"/>
            </w:pPr>
            <w:r>
              <w:rPr>
                <w:rFonts w:ascii="Times New Roman" w:hAnsi="Times New Roman"/>
                <w:b w:val="0"/>
                <w:sz w:val="22"/>
              </w:rPr>
              <w:t>Красноярский край</w:t>
            </w:r>
          </w:p>
        </w:tc>
        <w:tc>
          <w:tcPr>
            <w:tcW w:type="dxa" w:w="1871"/>
          </w:tcPr>
          <w:p>
            <w:pPr>
              <w:ind w:firstLine="0"/>
            </w:pPr>
            <w:r>
              <w:rPr>
                <w:rFonts w:ascii="Times New Roman" w:hAnsi="Times New Roman"/>
                <w:b w:val="0"/>
                <w:sz w:val="22"/>
              </w:rPr>
              <w:t>2017</w:t>
            </w:r>
          </w:p>
        </w:tc>
        <w:tc>
          <w:tcPr>
            <w:tcW w:type="dxa" w:w="1871"/>
          </w:tcPr>
          <w:p>
            <w:pPr>
              <w:ind w:firstLine="0"/>
            </w:pPr>
            <w:r>
              <w:rPr>
                <w:rFonts w:ascii="Times New Roman" w:hAnsi="Times New Roman"/>
                <w:b w:val="0"/>
                <w:sz w:val="22"/>
              </w:rPr>
              <w:t>ст. 110 через соцсети *(«группы смерти», не школьная травля)*</w:t>
            </w:r>
          </w:p>
        </w:tc>
        <w:tc>
          <w:tcPr>
            <w:tcW w:type="dxa" w:w="1871"/>
          </w:tcPr>
          <w:p>
            <w:pPr>
              <w:ind w:firstLine="0"/>
            </w:pPr>
            <w:r>
              <w:rPr>
                <w:rFonts w:ascii="Times New Roman" w:hAnsi="Times New Roman"/>
                <w:b w:val="0"/>
                <w:sz w:val="22"/>
              </w:rPr>
              <w:t>возбуждено; приговор не установлен</w:t>
            </w:r>
          </w:p>
        </w:tc>
        <w:tc>
          <w:tcPr>
            <w:tcW w:type="dxa" w:w="1871"/>
          </w:tcPr>
          <w:p>
            <w:pPr>
              <w:ind w:firstLine="0"/>
            </w:pPr>
            <w:hyperlink r:id="rId67">
              <w:r>
                <w:rPr>
                  <w:rFonts w:ascii="Times New Roman" w:hAnsi="Times New Roman"/>
                  <w:color w:val="0563C1"/>
                  <w:u w:val="single"/>
                  <w:sz w:val="22"/>
                </w:rPr>
                <w:t xml:space="preserve">Meduza</w:t>
              </w:r>
            </w:hyperlink>
          </w:p>
        </w:tc>
      </w:tr>
      <w:tr>
        <w:tc>
          <w:tcPr>
            <w:tcW w:type="dxa" w:w="1871"/>
          </w:tcPr>
          <w:p>
            <w:pPr>
              <w:ind w:firstLine="0"/>
            </w:pPr>
            <w:r>
              <w:rPr>
                <w:rFonts w:ascii="Times New Roman" w:hAnsi="Times New Roman"/>
                <w:b w:val="0"/>
                <w:sz w:val="22"/>
              </w:rPr>
              <w:t>Томская обл.</w:t>
            </w:r>
          </w:p>
        </w:tc>
        <w:tc>
          <w:tcPr>
            <w:tcW w:type="dxa" w:w="1871"/>
          </w:tcPr>
          <w:p>
            <w:pPr>
              <w:ind w:firstLine="0"/>
            </w:pPr>
            <w:r>
              <w:rPr>
                <w:rFonts w:ascii="Times New Roman" w:hAnsi="Times New Roman"/>
                <w:b w:val="0"/>
                <w:sz w:val="22"/>
              </w:rPr>
              <w:t>2022</w:t>
            </w:r>
          </w:p>
        </w:tc>
        <w:tc>
          <w:tcPr>
            <w:tcW w:type="dxa" w:w="1871"/>
          </w:tcPr>
          <w:p>
            <w:pPr>
              <w:ind w:firstLine="0"/>
            </w:pPr>
            <w:r>
              <w:rPr>
                <w:rFonts w:ascii="Times New Roman" w:hAnsi="Times New Roman"/>
                <w:b w:val="0"/>
                <w:sz w:val="22"/>
              </w:rPr>
              <w:t>ч. 2 ст. 110: падение подростка из окна школы</w:t>
            </w:r>
          </w:p>
        </w:tc>
        <w:tc>
          <w:tcPr>
            <w:tcW w:type="dxa" w:w="1871"/>
          </w:tcPr>
          <w:p>
            <w:pPr>
              <w:ind w:firstLine="0"/>
            </w:pPr>
            <w:r>
              <w:rPr>
                <w:rFonts w:ascii="Times New Roman" w:hAnsi="Times New Roman"/>
                <w:b w:val="0"/>
                <w:sz w:val="22"/>
              </w:rPr>
              <w:t>следствие; итог не установлен</w:t>
            </w:r>
          </w:p>
        </w:tc>
        <w:tc>
          <w:tcPr>
            <w:tcW w:type="dxa" w:w="1871"/>
          </w:tcPr>
          <w:p>
            <w:pPr>
              <w:ind w:firstLine="0"/>
            </w:pPr>
            <w:hyperlink r:id="rId68">
              <w:r>
                <w:rPr>
                  <w:rFonts w:ascii="Times New Roman" w:hAnsi="Times New Roman"/>
                  <w:color w:val="0563C1"/>
                  <w:u w:val="single"/>
                  <w:sz w:val="22"/>
                </w:rPr>
                <w:t xml:space="preserve">Мел</w:t>
              </w:r>
            </w:hyperlink>
          </w:p>
        </w:tc>
      </w:tr>
      <w:tr>
        <w:tc>
          <w:tcPr>
            <w:tcW w:type="dxa" w:w="1871"/>
          </w:tcPr>
          <w:p>
            <w:pPr>
              <w:ind w:firstLine="0"/>
            </w:pPr>
            <w:r>
              <w:rPr>
                <w:rFonts w:ascii="Times New Roman" w:hAnsi="Times New Roman"/>
                <w:b w:val="0"/>
                <w:sz w:val="22"/>
              </w:rPr>
              <w:t>Ульяновская обл.</w:t>
            </w:r>
          </w:p>
        </w:tc>
        <w:tc>
          <w:tcPr>
            <w:tcW w:type="dxa" w:w="1871"/>
          </w:tcPr>
          <w:p>
            <w:pPr>
              <w:ind w:firstLine="0"/>
            </w:pPr>
            <w:r>
              <w:rPr>
                <w:rFonts w:ascii="Times New Roman" w:hAnsi="Times New Roman"/>
                <w:b w:val="0"/>
                <w:sz w:val="22"/>
              </w:rPr>
              <w:t>2024–2025</w:t>
            </w:r>
          </w:p>
        </w:tc>
        <w:tc>
          <w:tcPr>
            <w:tcW w:type="dxa" w:w="1871"/>
          </w:tcPr>
          <w:p>
            <w:pPr>
              <w:ind w:firstLine="0"/>
            </w:pPr>
            <w:r>
              <w:rPr>
                <w:rFonts w:ascii="Times New Roman" w:hAnsi="Times New Roman"/>
                <w:b w:val="0"/>
                <w:sz w:val="22"/>
              </w:rPr>
              <w:t>ч. 2 ст. 110: кибербуллинг в Telegram-канале; падение с высоты (выжила)</w:t>
            </w:r>
          </w:p>
        </w:tc>
        <w:tc>
          <w:tcPr>
            <w:tcW w:type="dxa" w:w="1871"/>
          </w:tcPr>
          <w:p>
            <w:pPr>
              <w:ind w:firstLine="0"/>
            </w:pPr>
            <w:r>
              <w:rPr>
                <w:rFonts w:ascii="Times New Roman" w:hAnsi="Times New Roman"/>
                <w:b w:val="0"/>
                <w:sz w:val="22"/>
              </w:rPr>
              <w:t>возбуждено; приговора нет</w:t>
            </w:r>
          </w:p>
        </w:tc>
        <w:tc>
          <w:tcPr>
            <w:tcW w:type="dxa" w:w="1871"/>
          </w:tcPr>
          <w:p>
            <w:pPr>
              <w:ind w:firstLine="0"/>
            </w:pPr>
            <w:hyperlink r:id="rId69">
              <w:r>
                <w:rPr>
                  <w:rFonts w:ascii="Times New Roman" w:hAnsi="Times New Roman"/>
                  <w:color w:val="0563C1"/>
                  <w:u w:val="single"/>
                  <w:sz w:val="22"/>
                </w:rPr>
                <w:t xml:space="preserve">«Коммерсантъ»</w:t>
              </w:r>
            </w:hyperlink>
          </w:p>
        </w:tc>
      </w:tr>
      <w:tr>
        <w:tc>
          <w:tcPr>
            <w:tcW w:type="dxa" w:w="1871"/>
          </w:tcPr>
          <w:p>
            <w:pPr>
              <w:ind w:firstLine="0"/>
            </w:pPr>
            <w:r>
              <w:rPr>
                <w:rFonts w:ascii="Times New Roman" w:hAnsi="Times New Roman"/>
                <w:b w:val="0"/>
                <w:sz w:val="22"/>
              </w:rPr>
              <w:t>Калмыкия</w:t>
            </w:r>
          </w:p>
        </w:tc>
        <w:tc>
          <w:tcPr>
            <w:tcW w:type="dxa" w:w="1871"/>
          </w:tcPr>
          <w:p>
            <w:pPr>
              <w:ind w:firstLine="0"/>
            </w:pPr>
            <w:r>
              <w:rPr>
                <w:rFonts w:ascii="Times New Roman" w:hAnsi="Times New Roman"/>
                <w:b w:val="0"/>
                <w:sz w:val="22"/>
              </w:rPr>
              <w:t>2025</w:t>
            </w:r>
          </w:p>
        </w:tc>
        <w:tc>
          <w:tcPr>
            <w:tcW w:type="dxa" w:w="1871"/>
          </w:tcPr>
          <w:p>
            <w:pPr>
              <w:ind w:firstLine="0"/>
            </w:pPr>
            <w:r>
              <w:rPr>
                <w:rFonts w:ascii="Times New Roman" w:hAnsi="Times New Roman"/>
                <w:b w:val="0"/>
                <w:sz w:val="22"/>
              </w:rPr>
              <w:t>ч. 2 ст. 110 + ч. 3 ст. 293 (халатность): систематические избиения, видео в сети, самоубийство; позже погиб второй подросток-свидетель</w:t>
            </w:r>
          </w:p>
        </w:tc>
        <w:tc>
          <w:tcPr>
            <w:tcW w:type="dxa" w:w="1871"/>
          </w:tcPr>
          <w:p>
            <w:pPr>
              <w:ind w:firstLine="0"/>
            </w:pPr>
            <w:r>
              <w:rPr>
                <w:rFonts w:ascii="Times New Roman" w:hAnsi="Times New Roman"/>
                <w:b w:val="0"/>
                <w:sz w:val="22"/>
              </w:rPr>
              <w:t>дело в отношении неустановленного лица</w:t>
            </w:r>
          </w:p>
        </w:tc>
        <w:tc>
          <w:tcPr>
            <w:tcW w:type="dxa" w:w="1871"/>
          </w:tcPr>
          <w:p>
            <w:pPr>
              <w:ind w:firstLine="0"/>
            </w:pPr>
            <w:hyperlink r:id="rId70">
              <w:r>
                <w:rPr>
                  <w:rFonts w:ascii="Times New Roman" w:hAnsi="Times New Roman"/>
                  <w:color w:val="0563C1"/>
                  <w:u w:val="single"/>
                  <w:sz w:val="22"/>
                </w:rPr>
                <w:t xml:space="preserve">«Кавказский узел»</w:t>
              </w:r>
            </w:hyperlink>
          </w:p>
        </w:tc>
      </w:tr>
      <w:tr>
        <w:tc>
          <w:tcPr>
            <w:tcW w:type="dxa" w:w="1871"/>
          </w:tcPr>
          <w:p>
            <w:pPr>
              <w:ind w:firstLine="0"/>
            </w:pPr>
            <w:r>
              <w:rPr>
                <w:rFonts w:ascii="Times New Roman" w:hAnsi="Times New Roman"/>
                <w:b w:val="0"/>
                <w:sz w:val="22"/>
              </w:rPr>
              <w:t>Брянская обл.</w:t>
            </w:r>
          </w:p>
        </w:tc>
        <w:tc>
          <w:tcPr>
            <w:tcW w:type="dxa" w:w="1871"/>
          </w:tcPr>
          <w:p>
            <w:pPr>
              <w:ind w:firstLine="0"/>
            </w:pPr>
            <w:r>
              <w:rPr>
                <w:rFonts w:ascii="Times New Roman" w:hAnsi="Times New Roman"/>
                <w:b w:val="0"/>
                <w:sz w:val="22"/>
              </w:rPr>
              <w:t>2023</w:t>
            </w:r>
          </w:p>
        </w:tc>
        <w:tc>
          <w:tcPr>
            <w:tcW w:type="dxa" w:w="1871"/>
          </w:tcPr>
          <w:p>
            <w:pPr>
              <w:ind w:firstLine="0"/>
            </w:pPr>
            <w:r>
              <w:rPr>
                <w:rFonts w:ascii="Times New Roman" w:hAnsi="Times New Roman"/>
                <w:b w:val="0"/>
                <w:sz w:val="22"/>
              </w:rPr>
              <w:t>вооружённое нападение в школе; обвинение по ст. 110 в отношении отца</w:t>
            </w:r>
          </w:p>
        </w:tc>
        <w:tc>
          <w:tcPr>
            <w:tcW w:type="dxa" w:w="1871"/>
          </w:tcPr>
          <w:p>
            <w:pPr>
              <w:ind w:firstLine="0"/>
            </w:pPr>
            <w:r>
              <w:rPr>
                <w:rFonts w:ascii="Times New Roman" w:hAnsi="Times New Roman"/>
                <w:b/>
                <w:sz w:val="22"/>
              </w:rPr>
              <w:t>обвинение исключено</w:t>
            </w:r>
            <w:r>
              <w:rPr>
                <w:rFonts w:ascii="Times New Roman" w:hAnsi="Times New Roman"/>
                <w:b w:val="0"/>
                <w:sz w:val="22"/>
              </w:rPr>
              <w:t>; идёт дело о хранении оружия</w:t>
            </w:r>
          </w:p>
        </w:tc>
        <w:tc>
          <w:tcPr>
            <w:tcW w:type="dxa" w:w="1871"/>
          </w:tcPr>
          <w:p>
            <w:pPr>
              <w:ind w:firstLine="0"/>
            </w:pPr>
            <w:hyperlink r:id="rId71">
              <w:r>
                <w:rPr>
                  <w:rFonts w:ascii="Times New Roman" w:hAnsi="Times New Roman"/>
                  <w:color w:val="0563C1"/>
                  <w:u w:val="single"/>
                  <w:sz w:val="22"/>
                </w:rPr>
                <w:t xml:space="preserve">Известия (англ.)</w:t>
              </w:r>
            </w:hyperlink>
          </w:p>
        </w:tc>
      </w:tr>
      <w:tr>
        <w:tc>
          <w:tcPr>
            <w:tcW w:type="dxa" w:w="1871"/>
          </w:tcPr>
          <w:p>
            <w:pPr>
              <w:ind w:firstLine="0"/>
            </w:pPr>
            <w:r>
              <w:rPr>
                <w:rFonts w:ascii="Times New Roman" w:hAnsi="Times New Roman"/>
                <w:b w:val="0"/>
                <w:sz w:val="22"/>
              </w:rPr>
              <w:t>Санкт-Петербург</w:t>
            </w:r>
          </w:p>
        </w:tc>
        <w:tc>
          <w:tcPr>
            <w:tcW w:type="dxa" w:w="1871"/>
          </w:tcPr>
          <w:p>
            <w:pPr>
              <w:ind w:firstLine="0"/>
            </w:pPr>
            <w:r>
              <w:rPr>
                <w:rFonts w:ascii="Times New Roman" w:hAnsi="Times New Roman"/>
                <w:b w:val="0"/>
                <w:sz w:val="22"/>
              </w:rPr>
              <w:t>2007</w:t>
            </w:r>
          </w:p>
        </w:tc>
        <w:tc>
          <w:tcPr>
            <w:tcW w:type="dxa" w:w="1871"/>
          </w:tcPr>
          <w:p>
            <w:pPr>
              <w:ind w:firstLine="0"/>
            </w:pPr>
            <w:r>
              <w:rPr>
                <w:rFonts w:ascii="Times New Roman" w:hAnsi="Times New Roman"/>
                <w:b w:val="0"/>
                <w:sz w:val="22"/>
              </w:rPr>
              <w:t>ст. 110: педагог довела ученика *(исторический случай)*</w:t>
            </w:r>
          </w:p>
        </w:tc>
        <w:tc>
          <w:tcPr>
            <w:tcW w:type="dxa" w:w="1871"/>
          </w:tcPr>
          <w:p>
            <w:pPr>
              <w:ind w:firstLine="0"/>
            </w:pPr>
            <w:r>
              <w:rPr>
                <w:rFonts w:ascii="Times New Roman" w:hAnsi="Times New Roman"/>
                <w:b w:val="0"/>
                <w:sz w:val="22"/>
              </w:rPr>
              <w:t>4 года условно</w:t>
            </w:r>
          </w:p>
        </w:tc>
        <w:tc>
          <w:tcPr>
            <w:tcW w:type="dxa" w:w="1871"/>
          </w:tcPr>
          <w:p>
            <w:pPr>
              <w:ind w:firstLine="0"/>
            </w:pPr>
            <w:hyperlink r:id="rId72">
              <w:r>
                <w:rPr>
                  <w:rFonts w:ascii="Times New Roman" w:hAnsi="Times New Roman"/>
                  <w:color w:val="0563C1"/>
                  <w:u w:val="single"/>
                  <w:sz w:val="22"/>
                </w:rPr>
                <w:t xml:space="preserve">Meduza, разбор ст. 110</w:t>
              </w:r>
            </w:hyperlink>
          </w:p>
        </w:tc>
      </w:tr>
    </w:tbl>
    <w:p>
      <w:r>
        <w:rPr>
          <w:rFonts w:ascii="Times New Roman" w:hAnsi="Times New Roman"/>
          <w:b/>
          <w:sz w:val="28"/>
        </w:rPr>
        <w:t>Почему приговоров мало (возможные причины).</w:t>
      </w:r>
      <w:r>
        <w:rPr>
          <w:rFonts w:ascii="Times New Roman" w:hAnsi="Times New Roman"/>
          <w:b w:val="0"/>
          <w:sz w:val="28"/>
        </w:rPr>
        <w:t xml:space="preserve"> Ст. 110 применима не к любой травле, а только к доведению до самоубийства </w:t>
      </w:r>
      <w:r>
        <w:rPr>
          <w:rFonts w:ascii="Times New Roman" w:hAnsi="Times New Roman"/>
          <w:b/>
          <w:sz w:val="28"/>
        </w:rPr>
        <w:t>определённым способом</w:t>
      </w:r>
      <w:r>
        <w:rPr>
          <w:rFonts w:ascii="Times New Roman" w:hAnsi="Times New Roman"/>
          <w:b w:val="0"/>
          <w:sz w:val="28"/>
        </w:rPr>
        <w:t xml:space="preserve"> (</w:t>
      </w:r>
      <w:hyperlink r:id="rId29">
        <w:r>
          <w:rPr>
            <w:rFonts w:ascii="Times New Roman" w:hAnsi="Times New Roman"/>
            <w:color w:val="0563C1"/>
            <w:u w:val="single"/>
            <w:sz w:val="24"/>
          </w:rPr>
          <w:t xml:space="preserve">текст статьи</w:t>
        </w:r>
      </w:hyperlink>
      <w:r>
        <w:rPr>
          <w:rFonts w:ascii="Times New Roman" w:hAnsi="Times New Roman"/>
          <w:b w:val="0"/>
          <w:sz w:val="28"/>
        </w:rPr>
        <w:t xml:space="preserve">). Нужно доказать способ воздействия, систематичность или жестокое обращение, </w:t>
      </w:r>
      <w:r>
        <w:rPr>
          <w:rFonts w:ascii="Times New Roman" w:hAnsi="Times New Roman"/>
          <w:b/>
          <w:sz w:val="28"/>
        </w:rPr>
        <w:t>причинно-следственную связь</w:t>
      </w:r>
      <w:r>
        <w:rPr>
          <w:rFonts w:ascii="Times New Roman" w:hAnsi="Times New Roman"/>
          <w:b w:val="0"/>
          <w:sz w:val="28"/>
        </w:rPr>
        <w:t xml:space="preserve"> и достоверность доказательств; возраст ответственности — с 16 лет. Называть «прямой умысел» единственной причиной было бы упрощением.</w:t>
      </w:r>
    </w:p>
    <w:p>
      <w:pPr>
        <w:spacing w:after="80"/>
        <w:ind w:firstLine="0"/>
      </w:pPr>
      <w:r>
        <w:rPr>
          <w:rFonts w:ascii="Times New Roman" w:hAnsi="Times New Roman"/>
          <w:b/>
          <w:sz w:val="26"/>
        </w:rPr>
        <w:t>5.3. Административные и межведомственные механизмы</w:t>
      </w:r>
    </w:p>
    <w:p>
      <w:pPr>
        <w:spacing w:after="40"/>
        <w:ind w:firstLine="0"/>
      </w:pPr>
      <w:r>
        <w:rPr>
          <w:rFonts w:ascii="Times New Roman" w:hAnsi="Times New Roman"/>
          <w:b w:val="0"/>
          <w:sz w:val="28"/>
        </w:rPr>
        <w:t xml:space="preserve">– </w:t>
      </w:r>
      <w:r>
        <w:rPr>
          <w:rFonts w:ascii="Times New Roman" w:hAnsi="Times New Roman"/>
          <w:b/>
          <w:sz w:val="28"/>
        </w:rPr>
        <w:t>КДН и ЗП.</w:t>
      </w:r>
      <w:r>
        <w:rPr>
          <w:rFonts w:ascii="Times New Roman" w:hAnsi="Times New Roman"/>
          <w:b w:val="0"/>
          <w:sz w:val="28"/>
        </w:rPr>
        <w:t xml:space="preserve"> Участвуют через ПДН и индивидуальную профилактическую работу, но </w:t>
      </w:r>
      <w:r>
        <w:rPr>
          <w:rFonts w:ascii="Times New Roman" w:hAnsi="Times New Roman"/>
          <w:b/>
          <w:sz w:val="28"/>
        </w:rPr>
        <w:t>их постановления не публикуются</w:t>
      </w:r>
      <w:r>
        <w:rPr>
          <w:rFonts w:ascii="Times New Roman" w:hAnsi="Times New Roman"/>
          <w:b w:val="0"/>
          <w:sz w:val="28"/>
        </w:rPr>
        <w:t xml:space="preserve"> — публичных реестров решений КДН нет (</w:t>
      </w:r>
      <w:hyperlink r:id="rId41">
        <w:r>
          <w:rPr>
            <w:rFonts w:ascii="Times New Roman" w:hAnsi="Times New Roman"/>
            <w:color w:val="0563C1"/>
            <w:u w:val="single"/>
            <w:sz w:val="24"/>
          </w:rPr>
          <w:t xml:space="preserve">ФЗ-120</w:t>
        </w:r>
      </w:hyperlink>
      <w:r>
        <w:rPr>
          <w:rFonts w:ascii="Times New Roman" w:hAnsi="Times New Roman"/>
          <w:b w:val="0"/>
          <w:sz w:val="28"/>
        </w:rPr>
        <w:t xml:space="preserve">). </w:t>
      </w:r>
      <w:r>
        <w:rPr>
          <w:rFonts w:ascii="Times New Roman" w:hAnsi="Times New Roman"/>
          <w:b/>
          <w:sz w:val="28"/>
        </w:rPr>
        <w:t>Единой статьи «травля» в КоАП нет</w:t>
      </w:r>
      <w:r>
        <w:rPr>
          <w:rFonts w:ascii="Times New Roman" w:hAnsi="Times New Roman"/>
          <w:b w:val="0"/>
          <w:sz w:val="28"/>
        </w:rPr>
        <w:t>; отдельные проявления квалифицируются как оскорбление, клевета, побои, мелкое хулиганство, неисполнение родительских обязанностей (</w:t>
      </w:r>
      <w:hyperlink r:id="rId28">
        <w:r>
          <w:rPr>
            <w:rFonts w:ascii="Times New Roman" w:hAnsi="Times New Roman"/>
            <w:color w:val="0563C1"/>
            <w:u w:val="single"/>
            <w:sz w:val="24"/>
          </w:rPr>
          <w:t xml:space="preserve">КоАП РФ</w:t>
        </w:r>
      </w:hyperlink>
      <w:r>
        <w:rPr>
          <w:rFonts w:ascii="Times New Roman" w:hAnsi="Times New Roman"/>
          <w:b w:val="0"/>
          <w:sz w:val="28"/>
        </w:rPr>
        <w:t xml:space="preserve">). </w:t>
      </w:r>
      <w:r>
        <w:rPr>
          <w:rFonts w:ascii="Times New Roman" w:hAnsi="Times New Roman"/>
          <w:b/>
          <w:sz w:val="28"/>
        </w:rPr>
        <w:t>Измерить частоту невозможно.</w:t>
      </w:r>
    </w:p>
    <w:p>
      <w:pPr>
        <w:spacing w:after="40"/>
        <w:ind w:firstLine="0"/>
      </w:pPr>
      <w:r>
        <w:rPr>
          <w:rFonts w:ascii="Times New Roman" w:hAnsi="Times New Roman"/>
          <w:b w:val="0"/>
          <w:sz w:val="28"/>
        </w:rPr>
        <w:t xml:space="preserve">– </w:t>
      </w:r>
      <w:r>
        <w:rPr>
          <w:rFonts w:ascii="Times New Roman" w:hAnsi="Times New Roman"/>
          <w:b/>
          <w:sz w:val="28"/>
        </w:rPr>
        <w:t>Ст. 5.61 КоАП (оскорбление)</w:t>
      </w:r>
      <w:r>
        <w:rPr>
          <w:rFonts w:ascii="Times New Roman" w:hAnsi="Times New Roman"/>
          <w:b w:val="0"/>
          <w:sz w:val="28"/>
        </w:rPr>
        <w:t xml:space="preserve"> — </w:t>
      </w:r>
      <w:hyperlink r:id="rId73">
        <w:r>
          <w:rPr>
            <w:rFonts w:ascii="Times New Roman" w:hAnsi="Times New Roman"/>
            <w:color w:val="0563C1"/>
            <w:u w:val="single"/>
            <w:sz w:val="24"/>
          </w:rPr>
          <w:t xml:space="preserve">текст статьи</w:t>
        </w:r>
      </w:hyperlink>
      <w:r>
        <w:rPr>
          <w:rFonts w:ascii="Times New Roman" w:hAnsi="Times New Roman"/>
          <w:b w:val="0"/>
          <w:sz w:val="28"/>
        </w:rPr>
        <w:t xml:space="preserve">. Дело возбуждает прокурор — свойство </w:t>
      </w:r>
      <w:r>
        <w:rPr>
          <w:rFonts w:ascii="Times New Roman" w:hAnsi="Times New Roman"/>
          <w:b/>
          <w:sz w:val="28"/>
        </w:rPr>
        <w:t>ст. 28.4 КоАП</w:t>
      </w:r>
      <w:r>
        <w:rPr>
          <w:rFonts w:ascii="Times New Roman" w:hAnsi="Times New Roman"/>
          <w:b w:val="0"/>
          <w:sz w:val="28"/>
        </w:rPr>
        <w:t>, а не самой статьи; давность — 3 месяца (</w:t>
      </w:r>
      <w:r>
        <w:rPr>
          <w:rFonts w:ascii="Times New Roman" w:hAnsi="Times New Roman"/>
          <w:b/>
          <w:sz w:val="28"/>
        </w:rPr>
        <w:t>ст. 4.5</w:t>
      </w:r>
      <w:r>
        <w:rPr>
          <w:rFonts w:ascii="Times New Roman" w:hAnsi="Times New Roman"/>
          <w:b w:val="0"/>
          <w:sz w:val="28"/>
        </w:rPr>
        <w:t>), ответственность — с 16 лет (</w:t>
      </w:r>
      <w:r>
        <w:rPr>
          <w:rFonts w:ascii="Times New Roman" w:hAnsi="Times New Roman"/>
          <w:b/>
          <w:sz w:val="28"/>
        </w:rPr>
        <w:t>ст. 2.3</w:t>
      </w:r>
      <w:r>
        <w:rPr>
          <w:rFonts w:ascii="Times New Roman" w:hAnsi="Times New Roman"/>
          <w:b w:val="0"/>
          <w:sz w:val="28"/>
        </w:rPr>
        <w:t xml:space="preserve">). Подтверждённых дел, где за школьную травлю наказан подросток-обидчик, </w:t>
      </w:r>
      <w:r>
        <w:rPr>
          <w:rFonts w:ascii="Times New Roman" w:hAnsi="Times New Roman"/>
          <w:b/>
          <w:sz w:val="28"/>
        </w:rPr>
        <w:t>не найдено</w:t>
      </w:r>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Ст. 5.57 КоАП</w:t>
      </w:r>
      <w:r>
        <w:rPr>
          <w:rFonts w:ascii="Times New Roman" w:hAnsi="Times New Roman"/>
          <w:b w:val="0"/>
          <w:sz w:val="28"/>
        </w:rPr>
        <w:t xml:space="preserve"> — </w:t>
      </w:r>
      <w:hyperlink r:id="rId74">
        <w:r>
          <w:rPr>
            <w:rFonts w:ascii="Times New Roman" w:hAnsi="Times New Roman"/>
            <w:color w:val="0563C1"/>
            <w:u w:val="single"/>
            <w:sz w:val="24"/>
          </w:rPr>
          <w:t xml:space="preserve">текст статьи</w:t>
        </w:r>
      </w:hyperlink>
      <w:r>
        <w:rPr>
          <w:rFonts w:ascii="Times New Roman" w:hAnsi="Times New Roman"/>
          <w:b w:val="0"/>
          <w:sz w:val="28"/>
        </w:rPr>
        <w:t xml:space="preserve">. Штрафы </w:t>
      </w:r>
      <w:r>
        <w:rPr>
          <w:rFonts w:ascii="Times New Roman" w:hAnsi="Times New Roman"/>
          <w:b/>
          <w:sz w:val="28"/>
        </w:rPr>
        <w:t>разные по частям</w:t>
      </w:r>
      <w:r>
        <w:rPr>
          <w:rFonts w:ascii="Times New Roman" w:hAnsi="Times New Roman"/>
          <w:b w:val="0"/>
          <w:sz w:val="28"/>
        </w:rPr>
        <w:t xml:space="preserve">: по ч. 1 — 30–50 тыс. ₽ должностным лицам и 100–200 тыс. ₽ юридическим лицам; по ч. 2 — 10–30 тыс. ₽ и 50–100 тыс. ₽. Пример: директора лицея оштрафовали на 20 тыс. ₽ *(по данным </w:t>
      </w:r>
      <w:hyperlink r:id="rId25">
        <w:r>
          <w:rPr>
            <w:rFonts w:ascii="Times New Roman" w:hAnsi="Times New Roman"/>
            <w:color w:val="0563C1"/>
            <w:u w:val="single"/>
            <w:sz w:val="24"/>
          </w:rPr>
          <w:t xml:space="preserve">сводки НГПУ</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Ст. 293 УК (халатность)</w:t>
      </w:r>
      <w:r>
        <w:rPr>
          <w:rFonts w:ascii="Times New Roman" w:hAnsi="Times New Roman"/>
          <w:b w:val="0"/>
          <w:sz w:val="28"/>
        </w:rPr>
        <w:t xml:space="preserve"> — </w:t>
      </w:r>
      <w:hyperlink r:id="rId29">
        <w:r>
          <w:rPr>
            <w:rFonts w:ascii="Times New Roman" w:hAnsi="Times New Roman"/>
            <w:color w:val="0563C1"/>
            <w:u w:val="single"/>
            <w:sz w:val="24"/>
          </w:rPr>
          <w:t xml:space="preserve">текст</w:t>
        </w:r>
      </w:hyperlink>
      <w:r>
        <w:rPr>
          <w:rFonts w:ascii="Times New Roman" w:hAnsi="Times New Roman"/>
          <w:b w:val="0"/>
          <w:sz w:val="28"/>
        </w:rPr>
        <w:t xml:space="preserve"> — </w:t>
      </w:r>
      <w:r>
        <w:rPr>
          <w:rFonts w:ascii="Times New Roman" w:hAnsi="Times New Roman"/>
          <w:b/>
          <w:sz w:val="28"/>
        </w:rPr>
        <w:t>единичные случаи 2025–2026</w:t>
      </w:r>
      <w:r>
        <w:rPr>
          <w:rFonts w:ascii="Times New Roman" w:hAnsi="Times New Roman"/>
          <w:b w:val="0"/>
          <w:sz w:val="28"/>
        </w:rPr>
        <w:t xml:space="preserve">: два дела против директоров школ (Приморский край — </w:t>
      </w:r>
      <w:hyperlink r:id="rId75">
        <w:r>
          <w:rPr>
            <w:rFonts w:ascii="Times New Roman" w:hAnsi="Times New Roman"/>
            <w:color w:val="0563C1"/>
            <w:u w:val="single"/>
            <w:sz w:val="24"/>
          </w:rPr>
          <w:t xml:space="preserve">РИА</w:t>
        </w:r>
      </w:hyperlink>
      <w:r>
        <w:rPr>
          <w:rFonts w:ascii="Times New Roman" w:hAnsi="Times New Roman"/>
          <w:b w:val="0"/>
          <w:sz w:val="28"/>
        </w:rPr>
        <w:t xml:space="preserve">; Свердловская обл. — </w:t>
      </w:r>
      <w:hyperlink r:id="rId76">
        <w:r>
          <w:rPr>
            <w:rFonts w:ascii="Times New Roman" w:hAnsi="Times New Roman"/>
            <w:color w:val="0563C1"/>
            <w:u w:val="single"/>
            <w:sz w:val="24"/>
          </w:rPr>
          <w:t xml:space="preserve">«Накануне.RU»</w:t>
        </w:r>
      </w:hyperlink>
      <w:r>
        <w:rPr>
          <w:rFonts w:ascii="Times New Roman" w:hAnsi="Times New Roman"/>
          <w:b w:val="0"/>
          <w:sz w:val="28"/>
        </w:rPr>
        <w:t xml:space="preserve">). Формулировать «новую линию практики» </w:t>
      </w:r>
      <w:r>
        <w:rPr>
          <w:rFonts w:ascii="Times New Roman" w:hAnsi="Times New Roman"/>
          <w:b/>
          <w:sz w:val="28"/>
        </w:rPr>
        <w:t>преждевременно</w:t>
      </w:r>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Увольнения «за сокрытие травли».</w:t>
      </w:r>
      <w:r>
        <w:rPr>
          <w:rFonts w:ascii="Times New Roman" w:hAnsi="Times New Roman"/>
          <w:b w:val="0"/>
          <w:sz w:val="28"/>
        </w:rPr>
        <w:t xml:space="preserve"> Подтвердить не удалось: в приказах причина обобщённая. `NOT VERIFIED`.</w:t>
      </w:r>
    </w:p>
    <w:p>
      <w:pPr>
        <w:spacing w:after="80"/>
        <w:ind w:firstLine="0"/>
      </w:pPr>
      <w:r>
        <w:rPr>
          <w:rFonts w:ascii="Times New Roman" w:hAnsi="Times New Roman"/>
          <w:b/>
          <w:sz w:val="26"/>
        </w:rPr>
        <w:t>5.4. Прокуратура — главный фактически срабатывающий канал</w:t>
      </w:r>
    </w:p>
    <w:p>
      <w:r>
        <w:rPr>
          <w:rFonts w:ascii="Times New Roman" w:hAnsi="Times New Roman"/>
          <w:b/>
          <w:sz w:val="28"/>
        </w:rPr>
        <w:t>Прокурорские проверки запускали большинство подтверждённых дел</w:t>
      </w:r>
      <w:r>
        <w:rPr>
          <w:rFonts w:ascii="Times New Roman" w:hAnsi="Times New Roman"/>
          <w:b w:val="0"/>
          <w:sz w:val="28"/>
        </w:rPr>
        <w:t xml:space="preserve"> (Волгоград — </w:t>
      </w:r>
      <w:hyperlink r:id="rId54">
        <w:r>
          <w:rPr>
            <w:rFonts w:ascii="Times New Roman" w:hAnsi="Times New Roman"/>
            <w:color w:val="0563C1"/>
            <w:u w:val="single"/>
            <w:sz w:val="24"/>
          </w:rPr>
          <w:t xml:space="preserve">РАПСИ</w:t>
        </w:r>
      </w:hyperlink>
      <w:r>
        <w:rPr>
          <w:rFonts w:ascii="Times New Roman" w:hAnsi="Times New Roman"/>
          <w:b w:val="0"/>
          <w:sz w:val="28"/>
        </w:rPr>
        <w:t xml:space="preserve">; Новоуральск — </w:t>
      </w:r>
      <w:hyperlink r:id="rId48">
        <w:r>
          <w:rPr>
            <w:rFonts w:ascii="Times New Roman" w:hAnsi="Times New Roman"/>
            <w:color w:val="0563C1"/>
            <w:u w:val="single"/>
            <w:sz w:val="24"/>
          </w:rPr>
          <w:t xml:space="preserve">«Коммерсантъ»</w:t>
        </w:r>
      </w:hyperlink>
      <w:r>
        <w:rPr>
          <w:rFonts w:ascii="Times New Roman" w:hAnsi="Times New Roman"/>
          <w:b w:val="0"/>
          <w:sz w:val="28"/>
        </w:rPr>
        <w:t xml:space="preserve">; Верховажье — </w:t>
      </w:r>
      <w:hyperlink r:id="rId57">
        <w:r>
          <w:rPr>
            <w:rFonts w:ascii="Times New Roman" w:hAnsi="Times New Roman"/>
            <w:color w:val="0563C1"/>
            <w:u w:val="single"/>
            <w:sz w:val="24"/>
          </w:rPr>
          <w:t xml:space="preserve">сайт округа</w:t>
        </w:r>
      </w:hyperlink>
      <w:r>
        <w:rPr>
          <w:rFonts w:ascii="Times New Roman" w:hAnsi="Times New Roman"/>
          <w:b w:val="0"/>
          <w:sz w:val="28"/>
        </w:rPr>
        <w:t xml:space="preserve">; Дагестан — </w:t>
      </w:r>
      <w:hyperlink r:id="rId77">
        <w:r>
          <w:rPr>
            <w:rFonts w:ascii="Times New Roman" w:hAnsi="Times New Roman"/>
            <w:color w:val="0563C1"/>
            <w:u w:val="single"/>
            <w:sz w:val="24"/>
          </w:rPr>
          <w:t xml:space="preserve">«Афиша Daily»</w:t>
        </w:r>
      </w:hyperlink>
      <w:r>
        <w:rPr>
          <w:rFonts w:ascii="Times New Roman" w:hAnsi="Times New Roman"/>
          <w:b w:val="0"/>
          <w:sz w:val="28"/>
        </w:rPr>
        <w:t xml:space="preserve">; Владивосток — </w:t>
      </w:r>
      <w:hyperlink r:id="rId78">
        <w:r>
          <w:rPr>
            <w:rFonts w:ascii="Times New Roman" w:hAnsi="Times New Roman"/>
            <w:color w:val="0563C1"/>
            <w:u w:val="single"/>
            <w:sz w:val="24"/>
          </w:rPr>
          <w:t xml:space="preserve">«Российская газета»</w:t>
        </w:r>
      </w:hyperlink>
      <w:r>
        <w:rPr>
          <w:rFonts w:ascii="Times New Roman" w:hAnsi="Times New Roman"/>
          <w:b w:val="0"/>
          <w:sz w:val="28"/>
        </w:rPr>
        <w:t>).</w:t>
      </w:r>
    </w:p>
    <w:p>
      <w:r>
        <w:rPr>
          <w:rFonts w:ascii="Times New Roman" w:hAnsi="Times New Roman"/>
          <w:b w:val="0"/>
          <w:sz w:val="28"/>
        </w:rPr>
        <w:t>Механизм: *обращение или резонанс → проверка → представление директору → дисциплинарное взыскание → иногда иск в суд*.</w:t>
      </w:r>
    </w:p>
    <w:p>
      <w:r>
        <w:rPr>
          <w:rFonts w:ascii="Times New Roman" w:hAnsi="Times New Roman"/>
          <w:b w:val="0"/>
          <w:sz w:val="28"/>
        </w:rPr>
        <w:t xml:space="preserve">Масштаб надзора за 2025 г. — </w:t>
      </w:r>
      <w:hyperlink r:id="rId79">
        <w:r>
          <w:rPr>
            <w:rFonts w:ascii="Times New Roman" w:hAnsi="Times New Roman"/>
            <w:color w:val="0563C1"/>
            <w:u w:val="single"/>
            <w:sz w:val="24"/>
          </w:rPr>
          <w:t xml:space="preserve">сообщение о данных Генпрокуратуры</w:t>
        </w:r>
      </w:hyperlink>
      <w:r>
        <w:rPr>
          <w:rFonts w:ascii="Times New Roman" w:hAnsi="Times New Roman"/>
          <w:b w:val="0"/>
          <w:sz w:val="28"/>
        </w:rPr>
        <w:t xml:space="preserve">, </w:t>
      </w:r>
      <w:hyperlink r:id="rId80">
        <w:r>
          <w:rPr>
            <w:rFonts w:ascii="Times New Roman" w:hAnsi="Times New Roman"/>
            <w:color w:val="0563C1"/>
            <w:u w:val="single"/>
            <w:sz w:val="24"/>
          </w:rPr>
          <w:t xml:space="preserve">сайт Генпрокуратуры</w:t>
        </w:r>
      </w:hyperlink>
      <w:r>
        <w:rPr>
          <w:rFonts w:ascii="Times New Roman" w:hAnsi="Times New Roman"/>
          <w:b w:val="0"/>
          <w:sz w:val="28"/>
        </w:rPr>
        <w:t xml:space="preserve">: </w:t>
      </w:r>
      <w:r>
        <w:rPr>
          <w:rFonts w:ascii="Times New Roman" w:hAnsi="Times New Roman"/>
          <w:b/>
          <w:sz w:val="28"/>
        </w:rPr>
        <w:t>более 205 тыс. нарушений прав детей</w:t>
      </w:r>
      <w:r>
        <w:rPr>
          <w:rFonts w:ascii="Times New Roman" w:hAnsi="Times New Roman"/>
          <w:b w:val="0"/>
          <w:sz w:val="28"/>
        </w:rPr>
        <w:t xml:space="preserve"> в сфере образования, </w:t>
      </w:r>
      <w:r>
        <w:rPr>
          <w:rFonts w:ascii="Times New Roman" w:hAnsi="Times New Roman"/>
          <w:b/>
          <w:sz w:val="28"/>
        </w:rPr>
        <w:t>свыше 45 тыс. должностных лиц</w:t>
      </w:r>
      <w:r>
        <w:rPr>
          <w:rFonts w:ascii="Times New Roman" w:hAnsi="Times New Roman"/>
          <w:b w:val="0"/>
          <w:sz w:val="28"/>
        </w:rPr>
        <w:t xml:space="preserve"> привлечены к ответственности, </w:t>
      </w:r>
      <w:r>
        <w:rPr>
          <w:rFonts w:ascii="Times New Roman" w:hAnsi="Times New Roman"/>
          <w:b/>
          <w:sz w:val="28"/>
        </w:rPr>
        <w:t>более 5 тыс. исков</w:t>
      </w:r>
      <w:r>
        <w:rPr>
          <w:rFonts w:ascii="Times New Roman" w:hAnsi="Times New Roman"/>
          <w:b w:val="0"/>
          <w:sz w:val="28"/>
        </w:rPr>
        <w:t xml:space="preserve">, </w:t>
      </w:r>
      <w:r>
        <w:rPr>
          <w:rFonts w:ascii="Times New Roman" w:hAnsi="Times New Roman"/>
          <w:b/>
          <w:sz w:val="28"/>
        </w:rPr>
        <w:t>свыше 100 уголовных дел</w:t>
      </w:r>
      <w:r>
        <w:rPr>
          <w:rFonts w:ascii="Times New Roman" w:hAnsi="Times New Roman"/>
          <w:b w:val="0"/>
          <w:sz w:val="28"/>
        </w:rPr>
        <w:t xml:space="preserve">. </w:t>
      </w:r>
      <w:r>
        <w:rPr>
          <w:rFonts w:ascii="Times New Roman" w:hAnsi="Times New Roman"/>
          <w:b/>
          <w:sz w:val="28"/>
        </w:rPr>
        <w:t>Это цифры по всей сфере образования, а не по травле</w:t>
      </w:r>
      <w:r>
        <w:rPr>
          <w:rFonts w:ascii="Times New Roman" w:hAnsi="Times New Roman"/>
          <w:b w:val="0"/>
          <w:sz w:val="28"/>
        </w:rPr>
        <w:t xml:space="preserve"> — привязывать их к буллингу нельзя.</w:t>
      </w:r>
    </w:p>
    <w:p>
      <w:r>
        <w:rPr>
          <w:rFonts w:ascii="Times New Roman" w:hAnsi="Times New Roman"/>
          <w:b w:val="0"/>
          <w:sz w:val="28"/>
        </w:rPr>
        <w:t xml:space="preserve">Публичные позиции: Генпрокурор (24.04.2024) — о </w:t>
      </w:r>
      <w:r>
        <w:rPr>
          <w:rFonts w:ascii="Times New Roman" w:hAnsi="Times New Roman"/>
          <w:b/>
          <w:sz w:val="28"/>
        </w:rPr>
        <w:t>замалчивании педагогами</w:t>
      </w:r>
      <w:r>
        <w:rPr>
          <w:rFonts w:ascii="Times New Roman" w:hAnsi="Times New Roman"/>
          <w:b w:val="0"/>
          <w:sz w:val="28"/>
        </w:rPr>
        <w:t xml:space="preserve"> травли (</w:t>
      </w:r>
      <w:hyperlink r:id="rId32">
        <w:r>
          <w:rPr>
            <w:rFonts w:ascii="Times New Roman" w:hAnsi="Times New Roman"/>
            <w:color w:val="0563C1"/>
            <w:u w:val="single"/>
            <w:sz w:val="24"/>
          </w:rPr>
          <w:t xml:space="preserve">доклад</w:t>
        </w:r>
      </w:hyperlink>
      <w:r>
        <w:rPr>
          <w:rFonts w:ascii="Times New Roman" w:hAnsi="Times New Roman"/>
          <w:b w:val="0"/>
          <w:sz w:val="28"/>
        </w:rPr>
        <w:t xml:space="preserve">); Генпрокуратура (14.07.2025) — предложение помещать детей, занимающихся травлей, в </w:t>
      </w:r>
      <w:r>
        <w:rPr>
          <w:rFonts w:ascii="Times New Roman" w:hAnsi="Times New Roman"/>
          <w:b/>
          <w:sz w:val="28"/>
        </w:rPr>
        <w:t>центры временного содержания</w:t>
      </w:r>
      <w:r>
        <w:rPr>
          <w:rFonts w:ascii="Times New Roman" w:hAnsi="Times New Roman"/>
          <w:b w:val="0"/>
          <w:sz w:val="28"/>
        </w:rPr>
        <w:t xml:space="preserve"> (</w:t>
      </w:r>
      <w:hyperlink r:id="rId81">
        <w:r>
          <w:rPr>
            <w:rFonts w:ascii="Times New Roman" w:hAnsi="Times New Roman"/>
            <w:color w:val="0563C1"/>
            <w:u w:val="single"/>
            <w:sz w:val="24"/>
          </w:rPr>
          <w:t xml:space="preserve">РИА</w:t>
        </w:r>
      </w:hyperlink>
      <w:r>
        <w:rPr>
          <w:rFonts w:ascii="Times New Roman" w:hAnsi="Times New Roman"/>
          <w:b w:val="0"/>
          <w:sz w:val="28"/>
        </w:rPr>
        <w:t>).</w:t>
      </w:r>
    </w:p>
    <w:p>
      <w:r>
        <w:rPr>
          <w:rFonts w:ascii="Times New Roman" w:hAnsi="Times New Roman"/>
          <w:b/>
          <w:sz w:val="28"/>
        </w:rPr>
        <w:t>Слабое место:</w:t>
      </w:r>
      <w:r>
        <w:rPr>
          <w:rFonts w:ascii="Times New Roman" w:hAnsi="Times New Roman"/>
          <w:b w:val="0"/>
          <w:sz w:val="28"/>
        </w:rPr>
        <w:t xml:space="preserve"> первичные акты прокурорского реагирования почти не публикуются.</w:t>
      </w:r>
    </w:p>
    <w:p>
      <w:pPr>
        <w:spacing w:after="80"/>
        <w:ind w:firstLine="0"/>
      </w:pPr>
      <w:r>
        <w:rPr>
          <w:rFonts w:ascii="Times New Roman" w:hAnsi="Times New Roman"/>
          <w:b/>
          <w:sz w:val="26"/>
        </w:rPr>
        <w:t>5.5. Кибербуллинг на практике: блокировка контента ≠ наказание агрессора</w:t>
      </w:r>
    </w:p>
    <w:p>
      <w:pPr>
        <w:spacing w:after="40"/>
        <w:ind w:firstLine="0"/>
      </w:pPr>
      <w:r>
        <w:rPr>
          <w:rFonts w:ascii="Times New Roman" w:hAnsi="Times New Roman"/>
          <w:b w:val="0"/>
          <w:sz w:val="28"/>
        </w:rPr>
        <w:t xml:space="preserve">– </w:t>
      </w:r>
      <w:r>
        <w:rPr>
          <w:rFonts w:ascii="Times New Roman" w:hAnsi="Times New Roman"/>
          <w:b/>
          <w:sz w:val="28"/>
        </w:rPr>
        <w:t>Реальный правовой итог — признание информации запрещённой</w:t>
      </w:r>
      <w:r>
        <w:rPr>
          <w:rFonts w:ascii="Times New Roman" w:hAnsi="Times New Roman"/>
          <w:b w:val="0"/>
          <w:sz w:val="28"/>
        </w:rPr>
        <w:t xml:space="preserve"> и внесение в Единый реестр: прокурор идёт в суд, страница блокируется. Пример: Республика Коми (2024) — Telegram-группа с оскорблениями подростков — </w:t>
      </w:r>
      <w:hyperlink r:id="rId31">
        <w:r>
          <w:rPr>
            <w:rFonts w:ascii="Times New Roman" w:hAnsi="Times New Roman"/>
            <w:color w:val="0563C1"/>
            <w:u w:val="single"/>
            <w:sz w:val="24"/>
          </w:rPr>
          <w:t xml:space="preserve">правовой анализ ГАРАНТ</w:t>
        </w:r>
      </w:hyperlink>
      <w:r>
        <w:rPr>
          <w:rFonts w:ascii="Times New Roman" w:hAnsi="Times New Roman"/>
          <w:b w:val="0"/>
          <w:sz w:val="28"/>
        </w:rPr>
        <w:t xml:space="preserve">. </w:t>
      </w:r>
      <w:r>
        <w:rPr>
          <w:rFonts w:ascii="Times New Roman" w:hAnsi="Times New Roman"/>
          <w:b/>
          <w:sz w:val="28"/>
        </w:rPr>
        <w:t>Оговорка:</w:t>
      </w:r>
      <w:r>
        <w:rPr>
          <w:rFonts w:ascii="Times New Roman" w:hAnsi="Times New Roman"/>
          <w:b w:val="0"/>
          <w:sz w:val="28"/>
        </w:rPr>
        <w:t xml:space="preserve"> точная квалификация (ст. 15.1 ФЗ-149 или смежный порядок) требует проверки по тексту решения.</w:t>
      </w:r>
    </w:p>
    <w:p>
      <w:pPr>
        <w:spacing w:after="40"/>
        <w:ind w:firstLine="0"/>
      </w:pPr>
      <w:r>
        <w:rPr>
          <w:rFonts w:ascii="Times New Roman" w:hAnsi="Times New Roman"/>
          <w:b w:val="0"/>
          <w:sz w:val="28"/>
        </w:rPr>
        <w:t xml:space="preserve">– </w:t>
      </w:r>
      <w:r>
        <w:rPr>
          <w:rFonts w:ascii="Times New Roman" w:hAnsi="Times New Roman"/>
          <w:b/>
          <w:sz w:val="28"/>
        </w:rPr>
        <w:t>Ответственность подростков-агрессоров наступает редко</w:t>
      </w:r>
      <w:r>
        <w:rPr>
          <w:rFonts w:ascii="Times New Roman" w:hAnsi="Times New Roman"/>
          <w:b w:val="0"/>
          <w:sz w:val="28"/>
        </w:rPr>
        <w:t xml:space="preserve">, и надо различать: недостижение возраста · отказ в возбуждении · прекращение проверки · примирение · меры КДН/ПДН · отсутствие данных. Пример (Архангельская обл., 2026) — фейковый канал с клеветой на педагога; подростка поставили на учёт, дело </w:t>
      </w:r>
      <w:r>
        <w:rPr>
          <w:rFonts w:ascii="Times New Roman" w:hAnsi="Times New Roman"/>
          <w:b/>
          <w:sz w:val="28"/>
        </w:rPr>
        <w:t>не возбудили</w:t>
      </w:r>
      <w:r>
        <w:rPr>
          <w:rFonts w:ascii="Times New Roman" w:hAnsi="Times New Roman"/>
          <w:b w:val="0"/>
          <w:sz w:val="28"/>
        </w:rPr>
        <w:t xml:space="preserve"> — </w:t>
      </w:r>
      <w:hyperlink r:id="rId82">
        <w:r>
          <w:rPr>
            <w:rFonts w:ascii="Times New Roman" w:hAnsi="Times New Roman"/>
            <w:color w:val="0563C1"/>
            <w:u w:val="single"/>
            <w:sz w:val="24"/>
          </w:rPr>
          <w:t xml:space="preserve">публикация 72.ru</w:t>
        </w:r>
      </w:hyperlink>
      <w:r>
        <w:rPr>
          <w:rFonts w:ascii="Times New Roman" w:hAnsi="Times New Roman"/>
          <w:b w:val="0"/>
          <w:sz w:val="28"/>
        </w:rPr>
        <w:t>.</w:t>
      </w:r>
    </w:p>
    <w:p>
      <w:pPr>
        <w:spacing w:after="40"/>
        <w:ind w:firstLine="0"/>
      </w:pPr>
      <w:r>
        <w:rPr>
          <w:rFonts w:ascii="Times New Roman" w:hAnsi="Times New Roman"/>
          <w:b w:val="0"/>
          <w:sz w:val="28"/>
        </w:rPr>
        <w:t xml:space="preserve">– В Санкт-Петербурге (2025) школа при анонимном канале направляла обращения в полицию и Роспотребнадзор — </w:t>
      </w:r>
      <w:hyperlink r:id="rId83">
        <w:r>
          <w:rPr>
            <w:rFonts w:ascii="Times New Roman" w:hAnsi="Times New Roman"/>
            <w:color w:val="0563C1"/>
            <w:u w:val="single"/>
            <w:sz w:val="24"/>
          </w:rPr>
          <w:t xml:space="preserve">публикация ФПА РФ</w:t>
        </w:r>
      </w:hyperlink>
      <w:r>
        <w:rPr>
          <w:rFonts w:ascii="Times New Roman" w:hAnsi="Times New Roman"/>
          <w:b w:val="0"/>
          <w:sz w:val="28"/>
        </w:rPr>
        <w:t>, публичного итога нет.</w:t>
      </w:r>
    </w:p>
    <w:p>
      <w:pPr>
        <w:spacing w:after="40"/>
        <w:ind w:firstLine="0"/>
      </w:pPr>
      <w:r>
        <w:rPr>
          <w:rFonts w:ascii="Times New Roman" w:hAnsi="Times New Roman"/>
          <w:b w:val="0"/>
          <w:sz w:val="28"/>
        </w:rPr>
        <w:t xml:space="preserve">– По единичным случаям: после тяжёлых нападений реакция иногда смещается на </w:t>
      </w:r>
      <w:r>
        <w:rPr>
          <w:rFonts w:ascii="Times New Roman" w:hAnsi="Times New Roman"/>
          <w:b/>
          <w:sz w:val="28"/>
        </w:rPr>
        <w:t>запрет распространения видео</w:t>
      </w:r>
      <w:r>
        <w:rPr>
          <w:rFonts w:ascii="Times New Roman" w:hAnsi="Times New Roman"/>
          <w:b w:val="0"/>
          <w:sz w:val="28"/>
        </w:rPr>
        <w:t xml:space="preserve"> — </w:t>
      </w:r>
      <w:hyperlink r:id="rId35">
        <w:r>
          <w:rPr>
            <w:rFonts w:ascii="Times New Roman" w:hAnsi="Times New Roman"/>
            <w:color w:val="0563C1"/>
            <w:u w:val="single"/>
            <w:sz w:val="24"/>
          </w:rPr>
          <w:t xml:space="preserve">сообщение РБК</w:t>
        </w:r>
      </w:hyperlink>
      <w:r>
        <w:rPr>
          <w:rFonts w:ascii="Times New Roman" w:hAnsi="Times New Roman"/>
          <w:b w:val="0"/>
          <w:sz w:val="28"/>
        </w:rPr>
        <w:t xml:space="preserve">. Это </w:t>
      </w:r>
      <w:r>
        <w:rPr>
          <w:rFonts w:ascii="Times New Roman" w:hAnsi="Times New Roman"/>
          <w:b/>
          <w:sz w:val="28"/>
        </w:rPr>
        <w:t>наблюдение, а не доказанный тренд</w:t>
      </w:r>
      <w:r>
        <w:rPr>
          <w:rFonts w:ascii="Times New Roman" w:hAnsi="Times New Roman"/>
          <w:b w:val="0"/>
          <w:sz w:val="28"/>
        </w:rPr>
        <w:t>.</w:t>
      </w:r>
    </w:p>
    <w:p>
      <w:r>
        <w:rPr>
          <w:rFonts w:ascii="Times New Roman" w:hAnsi="Times New Roman"/>
          <w:b/>
          <w:sz w:val="28"/>
        </w:rPr>
        <w:t>Ключевое уточнение.</w:t>
      </w:r>
      <w:r>
        <w:rPr>
          <w:rFonts w:ascii="Times New Roman" w:hAnsi="Times New Roman"/>
          <w:b w:val="0"/>
          <w:sz w:val="28"/>
        </w:rPr>
        <w:t xml:space="preserve"> Блокировка ресурса </w:t>
      </w:r>
      <w:r>
        <w:rPr>
          <w:rFonts w:ascii="Times New Roman" w:hAnsi="Times New Roman"/>
          <w:b/>
          <w:sz w:val="28"/>
        </w:rPr>
        <w:t>не означает</w:t>
      </w:r>
      <w:r>
        <w:rPr>
          <w:rFonts w:ascii="Times New Roman" w:hAnsi="Times New Roman"/>
          <w:b w:val="0"/>
          <w:sz w:val="28"/>
        </w:rPr>
        <w:t xml:space="preserve"> ни наказания агрессора, ни прекращения травли, ни восстановления положения ребёнка. Это мера </w:t>
      </w:r>
      <w:r>
        <w:rPr>
          <w:rFonts w:ascii="Times New Roman" w:hAnsi="Times New Roman"/>
          <w:b/>
          <w:sz w:val="28"/>
        </w:rPr>
        <w:t>в отношении контента</w:t>
      </w:r>
      <w:r>
        <w:rPr>
          <w:rFonts w:ascii="Times New Roman" w:hAnsi="Times New Roman"/>
          <w:b w:val="0"/>
          <w:sz w:val="28"/>
        </w:rPr>
        <w:t>.</w:t>
      </w:r>
    </w:p>
    <w:p>
      <w:pPr>
        <w:spacing w:after="80"/>
        <w:ind w:firstLine="0"/>
      </w:pPr>
      <w:r>
        <w:rPr>
          <w:rFonts w:ascii="Times New Roman" w:hAnsi="Times New Roman"/>
          <w:b/>
          <w:sz w:val="26"/>
        </w:rPr>
        <w:t>5.6. Реестр инцидентов с официальной реакцией (обезличенно)</w:t>
      </w:r>
    </w:p>
    <w:p>
      <w:pPr>
        <w:spacing w:after="80"/>
        <w:ind w:firstLine="0"/>
      </w:pPr>
      <w:r>
        <w:rPr>
          <w:rFonts w:ascii="Times New Roman" w:hAnsi="Times New Roman"/>
          <w:b w:val="0"/>
          <w:i/>
          <w:sz w:val="24"/>
        </w:rPr>
        <w:t xml:space="preserve">Таблица показывает </w:t>
      </w:r>
      <w:r>
        <w:rPr>
          <w:rFonts w:ascii="Times New Roman" w:hAnsi="Times New Roman"/>
          <w:b/>
          <w:i/>
          <w:sz w:val="24"/>
        </w:rPr>
        <w:t>тип реакции</w:t>
      </w:r>
      <w:r>
        <w:rPr>
          <w:rFonts w:ascii="Times New Roman" w:hAnsi="Times New Roman"/>
          <w:b w:val="0"/>
          <w:i/>
          <w:sz w:val="24"/>
        </w:rPr>
        <w:t xml:space="preserve">, а не «все случаи». </w:t>
      </w:r>
      <w:r>
        <w:rPr>
          <w:rFonts w:ascii="Times New Roman" w:hAnsi="Times New Roman"/>
          <w:b/>
          <w:i/>
          <w:sz w:val="24"/>
        </w:rPr>
        <w:t>Итог по большинству дел 2019–2024 гг. в открытых источниках отсутствует.</w:t>
      </w:r>
      <w:r>
        <w:rPr>
          <w:rFonts w:ascii="Times New Roman" w:hAnsi="Times New Roman"/>
          <w:b w:val="0"/>
          <w:i/>
          <w:sz w:val="24"/>
        </w:rPr>
        <w:t xml:space="preserve"> При публикации вне проекта годы следует укрупнить (риск повторной идентификации).</w:t>
      </w:r>
    </w:p>
    <w:tbl>
      <w:tblPr>
        <w:tblStyle w:val="TableGrid"/>
        <w:tblW w:type="auto" w:w="0"/>
        <w:jc w:val="center"/>
        <w:tblLook w:firstColumn="1" w:firstRow="1" w:lastColumn="0" w:lastRow="0" w:noHBand="0" w:noVBand="1" w:val="04A0"/>
      </w:tblPr>
      <w:tblGrid>
        <w:gridCol w:w="1871"/>
        <w:gridCol w:w="1871"/>
        <w:gridCol w:w="1871"/>
        <w:gridCol w:w="1871"/>
        <w:gridCol w:w="1871"/>
      </w:tblGrid>
      <w:tr>
        <w:tc>
          <w:tcPr>
            <w:tcW w:type="dxa" w:w="1871"/>
          </w:tcPr>
          <w:p>
            <w:pPr>
              <w:ind w:firstLine="0"/>
            </w:pPr>
            <w:r>
              <w:rPr>
                <w:rFonts w:ascii="Times New Roman" w:hAnsi="Times New Roman"/>
                <w:b/>
                <w:sz w:val="22"/>
              </w:rPr>
              <w:t>Регион</w:t>
            </w:r>
          </w:p>
        </w:tc>
        <w:tc>
          <w:tcPr>
            <w:tcW w:type="dxa" w:w="1871"/>
          </w:tcPr>
          <w:p>
            <w:pPr>
              <w:ind w:firstLine="0"/>
            </w:pPr>
            <w:r>
              <w:rPr>
                <w:rFonts w:ascii="Times New Roman" w:hAnsi="Times New Roman"/>
                <w:b/>
                <w:sz w:val="22"/>
              </w:rPr>
              <w:t>Год</w:t>
            </w:r>
          </w:p>
        </w:tc>
        <w:tc>
          <w:tcPr>
            <w:tcW w:type="dxa" w:w="1871"/>
          </w:tcPr>
          <w:p>
            <w:pPr>
              <w:ind w:firstLine="0"/>
            </w:pPr>
            <w:r>
              <w:rPr>
                <w:rFonts w:ascii="Times New Roman" w:hAnsi="Times New Roman"/>
                <w:b/>
                <w:sz w:val="22"/>
              </w:rPr>
              <w:t>Тип ситуации</w:t>
            </w:r>
          </w:p>
        </w:tc>
        <w:tc>
          <w:tcPr>
            <w:tcW w:type="dxa" w:w="1871"/>
          </w:tcPr>
          <w:p>
            <w:pPr>
              <w:ind w:firstLine="0"/>
            </w:pPr>
            <w:r>
              <w:rPr>
                <w:rFonts w:ascii="Times New Roman" w:hAnsi="Times New Roman"/>
                <w:b/>
                <w:sz w:val="22"/>
              </w:rPr>
              <w:t>Реакция властей</w:t>
            </w:r>
          </w:p>
        </w:tc>
        <w:tc>
          <w:tcPr>
            <w:tcW w:type="dxa" w:w="1871"/>
          </w:tcPr>
          <w:p>
            <w:pPr>
              <w:ind w:firstLine="0"/>
            </w:pPr>
            <w:r>
              <w:rPr>
                <w:rFonts w:ascii="Times New Roman" w:hAnsi="Times New Roman"/>
                <w:b/>
                <w:sz w:val="22"/>
              </w:rPr>
              <w:t>Источник</w:t>
            </w:r>
          </w:p>
        </w:tc>
      </w:tr>
      <w:tr>
        <w:tc>
          <w:tcPr>
            <w:tcW w:type="dxa" w:w="1871"/>
          </w:tcPr>
          <w:p>
            <w:pPr>
              <w:ind w:firstLine="0"/>
            </w:pPr>
            <w:r>
              <w:rPr>
                <w:rFonts w:ascii="Times New Roman" w:hAnsi="Times New Roman"/>
                <w:b w:val="0"/>
                <w:sz w:val="22"/>
              </w:rPr>
              <w:t>Пермский край</w:t>
            </w:r>
          </w:p>
        </w:tc>
        <w:tc>
          <w:tcPr>
            <w:tcW w:type="dxa" w:w="1871"/>
          </w:tcPr>
          <w:p>
            <w:pPr>
              <w:ind w:firstLine="0"/>
            </w:pPr>
            <w:r>
              <w:rPr>
                <w:rFonts w:ascii="Times New Roman" w:hAnsi="Times New Roman"/>
                <w:b w:val="0"/>
                <w:sz w:val="22"/>
              </w:rPr>
              <w:t>2017</w:t>
            </w:r>
          </w:p>
        </w:tc>
        <w:tc>
          <w:tcPr>
            <w:tcW w:type="dxa" w:w="1871"/>
          </w:tcPr>
          <w:p>
            <w:pPr>
              <w:ind w:firstLine="0"/>
            </w:pPr>
            <w:r>
              <w:rPr>
                <w:rFonts w:ascii="Times New Roman" w:hAnsi="Times New Roman"/>
                <w:b w:val="0"/>
                <w:sz w:val="22"/>
              </w:rPr>
              <w:t>избиение школьницы, видео в сети</w:t>
            </w:r>
          </w:p>
        </w:tc>
        <w:tc>
          <w:tcPr>
            <w:tcW w:type="dxa" w:w="1871"/>
          </w:tcPr>
          <w:p>
            <w:pPr>
              <w:ind w:firstLine="0"/>
            </w:pPr>
            <w:r>
              <w:rPr>
                <w:rFonts w:ascii="Times New Roman" w:hAnsi="Times New Roman"/>
                <w:b w:val="0"/>
                <w:sz w:val="22"/>
              </w:rPr>
              <w:t>СК отказал в возбуждении дела</w:t>
            </w:r>
          </w:p>
        </w:tc>
        <w:tc>
          <w:tcPr>
            <w:tcW w:type="dxa" w:w="1871"/>
          </w:tcPr>
          <w:p>
            <w:pPr>
              <w:ind w:firstLine="0"/>
            </w:pPr>
            <w:hyperlink r:id="rId84">
              <w:r>
                <w:rPr>
                  <w:rFonts w:ascii="Times New Roman" w:hAnsi="Times New Roman"/>
                  <w:color w:val="0563C1"/>
                  <w:u w:val="single"/>
                  <w:sz w:val="22"/>
                </w:rPr>
                <w:t xml:space="preserve">РАПСИ</w:t>
              </w:r>
            </w:hyperlink>
          </w:p>
        </w:tc>
      </w:tr>
      <w:tr>
        <w:tc>
          <w:tcPr>
            <w:tcW w:type="dxa" w:w="1871"/>
          </w:tcPr>
          <w:p>
            <w:pPr>
              <w:ind w:firstLine="0"/>
            </w:pPr>
            <w:r>
              <w:rPr>
                <w:rFonts w:ascii="Times New Roman" w:hAnsi="Times New Roman"/>
                <w:b w:val="0"/>
                <w:sz w:val="22"/>
              </w:rPr>
              <w:t>Сахалинская обл.</w:t>
            </w:r>
          </w:p>
        </w:tc>
        <w:tc>
          <w:tcPr>
            <w:tcW w:type="dxa" w:w="1871"/>
          </w:tcPr>
          <w:p>
            <w:pPr>
              <w:ind w:firstLine="0"/>
            </w:pPr>
            <w:r>
              <w:rPr>
                <w:rFonts w:ascii="Times New Roman" w:hAnsi="Times New Roman"/>
                <w:b w:val="0"/>
                <w:sz w:val="22"/>
              </w:rPr>
              <w:t>2018</w:t>
            </w:r>
          </w:p>
        </w:tc>
        <w:tc>
          <w:tcPr>
            <w:tcW w:type="dxa" w:w="1871"/>
          </w:tcPr>
          <w:p>
            <w:pPr>
              <w:ind w:firstLine="0"/>
            </w:pPr>
            <w:r>
              <w:rPr>
                <w:rFonts w:ascii="Times New Roman" w:hAnsi="Times New Roman"/>
                <w:b w:val="0"/>
                <w:sz w:val="22"/>
              </w:rPr>
              <w:t>унижение ученицы педагогом</w:t>
            </w:r>
          </w:p>
        </w:tc>
        <w:tc>
          <w:tcPr>
            <w:tcW w:type="dxa" w:w="1871"/>
          </w:tcPr>
          <w:p>
            <w:pPr>
              <w:ind w:firstLine="0"/>
            </w:pPr>
            <w:r>
              <w:rPr>
                <w:rFonts w:ascii="Times New Roman" w:hAnsi="Times New Roman"/>
                <w:b w:val="0"/>
                <w:sz w:val="22"/>
              </w:rPr>
              <w:t>педагог уволилась</w:t>
            </w:r>
          </w:p>
        </w:tc>
        <w:tc>
          <w:tcPr>
            <w:tcW w:type="dxa" w:w="1871"/>
          </w:tcPr>
          <w:p>
            <w:pPr>
              <w:ind w:firstLine="0"/>
            </w:pPr>
            <w:hyperlink r:id="rId85">
              <w:r>
                <w:rPr>
                  <w:rFonts w:ascii="Times New Roman" w:hAnsi="Times New Roman"/>
                  <w:color w:val="0563C1"/>
                  <w:u w:val="single"/>
                  <w:sz w:val="22"/>
                </w:rPr>
                <w:t xml:space="preserve">РИА</w:t>
              </w:r>
            </w:hyperlink>
          </w:p>
        </w:tc>
      </w:tr>
      <w:tr>
        <w:tc>
          <w:tcPr>
            <w:tcW w:type="dxa" w:w="1871"/>
          </w:tcPr>
          <w:p>
            <w:pPr>
              <w:ind w:firstLine="0"/>
            </w:pPr>
            <w:r>
              <w:rPr>
                <w:rFonts w:ascii="Times New Roman" w:hAnsi="Times New Roman"/>
                <w:b w:val="0"/>
                <w:sz w:val="22"/>
              </w:rPr>
              <w:t>Хабаровский край</w:t>
            </w:r>
          </w:p>
        </w:tc>
        <w:tc>
          <w:tcPr>
            <w:tcW w:type="dxa" w:w="1871"/>
          </w:tcPr>
          <w:p>
            <w:pPr>
              <w:ind w:firstLine="0"/>
            </w:pPr>
            <w:r>
              <w:rPr>
                <w:rFonts w:ascii="Times New Roman" w:hAnsi="Times New Roman"/>
                <w:b w:val="0"/>
                <w:sz w:val="22"/>
              </w:rPr>
              <w:t>2018</w:t>
            </w:r>
          </w:p>
        </w:tc>
        <w:tc>
          <w:tcPr>
            <w:tcW w:type="dxa" w:w="1871"/>
          </w:tcPr>
          <w:p>
            <w:pPr>
              <w:ind w:firstLine="0"/>
            </w:pPr>
            <w:r>
              <w:rPr>
                <w:rFonts w:ascii="Times New Roman" w:hAnsi="Times New Roman"/>
                <w:b w:val="0"/>
                <w:sz w:val="22"/>
              </w:rPr>
              <w:t>насилие педагога над учеником</w:t>
            </w:r>
          </w:p>
        </w:tc>
        <w:tc>
          <w:tcPr>
            <w:tcW w:type="dxa" w:w="1871"/>
          </w:tcPr>
          <w:p>
            <w:pPr>
              <w:ind w:firstLine="0"/>
            </w:pPr>
            <w:r>
              <w:rPr>
                <w:rFonts w:ascii="Times New Roman" w:hAnsi="Times New Roman"/>
                <w:b w:val="0"/>
                <w:sz w:val="22"/>
              </w:rPr>
              <w:t>ст. 117, ст. 156 УК; отстранение</w:t>
            </w:r>
          </w:p>
        </w:tc>
        <w:tc>
          <w:tcPr>
            <w:tcW w:type="dxa" w:w="1871"/>
          </w:tcPr>
          <w:p>
            <w:pPr>
              <w:ind w:firstLine="0"/>
            </w:pPr>
            <w:hyperlink r:id="rId85">
              <w:r>
                <w:rPr>
                  <w:rFonts w:ascii="Times New Roman" w:hAnsi="Times New Roman"/>
                  <w:color w:val="0563C1"/>
                  <w:u w:val="single"/>
                  <w:sz w:val="22"/>
                </w:rPr>
                <w:t xml:space="preserve">РИА</w:t>
              </w:r>
            </w:hyperlink>
          </w:p>
        </w:tc>
      </w:tr>
      <w:tr>
        <w:tc>
          <w:tcPr>
            <w:tcW w:type="dxa" w:w="1871"/>
          </w:tcPr>
          <w:p>
            <w:pPr>
              <w:ind w:firstLine="0"/>
            </w:pPr>
            <w:r>
              <w:rPr>
                <w:rFonts w:ascii="Times New Roman" w:hAnsi="Times New Roman"/>
                <w:b w:val="0"/>
                <w:sz w:val="22"/>
              </w:rPr>
              <w:t>Нижегородская обл.</w:t>
            </w:r>
          </w:p>
        </w:tc>
        <w:tc>
          <w:tcPr>
            <w:tcW w:type="dxa" w:w="1871"/>
          </w:tcPr>
          <w:p>
            <w:pPr>
              <w:ind w:firstLine="0"/>
            </w:pPr>
            <w:r>
              <w:rPr>
                <w:rFonts w:ascii="Times New Roman" w:hAnsi="Times New Roman"/>
                <w:b w:val="0"/>
                <w:sz w:val="22"/>
              </w:rPr>
              <w:t>2023</w:t>
            </w:r>
          </w:p>
        </w:tc>
        <w:tc>
          <w:tcPr>
            <w:tcW w:type="dxa" w:w="1871"/>
          </w:tcPr>
          <w:p>
            <w:pPr>
              <w:ind w:firstLine="0"/>
            </w:pPr>
            <w:r>
              <w:rPr>
                <w:rFonts w:ascii="Times New Roman" w:hAnsi="Times New Roman"/>
                <w:b w:val="0"/>
                <w:sz w:val="22"/>
              </w:rPr>
              <w:t>избиение первоклассника старшеклассником</w:t>
            </w:r>
          </w:p>
        </w:tc>
        <w:tc>
          <w:tcPr>
            <w:tcW w:type="dxa" w:w="1871"/>
          </w:tcPr>
          <w:p>
            <w:pPr>
              <w:ind w:firstLine="0"/>
            </w:pPr>
            <w:r>
              <w:rPr>
                <w:rFonts w:ascii="Times New Roman" w:hAnsi="Times New Roman"/>
                <w:b w:val="0"/>
                <w:sz w:val="22"/>
              </w:rPr>
              <w:t xml:space="preserve">проверка прокуратуры; </w:t>
            </w:r>
            <w:r>
              <w:rPr>
                <w:rFonts w:ascii="Times New Roman" w:hAnsi="Times New Roman"/>
                <w:b/>
                <w:sz w:val="22"/>
              </w:rPr>
              <w:t>наказаны трое учителей</w:t>
            </w:r>
          </w:p>
        </w:tc>
        <w:tc>
          <w:tcPr>
            <w:tcW w:type="dxa" w:w="1871"/>
          </w:tcPr>
          <w:p>
            <w:pPr>
              <w:ind w:firstLine="0"/>
            </w:pPr>
            <w:hyperlink r:id="rId86">
              <w:r>
                <w:rPr>
                  <w:rFonts w:ascii="Times New Roman" w:hAnsi="Times New Roman"/>
                  <w:color w:val="0563C1"/>
                  <w:u w:val="single"/>
                  <w:sz w:val="22"/>
                </w:rPr>
                <w:t xml:space="preserve">«АиФ-НН»</w:t>
              </w:r>
            </w:hyperlink>
          </w:p>
        </w:tc>
      </w:tr>
      <w:tr>
        <w:tc>
          <w:tcPr>
            <w:tcW w:type="dxa" w:w="1871"/>
          </w:tcPr>
          <w:p>
            <w:pPr>
              <w:ind w:firstLine="0"/>
            </w:pPr>
            <w:r>
              <w:rPr>
                <w:rFonts w:ascii="Times New Roman" w:hAnsi="Times New Roman"/>
                <w:b w:val="0"/>
                <w:sz w:val="22"/>
              </w:rPr>
              <w:t>Московская обл.</w:t>
            </w:r>
          </w:p>
        </w:tc>
        <w:tc>
          <w:tcPr>
            <w:tcW w:type="dxa" w:w="1871"/>
          </w:tcPr>
          <w:p>
            <w:pPr>
              <w:ind w:firstLine="0"/>
            </w:pPr>
            <w:r>
              <w:rPr>
                <w:rFonts w:ascii="Times New Roman" w:hAnsi="Times New Roman"/>
                <w:b w:val="0"/>
                <w:sz w:val="22"/>
              </w:rPr>
              <w:t>2023</w:t>
            </w:r>
          </w:p>
        </w:tc>
        <w:tc>
          <w:tcPr>
            <w:tcW w:type="dxa" w:w="1871"/>
          </w:tcPr>
          <w:p>
            <w:pPr>
              <w:ind w:firstLine="0"/>
            </w:pPr>
            <w:r>
              <w:rPr>
                <w:rFonts w:ascii="Times New Roman" w:hAnsi="Times New Roman"/>
                <w:b w:val="0"/>
                <w:sz w:val="22"/>
              </w:rPr>
              <w:t>массовая травля и избиения, ЧМТ у пострадавшего</w:t>
            </w:r>
          </w:p>
        </w:tc>
        <w:tc>
          <w:tcPr>
            <w:tcW w:type="dxa" w:w="1871"/>
          </w:tcPr>
          <w:p>
            <w:pPr>
              <w:ind w:firstLine="0"/>
            </w:pPr>
            <w:r>
              <w:rPr>
                <w:rFonts w:ascii="Times New Roman" w:hAnsi="Times New Roman"/>
                <w:b w:val="0"/>
                <w:sz w:val="22"/>
              </w:rPr>
              <w:t>дела о хулиганстве; дело о халатности администрации</w:t>
            </w:r>
          </w:p>
        </w:tc>
        <w:tc>
          <w:tcPr>
            <w:tcW w:type="dxa" w:w="1871"/>
          </w:tcPr>
          <w:p>
            <w:pPr>
              <w:ind w:firstLine="0"/>
            </w:pPr>
            <w:hyperlink r:id="rId87">
              <w:r>
                <w:rPr>
                  <w:rFonts w:ascii="Times New Roman" w:hAnsi="Times New Roman"/>
                  <w:color w:val="0563C1"/>
                  <w:u w:val="single"/>
                  <w:sz w:val="22"/>
                </w:rPr>
                <w:t xml:space="preserve">Главк2</w:t>
              </w:r>
            </w:hyperlink>
          </w:p>
        </w:tc>
      </w:tr>
      <w:tr>
        <w:tc>
          <w:tcPr>
            <w:tcW w:type="dxa" w:w="1871"/>
          </w:tcPr>
          <w:p>
            <w:pPr>
              <w:ind w:firstLine="0"/>
            </w:pPr>
            <w:r>
              <w:rPr>
                <w:rFonts w:ascii="Times New Roman" w:hAnsi="Times New Roman"/>
                <w:b w:val="0"/>
                <w:sz w:val="22"/>
              </w:rPr>
              <w:t>Карелия</w:t>
            </w:r>
          </w:p>
        </w:tc>
        <w:tc>
          <w:tcPr>
            <w:tcW w:type="dxa" w:w="1871"/>
          </w:tcPr>
          <w:p>
            <w:pPr>
              <w:ind w:firstLine="0"/>
            </w:pPr>
            <w:r>
              <w:rPr>
                <w:rFonts w:ascii="Times New Roman" w:hAnsi="Times New Roman"/>
                <w:b w:val="0"/>
                <w:sz w:val="22"/>
              </w:rPr>
              <w:t>2024</w:t>
            </w:r>
          </w:p>
        </w:tc>
        <w:tc>
          <w:tcPr>
            <w:tcW w:type="dxa" w:w="1871"/>
          </w:tcPr>
          <w:p>
            <w:pPr>
              <w:ind w:firstLine="0"/>
            </w:pPr>
            <w:r>
              <w:rPr>
                <w:rFonts w:ascii="Times New Roman" w:hAnsi="Times New Roman"/>
                <w:b w:val="0"/>
                <w:sz w:val="22"/>
              </w:rPr>
              <w:t>массовая травля, драки, порча вещей</w:t>
            </w:r>
          </w:p>
        </w:tc>
        <w:tc>
          <w:tcPr>
            <w:tcW w:type="dxa" w:w="1871"/>
          </w:tcPr>
          <w:p>
            <w:pPr>
              <w:ind w:firstLine="0"/>
            </w:pPr>
            <w:r>
              <w:rPr>
                <w:rFonts w:ascii="Times New Roman" w:hAnsi="Times New Roman"/>
                <w:b w:val="0"/>
                <w:sz w:val="22"/>
              </w:rPr>
              <w:t>поручение Бастрыкина; проверки СК и прокуратуры</w:t>
            </w:r>
          </w:p>
        </w:tc>
        <w:tc>
          <w:tcPr>
            <w:tcW w:type="dxa" w:w="1871"/>
          </w:tcPr>
          <w:p>
            <w:pPr>
              <w:ind w:firstLine="0"/>
            </w:pPr>
            <w:hyperlink r:id="rId88">
              <w:r>
                <w:rPr>
                  <w:rFonts w:ascii="Times New Roman" w:hAnsi="Times New Roman"/>
                  <w:color w:val="0563C1"/>
                  <w:u w:val="single"/>
                  <w:sz w:val="22"/>
                </w:rPr>
                <w:t xml:space="preserve">«Карелинформ»</w:t>
              </w:r>
            </w:hyperlink>
          </w:p>
        </w:tc>
      </w:tr>
      <w:tr>
        <w:tc>
          <w:tcPr>
            <w:tcW w:type="dxa" w:w="1871"/>
          </w:tcPr>
          <w:p>
            <w:pPr>
              <w:ind w:firstLine="0"/>
            </w:pPr>
            <w:r>
              <w:rPr>
                <w:rFonts w:ascii="Times New Roman" w:hAnsi="Times New Roman"/>
                <w:b w:val="0"/>
                <w:sz w:val="22"/>
              </w:rPr>
              <w:t>Республика Коми</w:t>
            </w:r>
          </w:p>
        </w:tc>
        <w:tc>
          <w:tcPr>
            <w:tcW w:type="dxa" w:w="1871"/>
          </w:tcPr>
          <w:p>
            <w:pPr>
              <w:ind w:firstLine="0"/>
            </w:pPr>
            <w:r>
              <w:rPr>
                <w:rFonts w:ascii="Times New Roman" w:hAnsi="Times New Roman"/>
                <w:b w:val="0"/>
                <w:sz w:val="22"/>
              </w:rPr>
              <w:t>2024</w:t>
            </w:r>
          </w:p>
        </w:tc>
        <w:tc>
          <w:tcPr>
            <w:tcW w:type="dxa" w:w="1871"/>
          </w:tcPr>
          <w:p>
            <w:pPr>
              <w:ind w:firstLine="0"/>
            </w:pPr>
            <w:r>
              <w:rPr>
                <w:rFonts w:ascii="Times New Roman" w:hAnsi="Times New Roman"/>
                <w:b w:val="0"/>
                <w:sz w:val="22"/>
              </w:rPr>
              <w:t>кибербуллинг: Telegram-группа с травлей</w:t>
            </w:r>
          </w:p>
        </w:tc>
        <w:tc>
          <w:tcPr>
            <w:tcW w:type="dxa" w:w="1871"/>
          </w:tcPr>
          <w:p>
            <w:pPr>
              <w:ind w:firstLine="0"/>
            </w:pPr>
            <w:r>
              <w:rPr>
                <w:rFonts w:ascii="Times New Roman" w:hAnsi="Times New Roman"/>
                <w:b w:val="0"/>
                <w:sz w:val="22"/>
              </w:rPr>
              <w:t>иск прокурора</w:t>
            </w:r>
          </w:p>
        </w:tc>
        <w:tc>
          <w:tcPr>
            <w:tcW w:type="dxa" w:w="1871"/>
          </w:tcPr>
          <w:p>
            <w:pPr>
              <w:ind w:firstLine="0"/>
            </w:pPr>
            <w:hyperlink r:id="rId31">
              <w:r>
                <w:rPr>
                  <w:rFonts w:ascii="Times New Roman" w:hAnsi="Times New Roman"/>
                  <w:color w:val="0563C1"/>
                  <w:u w:val="single"/>
                  <w:sz w:val="22"/>
                </w:rPr>
                <w:t xml:space="preserve">ГАРАНТ</w:t>
              </w:r>
            </w:hyperlink>
          </w:p>
        </w:tc>
      </w:tr>
      <w:tr>
        <w:tc>
          <w:tcPr>
            <w:tcW w:type="dxa" w:w="1871"/>
          </w:tcPr>
          <w:p>
            <w:pPr>
              <w:ind w:firstLine="0"/>
            </w:pPr>
            <w:r>
              <w:rPr>
                <w:rFonts w:ascii="Times New Roman" w:hAnsi="Times New Roman"/>
                <w:b w:val="0"/>
                <w:sz w:val="22"/>
              </w:rPr>
              <w:t>Свердловская обл.</w:t>
            </w:r>
          </w:p>
        </w:tc>
        <w:tc>
          <w:tcPr>
            <w:tcW w:type="dxa" w:w="1871"/>
          </w:tcPr>
          <w:p>
            <w:pPr>
              <w:ind w:firstLine="0"/>
            </w:pPr>
            <w:r>
              <w:rPr>
                <w:rFonts w:ascii="Times New Roman" w:hAnsi="Times New Roman"/>
                <w:b w:val="0"/>
                <w:sz w:val="22"/>
              </w:rPr>
              <w:t>2025</w:t>
            </w:r>
          </w:p>
        </w:tc>
        <w:tc>
          <w:tcPr>
            <w:tcW w:type="dxa" w:w="1871"/>
          </w:tcPr>
          <w:p>
            <w:pPr>
              <w:ind w:firstLine="0"/>
            </w:pPr>
            <w:r>
              <w:rPr>
                <w:rFonts w:ascii="Times New Roman" w:hAnsi="Times New Roman"/>
                <w:b w:val="0"/>
                <w:sz w:val="22"/>
              </w:rPr>
              <w:t>систематические издевательства над школьником</w:t>
            </w:r>
          </w:p>
        </w:tc>
        <w:tc>
          <w:tcPr>
            <w:tcW w:type="dxa" w:w="1871"/>
          </w:tcPr>
          <w:p>
            <w:pPr>
              <w:ind w:firstLine="0"/>
            </w:pPr>
            <w:r>
              <w:rPr>
                <w:rFonts w:ascii="Times New Roman" w:hAnsi="Times New Roman"/>
                <w:b w:val="0"/>
                <w:sz w:val="22"/>
              </w:rPr>
              <w:t xml:space="preserve">уголовное дело против </w:t>
            </w:r>
            <w:r>
              <w:rPr>
                <w:rFonts w:ascii="Times New Roman" w:hAnsi="Times New Roman"/>
                <w:b/>
                <w:sz w:val="22"/>
              </w:rPr>
              <w:t>директора</w:t>
            </w:r>
            <w:r>
              <w:rPr>
                <w:rFonts w:ascii="Times New Roman" w:hAnsi="Times New Roman"/>
                <w:b w:val="0"/>
                <w:sz w:val="22"/>
              </w:rPr>
              <w:t xml:space="preserve"> (ст. 293 УК)</w:t>
            </w:r>
          </w:p>
        </w:tc>
        <w:tc>
          <w:tcPr>
            <w:tcW w:type="dxa" w:w="1871"/>
          </w:tcPr>
          <w:p>
            <w:pPr>
              <w:ind w:firstLine="0"/>
            </w:pPr>
            <w:hyperlink r:id="rId76">
              <w:r>
                <w:rPr>
                  <w:rFonts w:ascii="Times New Roman" w:hAnsi="Times New Roman"/>
                  <w:color w:val="0563C1"/>
                  <w:u w:val="single"/>
                  <w:sz w:val="22"/>
                </w:rPr>
                <w:t xml:space="preserve">«Накануне.RU»</w:t>
              </w:r>
            </w:hyperlink>
          </w:p>
        </w:tc>
      </w:tr>
      <w:tr>
        <w:tc>
          <w:tcPr>
            <w:tcW w:type="dxa" w:w="1871"/>
          </w:tcPr>
          <w:p>
            <w:pPr>
              <w:ind w:firstLine="0"/>
            </w:pPr>
            <w:r>
              <w:rPr>
                <w:rFonts w:ascii="Times New Roman" w:hAnsi="Times New Roman"/>
                <w:b w:val="0"/>
                <w:sz w:val="22"/>
              </w:rPr>
              <w:t>Приморский край</w:t>
            </w:r>
          </w:p>
        </w:tc>
        <w:tc>
          <w:tcPr>
            <w:tcW w:type="dxa" w:w="1871"/>
          </w:tcPr>
          <w:p>
            <w:pPr>
              <w:ind w:firstLine="0"/>
            </w:pPr>
            <w:r>
              <w:rPr>
                <w:rFonts w:ascii="Times New Roman" w:hAnsi="Times New Roman"/>
                <w:b w:val="0"/>
                <w:sz w:val="22"/>
              </w:rPr>
              <w:t>2025</w:t>
            </w:r>
          </w:p>
        </w:tc>
        <w:tc>
          <w:tcPr>
            <w:tcW w:type="dxa" w:w="1871"/>
          </w:tcPr>
          <w:p>
            <w:pPr>
              <w:ind w:firstLine="0"/>
            </w:pPr>
            <w:r>
              <w:rPr>
                <w:rFonts w:ascii="Times New Roman" w:hAnsi="Times New Roman"/>
                <w:b w:val="0"/>
                <w:sz w:val="22"/>
              </w:rPr>
              <w:t>жестокая травля второклассницы старшеклассницами</w:t>
            </w:r>
          </w:p>
        </w:tc>
        <w:tc>
          <w:tcPr>
            <w:tcW w:type="dxa" w:w="1871"/>
          </w:tcPr>
          <w:p>
            <w:pPr>
              <w:ind w:firstLine="0"/>
            </w:pPr>
            <w:r>
              <w:rPr>
                <w:rFonts w:ascii="Times New Roman" w:hAnsi="Times New Roman"/>
                <w:b w:val="0"/>
                <w:sz w:val="22"/>
              </w:rPr>
              <w:t>дело против нападавших + дело о халатности против директора</w:t>
            </w:r>
          </w:p>
        </w:tc>
        <w:tc>
          <w:tcPr>
            <w:tcW w:type="dxa" w:w="1871"/>
          </w:tcPr>
          <w:p>
            <w:pPr>
              <w:ind w:firstLine="0"/>
            </w:pPr>
            <w:hyperlink r:id="rId75">
              <w:r>
                <w:rPr>
                  <w:rFonts w:ascii="Times New Roman" w:hAnsi="Times New Roman"/>
                  <w:color w:val="0563C1"/>
                  <w:u w:val="single"/>
                  <w:sz w:val="22"/>
                </w:rPr>
                <w:t xml:space="preserve">РИА</w:t>
              </w:r>
            </w:hyperlink>
          </w:p>
        </w:tc>
      </w:tr>
      <w:tr>
        <w:tc>
          <w:tcPr>
            <w:tcW w:type="dxa" w:w="1871"/>
          </w:tcPr>
          <w:p>
            <w:pPr>
              <w:ind w:firstLine="0"/>
            </w:pPr>
            <w:r>
              <w:rPr>
                <w:rFonts w:ascii="Times New Roman" w:hAnsi="Times New Roman"/>
                <w:b w:val="0"/>
                <w:sz w:val="22"/>
              </w:rPr>
              <w:t>Иркутская обл.</w:t>
            </w:r>
          </w:p>
        </w:tc>
        <w:tc>
          <w:tcPr>
            <w:tcW w:type="dxa" w:w="1871"/>
          </w:tcPr>
          <w:p>
            <w:pPr>
              <w:ind w:firstLine="0"/>
            </w:pPr>
            <w:r>
              <w:rPr>
                <w:rFonts w:ascii="Times New Roman" w:hAnsi="Times New Roman"/>
                <w:b w:val="0"/>
                <w:sz w:val="22"/>
              </w:rPr>
              <w:t>2025</w:t>
            </w:r>
          </w:p>
        </w:tc>
        <w:tc>
          <w:tcPr>
            <w:tcW w:type="dxa" w:w="1871"/>
          </w:tcPr>
          <w:p>
            <w:pPr>
              <w:ind w:firstLine="0"/>
            </w:pPr>
            <w:r>
              <w:rPr>
                <w:rFonts w:ascii="Times New Roman" w:hAnsi="Times New Roman"/>
                <w:b w:val="0"/>
                <w:sz w:val="22"/>
              </w:rPr>
              <w:t>избиение восьмиклассницы, видео; многолетняя травля</w:t>
            </w:r>
          </w:p>
        </w:tc>
        <w:tc>
          <w:tcPr>
            <w:tcW w:type="dxa" w:w="1871"/>
          </w:tcPr>
          <w:p>
            <w:pPr>
              <w:ind w:firstLine="0"/>
            </w:pPr>
            <w:r>
              <w:rPr>
                <w:rFonts w:ascii="Times New Roman" w:hAnsi="Times New Roman"/>
                <w:b w:val="0"/>
                <w:sz w:val="22"/>
              </w:rPr>
              <w:t>дело о хулиганстве; проверка администрации</w:t>
            </w:r>
          </w:p>
        </w:tc>
        <w:tc>
          <w:tcPr>
            <w:tcW w:type="dxa" w:w="1871"/>
          </w:tcPr>
          <w:p>
            <w:pPr>
              <w:ind w:firstLine="0"/>
            </w:pPr>
            <w:hyperlink r:id="rId89">
              <w:r>
                <w:rPr>
                  <w:rFonts w:ascii="Times New Roman" w:hAnsi="Times New Roman"/>
                  <w:color w:val="0563C1"/>
                  <w:u w:val="single"/>
                  <w:sz w:val="22"/>
                </w:rPr>
                <w:t xml:space="preserve">РИА</w:t>
              </w:r>
            </w:hyperlink>
          </w:p>
        </w:tc>
      </w:tr>
      <w:tr>
        <w:tc>
          <w:tcPr>
            <w:tcW w:type="dxa" w:w="1871"/>
          </w:tcPr>
          <w:p>
            <w:pPr>
              <w:ind w:firstLine="0"/>
            </w:pPr>
            <w:r>
              <w:rPr>
                <w:rFonts w:ascii="Times New Roman" w:hAnsi="Times New Roman"/>
                <w:b w:val="0"/>
                <w:sz w:val="22"/>
              </w:rPr>
              <w:t>Московская обл. («Горки-2»)</w:t>
            </w:r>
          </w:p>
        </w:tc>
        <w:tc>
          <w:tcPr>
            <w:tcW w:type="dxa" w:w="1871"/>
          </w:tcPr>
          <w:p>
            <w:pPr>
              <w:ind w:firstLine="0"/>
            </w:pPr>
            <w:r>
              <w:rPr>
                <w:rFonts w:ascii="Times New Roman" w:hAnsi="Times New Roman"/>
                <w:b w:val="0"/>
                <w:sz w:val="22"/>
              </w:rPr>
              <w:t>2025</w:t>
            </w:r>
          </w:p>
        </w:tc>
        <w:tc>
          <w:tcPr>
            <w:tcW w:type="dxa" w:w="1871"/>
          </w:tcPr>
          <w:p>
            <w:pPr>
              <w:ind w:firstLine="0"/>
            </w:pPr>
            <w:r>
              <w:rPr>
                <w:rFonts w:ascii="Times New Roman" w:hAnsi="Times New Roman"/>
                <w:b w:val="0"/>
                <w:sz w:val="22"/>
              </w:rPr>
              <w:t>вооружённое нападение на фоне систематической травли</w:t>
            </w:r>
          </w:p>
        </w:tc>
        <w:tc>
          <w:tcPr>
            <w:tcW w:type="dxa" w:w="1871"/>
          </w:tcPr>
          <w:p>
            <w:pPr>
              <w:ind w:firstLine="0"/>
            </w:pPr>
            <w:r>
              <w:rPr>
                <w:rFonts w:ascii="Times New Roman" w:hAnsi="Times New Roman"/>
                <w:b w:val="0"/>
                <w:sz w:val="22"/>
              </w:rPr>
              <w:t>уголовное дело; обращение родителей к президенту</w:t>
            </w:r>
          </w:p>
        </w:tc>
        <w:tc>
          <w:tcPr>
            <w:tcW w:type="dxa" w:w="1871"/>
          </w:tcPr>
          <w:p>
            <w:pPr>
              <w:ind w:firstLine="0"/>
            </w:pPr>
            <w:hyperlink r:id="rId90">
              <w:r>
                <w:rPr>
                  <w:rFonts w:ascii="Times New Roman" w:hAnsi="Times New Roman"/>
                  <w:color w:val="0563C1"/>
                  <w:u w:val="single"/>
                  <w:sz w:val="22"/>
                </w:rPr>
                <w:t xml:space="preserve">Meduza</w:t>
              </w:r>
            </w:hyperlink>
          </w:p>
        </w:tc>
      </w:tr>
      <w:tr>
        <w:tc>
          <w:tcPr>
            <w:tcW w:type="dxa" w:w="1871"/>
          </w:tcPr>
          <w:p>
            <w:pPr>
              <w:ind w:firstLine="0"/>
            </w:pPr>
            <w:r>
              <w:rPr>
                <w:rFonts w:ascii="Times New Roman" w:hAnsi="Times New Roman"/>
                <w:b w:val="0"/>
                <w:sz w:val="22"/>
              </w:rPr>
              <w:t>Красноярский край</w:t>
            </w:r>
          </w:p>
        </w:tc>
        <w:tc>
          <w:tcPr>
            <w:tcW w:type="dxa" w:w="1871"/>
          </w:tcPr>
          <w:p>
            <w:pPr>
              <w:ind w:firstLine="0"/>
            </w:pPr>
            <w:r>
              <w:rPr>
                <w:rFonts w:ascii="Times New Roman" w:hAnsi="Times New Roman"/>
                <w:b w:val="0"/>
                <w:sz w:val="22"/>
              </w:rPr>
              <w:t>2026</w:t>
            </w:r>
          </w:p>
        </w:tc>
        <w:tc>
          <w:tcPr>
            <w:tcW w:type="dxa" w:w="1871"/>
          </w:tcPr>
          <w:p>
            <w:pPr>
              <w:ind w:firstLine="0"/>
            </w:pPr>
            <w:r>
              <w:rPr>
                <w:rFonts w:ascii="Times New Roman" w:hAnsi="Times New Roman"/>
                <w:b w:val="0"/>
                <w:sz w:val="22"/>
              </w:rPr>
              <w:t>нападение с ножом; фон — систематическая травля</w:t>
            </w:r>
          </w:p>
        </w:tc>
        <w:tc>
          <w:tcPr>
            <w:tcW w:type="dxa" w:w="1871"/>
          </w:tcPr>
          <w:p>
            <w:pPr>
              <w:ind w:firstLine="0"/>
            </w:pPr>
            <w:r>
              <w:rPr>
                <w:rFonts w:ascii="Times New Roman" w:hAnsi="Times New Roman"/>
                <w:b w:val="0"/>
                <w:sz w:val="22"/>
              </w:rPr>
              <w:t>уголовное дело</w:t>
            </w:r>
          </w:p>
        </w:tc>
        <w:tc>
          <w:tcPr>
            <w:tcW w:type="dxa" w:w="1871"/>
          </w:tcPr>
          <w:p>
            <w:pPr>
              <w:ind w:firstLine="0"/>
            </w:pPr>
            <w:hyperlink r:id="rId35">
              <w:r>
                <w:rPr>
                  <w:rFonts w:ascii="Times New Roman" w:hAnsi="Times New Roman"/>
                  <w:color w:val="0563C1"/>
                  <w:u w:val="single"/>
                  <w:sz w:val="22"/>
                </w:rPr>
                <w:t xml:space="preserve">РБК</w:t>
              </w:r>
            </w:hyperlink>
          </w:p>
        </w:tc>
      </w:tr>
      <w:tr>
        <w:tc>
          <w:tcPr>
            <w:tcW w:type="dxa" w:w="1871"/>
          </w:tcPr>
          <w:p>
            <w:pPr>
              <w:ind w:firstLine="0"/>
            </w:pPr>
            <w:r>
              <w:rPr>
                <w:rFonts w:ascii="Times New Roman" w:hAnsi="Times New Roman"/>
                <w:b w:val="0"/>
                <w:sz w:val="22"/>
              </w:rPr>
              <w:t>Башкортостан</w:t>
            </w:r>
          </w:p>
        </w:tc>
        <w:tc>
          <w:tcPr>
            <w:tcW w:type="dxa" w:w="1871"/>
          </w:tcPr>
          <w:p>
            <w:pPr>
              <w:ind w:firstLine="0"/>
            </w:pPr>
            <w:r>
              <w:rPr>
                <w:rFonts w:ascii="Times New Roman" w:hAnsi="Times New Roman"/>
                <w:b w:val="0"/>
                <w:sz w:val="22"/>
              </w:rPr>
              <w:t>2026</w:t>
            </w:r>
          </w:p>
        </w:tc>
        <w:tc>
          <w:tcPr>
            <w:tcW w:type="dxa" w:w="1871"/>
          </w:tcPr>
          <w:p>
            <w:pPr>
              <w:ind w:firstLine="0"/>
            </w:pPr>
            <w:r>
              <w:rPr>
                <w:rFonts w:ascii="Times New Roman" w:hAnsi="Times New Roman"/>
                <w:b w:val="0"/>
                <w:sz w:val="22"/>
              </w:rPr>
              <w:t>вооружённое нападение; сообщалось о травле</w:t>
            </w:r>
          </w:p>
        </w:tc>
        <w:tc>
          <w:tcPr>
            <w:tcW w:type="dxa" w:w="1871"/>
          </w:tcPr>
          <w:p>
            <w:pPr>
              <w:ind w:firstLine="0"/>
            </w:pPr>
            <w:r>
              <w:rPr>
                <w:rFonts w:ascii="Times New Roman" w:hAnsi="Times New Roman"/>
                <w:b w:val="0"/>
                <w:sz w:val="22"/>
              </w:rPr>
              <w:t>поручение главы региона; экстренное заседание КДН</w:t>
            </w:r>
          </w:p>
        </w:tc>
        <w:tc>
          <w:tcPr>
            <w:tcW w:type="dxa" w:w="1871"/>
          </w:tcPr>
          <w:p>
            <w:pPr>
              <w:ind w:firstLine="0"/>
            </w:pPr>
            <w:hyperlink r:id="rId91">
              <w:r>
                <w:rPr>
                  <w:rFonts w:ascii="Times New Roman" w:hAnsi="Times New Roman"/>
                  <w:color w:val="0563C1"/>
                  <w:u w:val="single"/>
                  <w:sz w:val="22"/>
                </w:rPr>
                <w:t xml:space="preserve">News-Bash</w:t>
              </w:r>
            </w:hyperlink>
          </w:p>
        </w:tc>
      </w:tr>
      <w:tr>
        <w:tc>
          <w:tcPr>
            <w:tcW w:type="dxa" w:w="1871"/>
          </w:tcPr>
          <w:p>
            <w:pPr>
              <w:ind w:firstLine="0"/>
            </w:pPr>
            <w:r>
              <w:rPr>
                <w:rFonts w:ascii="Times New Roman" w:hAnsi="Times New Roman"/>
                <w:b w:val="0"/>
                <w:sz w:val="22"/>
              </w:rPr>
              <w:t>Ивановская обл.</w:t>
            </w:r>
          </w:p>
        </w:tc>
        <w:tc>
          <w:tcPr>
            <w:tcW w:type="dxa" w:w="1871"/>
          </w:tcPr>
          <w:p>
            <w:pPr>
              <w:ind w:firstLine="0"/>
            </w:pPr>
            <w:r>
              <w:rPr>
                <w:rFonts w:ascii="Times New Roman" w:hAnsi="Times New Roman"/>
                <w:b w:val="0"/>
                <w:sz w:val="22"/>
              </w:rPr>
              <w:t>2026</w:t>
            </w:r>
          </w:p>
        </w:tc>
        <w:tc>
          <w:tcPr>
            <w:tcW w:type="dxa" w:w="1871"/>
          </w:tcPr>
          <w:p>
            <w:pPr>
              <w:ind w:firstLine="0"/>
            </w:pPr>
            <w:r>
              <w:rPr>
                <w:rFonts w:ascii="Times New Roman" w:hAnsi="Times New Roman"/>
                <w:b w:val="0"/>
                <w:sz w:val="22"/>
              </w:rPr>
              <w:t>многолетняя агрессия к школьнику с ОВЗ</w:t>
            </w:r>
          </w:p>
        </w:tc>
        <w:tc>
          <w:tcPr>
            <w:tcW w:type="dxa" w:w="1871"/>
          </w:tcPr>
          <w:p>
            <w:pPr>
              <w:ind w:firstLine="0"/>
            </w:pPr>
            <w:r>
              <w:rPr>
                <w:rFonts w:ascii="Times New Roman" w:hAnsi="Times New Roman"/>
                <w:b w:val="0"/>
                <w:sz w:val="22"/>
              </w:rPr>
              <w:t>проверка СК по поручению Бастрыкина</w:t>
            </w:r>
          </w:p>
        </w:tc>
        <w:tc>
          <w:tcPr>
            <w:tcW w:type="dxa" w:w="1871"/>
          </w:tcPr>
          <w:p>
            <w:pPr>
              <w:ind w:firstLine="0"/>
            </w:pPr>
            <w:hyperlink r:id="rId92">
              <w:r>
                <w:rPr>
                  <w:rFonts w:ascii="Times New Roman" w:hAnsi="Times New Roman"/>
                  <w:color w:val="0563C1"/>
                  <w:u w:val="single"/>
                  <w:sz w:val="22"/>
                </w:rPr>
                <w:t xml:space="preserve">I3vestno</w:t>
              </w:r>
            </w:hyperlink>
          </w:p>
        </w:tc>
      </w:tr>
    </w:tbl>
    <w:p>
      <w:r>
        <w:rPr>
          <w:rFonts w:ascii="Times New Roman" w:hAnsi="Times New Roman"/>
          <w:b/>
          <w:sz w:val="28"/>
        </w:rPr>
        <w:t>Повторяющийся сценарий:</w:t>
      </w:r>
      <w:r>
        <w:rPr>
          <w:rFonts w:ascii="Times New Roman" w:hAnsi="Times New Roman"/>
          <w:b w:val="0"/>
          <w:sz w:val="28"/>
        </w:rPr>
        <w:t xml:space="preserve"> *огласка → поручение «наверху» → прокурорская/следственная проверка → представление → (иногда) дело о халатности*.</w:t>
      </w:r>
    </w:p>
    <w:p>
      <w:pPr>
        <w:spacing w:after="80"/>
        <w:ind w:firstLine="0"/>
      </w:pPr>
      <w:r>
        <w:rPr>
          <w:rFonts w:ascii="Times New Roman" w:hAnsi="Times New Roman"/>
          <w:b/>
          <w:i/>
          <w:sz w:val="24"/>
        </w:rPr>
        <w:t>Оговорка о выборке.</w:t>
      </w:r>
      <w:r>
        <w:rPr>
          <w:rFonts w:ascii="Times New Roman" w:hAnsi="Times New Roman"/>
          <w:b w:val="0"/>
          <w:i/>
          <w:sz w:val="24"/>
        </w:rPr>
        <w:t xml:space="preserve"> Реестр по построению включает </w:t>
      </w:r>
      <w:r>
        <w:rPr>
          <w:rFonts w:ascii="Times New Roman" w:hAnsi="Times New Roman"/>
          <w:b/>
          <w:i/>
          <w:sz w:val="24"/>
        </w:rPr>
        <w:t>только случаи с зафиксированной публичной реакцией</w:t>
      </w:r>
      <w:r>
        <w:rPr>
          <w:rFonts w:ascii="Times New Roman" w:hAnsi="Times New Roman"/>
          <w:b w:val="0"/>
          <w:i/>
          <w:sz w:val="24"/>
        </w:rPr>
        <w:t xml:space="preserve"> — резонансные. Нельзя утверждать, что реакция бывает «только при резонансе»: случаи без резонанса сюда не попадали. Корректно: </w:t>
      </w:r>
      <w:r>
        <w:rPr>
          <w:rFonts w:ascii="Times New Roman" w:hAnsi="Times New Roman"/>
          <w:b/>
          <w:i/>
          <w:sz w:val="24"/>
        </w:rPr>
        <w:t>публично видимая реакция возникает, как правило, после резонанса</w:t>
      </w:r>
      <w:r>
        <w:rPr>
          <w:rFonts w:ascii="Times New Roman" w:hAnsi="Times New Roman"/>
          <w:b w:val="0"/>
          <w:i/>
          <w:sz w:val="24"/>
        </w:rPr>
        <w:t>.</w:t>
      </w:r>
    </w:p>
    <w:p>
      <w:pPr>
        <w:spacing w:after="80"/>
        <w:ind w:firstLine="0"/>
      </w:pPr>
      <w:r>
        <w:rPr>
          <w:rFonts w:ascii="Times New Roman" w:hAnsi="Times New Roman"/>
          <w:b/>
          <w:sz w:val="26"/>
        </w:rPr>
        <w:t>5.7. Что из этого следует (выводы по правоприменению)</w:t>
      </w:r>
    </w:p>
    <w:p>
      <w:pPr>
        <w:spacing w:after="40"/>
        <w:ind w:firstLine="0"/>
      </w:pPr>
      <w:r>
        <w:rPr>
          <w:rFonts w:ascii="Times New Roman" w:hAnsi="Times New Roman"/>
          <w:b w:val="0"/>
          <w:sz w:val="28"/>
        </w:rPr>
        <w:t xml:space="preserve">1. </w:t>
      </w:r>
      <w:r>
        <w:rPr>
          <w:rFonts w:ascii="Times New Roman" w:hAnsi="Times New Roman"/>
          <w:b/>
          <w:sz w:val="28"/>
        </w:rPr>
        <w:t>Отдельного механизма «против травли» не существует</w:t>
      </w:r>
      <w:r>
        <w:rPr>
          <w:rFonts w:ascii="Times New Roman" w:hAnsi="Times New Roman"/>
          <w:b w:val="0"/>
          <w:sz w:val="28"/>
        </w:rPr>
        <w:t xml:space="preserve"> — работают общие нормы.</w:t>
      </w:r>
    </w:p>
    <w:p>
      <w:pPr>
        <w:spacing w:after="40"/>
        <w:ind w:firstLine="0"/>
      </w:pPr>
      <w:r>
        <w:rPr>
          <w:rFonts w:ascii="Times New Roman" w:hAnsi="Times New Roman"/>
          <w:b w:val="0"/>
          <w:sz w:val="28"/>
        </w:rPr>
        <w:t xml:space="preserve">2. </w:t>
      </w:r>
      <w:r>
        <w:rPr>
          <w:rFonts w:ascii="Times New Roman" w:hAnsi="Times New Roman"/>
          <w:b/>
          <w:sz w:val="28"/>
        </w:rPr>
        <w:t>Включение механизмов — эпизодическое и реактивное</w:t>
      </w:r>
      <w:r>
        <w:rPr>
          <w:rFonts w:ascii="Times New Roman" w:hAnsi="Times New Roman"/>
          <w:b w:val="0"/>
          <w:sz w:val="28"/>
        </w:rPr>
        <w:t>: триггер — резонанс, обращение родителей или тяжкое последствие.</w:t>
      </w:r>
    </w:p>
    <w:p>
      <w:pPr>
        <w:spacing w:after="40"/>
        <w:ind w:firstLine="0"/>
      </w:pPr>
      <w:r>
        <w:rPr>
          <w:rFonts w:ascii="Times New Roman" w:hAnsi="Times New Roman"/>
          <w:b w:val="0"/>
          <w:sz w:val="28"/>
        </w:rPr>
        <w:t xml:space="preserve">3. </w:t>
      </w:r>
      <w:r>
        <w:rPr>
          <w:rFonts w:ascii="Times New Roman" w:hAnsi="Times New Roman"/>
          <w:b/>
          <w:sz w:val="28"/>
        </w:rPr>
        <w:t>По видимым делам гражданский иск к школе — наиболее заметный работающий путь, прокуратура — наиболее частый «пусковой» механизм.</w:t>
      </w:r>
      <w:r>
        <w:rPr>
          <w:rFonts w:ascii="Times New Roman" w:hAnsi="Times New Roman"/>
          <w:b w:val="0"/>
          <w:sz w:val="28"/>
        </w:rPr>
        <w:t xml:space="preserve"> Но </w:t>
      </w:r>
      <w:r>
        <w:rPr>
          <w:rFonts w:ascii="Times New Roman" w:hAnsi="Times New Roman"/>
          <w:b/>
          <w:sz w:val="28"/>
        </w:rPr>
        <w:t>знаменателя нет</w:t>
      </w:r>
      <w:r>
        <w:rPr>
          <w:rFonts w:ascii="Times New Roman" w:hAnsi="Times New Roman"/>
          <w:b w:val="0"/>
          <w:sz w:val="28"/>
        </w:rPr>
        <w:t xml:space="preserve"> — оценка видимых случаев, а не измеренная эффективность.</w:t>
      </w:r>
    </w:p>
    <w:p>
      <w:pPr>
        <w:spacing w:after="40"/>
        <w:ind w:firstLine="0"/>
      </w:pPr>
      <w:r>
        <w:rPr>
          <w:rFonts w:ascii="Times New Roman" w:hAnsi="Times New Roman"/>
          <w:b w:val="0"/>
          <w:sz w:val="28"/>
        </w:rPr>
        <w:t xml:space="preserve">4. </w:t>
      </w:r>
      <w:r>
        <w:rPr>
          <w:rFonts w:ascii="Times New Roman" w:hAnsi="Times New Roman"/>
          <w:b/>
          <w:sz w:val="28"/>
        </w:rPr>
        <w:t>Школа отвечает не за сам конфликт, а за бездействие</w:t>
      </w:r>
      <w:r>
        <w:rPr>
          <w:rFonts w:ascii="Times New Roman" w:hAnsi="Times New Roman"/>
          <w:b w:val="0"/>
          <w:sz w:val="28"/>
        </w:rPr>
        <w:t xml:space="preserve"> — повторяется в найденных решениях. </w:t>
      </w:r>
      <w:r>
        <w:rPr>
          <w:rFonts w:ascii="Times New Roman" w:hAnsi="Times New Roman"/>
          <w:b/>
          <w:sz w:val="28"/>
        </w:rPr>
        <w:t>Оговорка:</w:t>
      </w:r>
      <w:r>
        <w:rPr>
          <w:rFonts w:ascii="Times New Roman" w:hAnsi="Times New Roman"/>
          <w:b w:val="0"/>
          <w:sz w:val="28"/>
        </w:rPr>
        <w:t xml:space="preserve"> выборка — только выигранные дела.</w:t>
      </w:r>
    </w:p>
    <w:p>
      <w:pPr>
        <w:spacing w:after="40"/>
        <w:ind w:firstLine="0"/>
      </w:pPr>
      <w:r>
        <w:rPr>
          <w:rFonts w:ascii="Times New Roman" w:hAnsi="Times New Roman"/>
          <w:b w:val="0"/>
          <w:sz w:val="28"/>
        </w:rPr>
        <w:t xml:space="preserve">5. </w:t>
      </w:r>
      <w:r>
        <w:rPr>
          <w:rFonts w:ascii="Times New Roman" w:hAnsi="Times New Roman"/>
          <w:b/>
          <w:sz w:val="28"/>
        </w:rPr>
        <w:t>Ответственность руководителя (ст. 293 УК) — единичные случаи</w:t>
      </w:r>
      <w:r>
        <w:rPr>
          <w:rFonts w:ascii="Times New Roman" w:hAnsi="Times New Roman"/>
          <w:b w:val="0"/>
          <w:sz w:val="28"/>
        </w:rPr>
        <w:t xml:space="preserve"> (два дела, 2025).</w:t>
      </w:r>
    </w:p>
    <w:p>
      <w:pPr>
        <w:spacing w:after="40"/>
        <w:ind w:firstLine="0"/>
      </w:pPr>
      <w:r>
        <w:rPr>
          <w:rFonts w:ascii="Times New Roman" w:hAnsi="Times New Roman"/>
          <w:b w:val="0"/>
          <w:sz w:val="28"/>
        </w:rPr>
        <w:t xml:space="preserve">6. </w:t>
      </w:r>
      <w:r>
        <w:rPr>
          <w:rFonts w:ascii="Times New Roman" w:hAnsi="Times New Roman"/>
          <w:b/>
          <w:sz w:val="28"/>
        </w:rPr>
        <w:t>Ответственности детей-агрессоров почти нет</w:t>
      </w:r>
      <w:r>
        <w:rPr>
          <w:rFonts w:ascii="Times New Roman" w:hAnsi="Times New Roman"/>
          <w:b w:val="0"/>
          <w:sz w:val="28"/>
        </w:rPr>
        <w:t>; в кибербуллинге итог подменяется блокировкой контента.</w:t>
      </w:r>
    </w:p>
    <w:p>
      <w:pPr>
        <w:spacing w:after="40"/>
        <w:ind w:firstLine="0"/>
      </w:pPr>
      <w:r>
        <w:rPr>
          <w:rFonts w:ascii="Times New Roman" w:hAnsi="Times New Roman"/>
          <w:b w:val="0"/>
          <w:sz w:val="28"/>
        </w:rPr>
        <w:t xml:space="preserve">7. </w:t>
      </w:r>
      <w:r>
        <w:rPr>
          <w:rFonts w:ascii="Times New Roman" w:hAnsi="Times New Roman"/>
          <w:b/>
          <w:sz w:val="28"/>
        </w:rPr>
        <w:t>Устойчивой практики не сложилось</w:t>
      </w:r>
      <w:r>
        <w:rPr>
          <w:rFonts w:ascii="Times New Roman" w:hAnsi="Times New Roman"/>
          <w:b w:val="0"/>
          <w:sz w:val="28"/>
        </w:rPr>
        <w:t>: первичные документы закрыты, отдельной статистики нет, публикуются резонансные победные дела.</w:t>
      </w:r>
    </w:p>
    <w:p>
      <w:r>
        <w:rPr>
          <w:rFonts w:ascii="Times New Roman" w:hAnsi="Times New Roman"/>
          <w:b/>
          <w:sz w:val="28"/>
        </w:rPr>
        <w:t>Чего в разделе ещё нет (пробелы, зафиксированные честно).</w:t>
      </w:r>
      <w:r>
        <w:rPr>
          <w:rFonts w:ascii="Times New Roman" w:hAnsi="Times New Roman"/>
          <w:b w:val="0"/>
          <w:sz w:val="28"/>
        </w:rPr>
        <w:t xml:space="preserve"> (1) </w:t>
      </w:r>
      <w:r>
        <w:rPr>
          <w:rFonts w:ascii="Times New Roman" w:hAnsi="Times New Roman"/>
          <w:b/>
          <w:sz w:val="28"/>
        </w:rPr>
        <w:t>Меры, не являющиеся наказанием:</w:t>
      </w:r>
      <w:r>
        <w:rPr>
          <w:rFonts w:ascii="Times New Roman" w:hAnsi="Times New Roman"/>
          <w:b w:val="0"/>
          <w:sz w:val="28"/>
        </w:rPr>
        <w:t xml:space="preserve"> внутришкольная защита, психологическая помощь, перевод ребёнка, медиация, социальное сопровождение, работа КДН/ПДН — в публичном поле почти не видны. (2) </w:t>
      </w:r>
      <w:r>
        <w:rPr>
          <w:rFonts w:ascii="Times New Roman" w:hAnsi="Times New Roman"/>
          <w:b/>
          <w:sz w:val="28"/>
        </w:rPr>
        <w:t>Случаи, закончившиеся без суда и без СМИ</w:t>
      </w:r>
      <w:r>
        <w:rPr>
          <w:rFonts w:ascii="Times New Roman" w:hAnsi="Times New Roman"/>
          <w:b w:val="0"/>
          <w:sz w:val="28"/>
        </w:rPr>
        <w:t xml:space="preserve"> — вне выборки. (3) </w:t>
      </w:r>
      <w:r>
        <w:rPr>
          <w:rFonts w:ascii="Times New Roman" w:hAnsi="Times New Roman"/>
          <w:b/>
          <w:sz w:val="28"/>
        </w:rPr>
        <w:t>Роль родителей</w:t>
      </w:r>
      <w:r>
        <w:rPr>
          <w:rFonts w:ascii="Times New Roman" w:hAnsi="Times New Roman"/>
          <w:b w:val="0"/>
          <w:sz w:val="28"/>
        </w:rPr>
        <w:t xml:space="preserve"> обеих сторон как участников процесса. (4) </w:t>
      </w:r>
      <w:r>
        <w:rPr>
          <w:rFonts w:ascii="Times New Roman" w:hAnsi="Times New Roman"/>
          <w:b/>
          <w:sz w:val="28"/>
        </w:rPr>
        <w:t>Роль учредителя и органов управления образованием</w:t>
      </w:r>
      <w:r>
        <w:rPr>
          <w:rFonts w:ascii="Times New Roman" w:hAnsi="Times New Roman"/>
          <w:b w:val="0"/>
          <w:sz w:val="28"/>
        </w:rPr>
        <w:t xml:space="preserve">. (5) </w:t>
      </w:r>
      <w:r>
        <w:rPr>
          <w:rFonts w:ascii="Times New Roman" w:hAnsi="Times New Roman"/>
          <w:b/>
          <w:sz w:val="28"/>
        </w:rPr>
        <w:t>Составы при физическом насилии:</w:t>
      </w:r>
      <w:r>
        <w:rPr>
          <w:rFonts w:ascii="Times New Roman" w:hAnsi="Times New Roman"/>
          <w:b w:val="0"/>
          <w:sz w:val="28"/>
        </w:rPr>
        <w:t xml:space="preserve"> побои, вред здоровью, хулиганство, угрозы, вымогательство. (6) </w:t>
      </w:r>
      <w:r>
        <w:rPr>
          <w:rFonts w:ascii="Times New Roman" w:hAnsi="Times New Roman"/>
          <w:b/>
          <w:sz w:val="28"/>
        </w:rPr>
        <w:t>Официальные судебные акты, номера дел, даты вступления в силу, результаты обжалования</w:t>
      </w:r>
      <w:r>
        <w:rPr>
          <w:rFonts w:ascii="Times New Roman" w:hAnsi="Times New Roman"/>
          <w:b w:val="0"/>
          <w:sz w:val="28"/>
        </w:rPr>
        <w:t xml:space="preserve"> — по большинству кейсов отсутствуют.</w:t>
      </w:r>
    </w:p>
    <w:p>
      <w:pPr>
        <w:spacing w:after="80"/>
        <w:ind w:firstLine="0"/>
      </w:pPr>
      <w:r>
        <w:rPr>
          <w:rFonts w:ascii="Times New Roman" w:hAnsi="Times New Roman"/>
          <w:b/>
          <w:sz w:val="28"/>
        </w:rPr>
        <w:t>6. Законопроекты</w:t>
      </w:r>
    </w:p>
    <w:p>
      <w:pPr>
        <w:spacing w:after="80"/>
        <w:ind w:firstLine="0"/>
      </w:pPr>
      <w:r>
        <w:rPr>
          <w:rFonts w:ascii="Times New Roman" w:hAnsi="Times New Roman"/>
          <w:b/>
          <w:i/>
          <w:sz w:val="24"/>
        </w:rPr>
        <w:t>Публичная и политическая составляющая</w:t>
      </w:r>
      <w:r>
        <w:rPr>
          <w:rFonts w:ascii="Times New Roman" w:hAnsi="Times New Roman"/>
          <w:b w:val="0"/>
          <w:i/>
          <w:sz w:val="24"/>
        </w:rPr>
        <w:t xml:space="preserve"> (кто и что предлагал, два лагеря, почему отклонён карательный вариант) разобрана в </w:t>
      </w:r>
      <w:r>
        <w:rPr>
          <w:rFonts w:ascii="Times New Roman" w:hAnsi="Times New Roman"/>
          <w:b/>
          <w:i/>
          <w:sz w:val="24"/>
        </w:rPr>
        <w:t>разделе 14</w:t>
      </w:r>
      <w:r>
        <w:rPr>
          <w:rFonts w:ascii="Times New Roman" w:hAnsi="Times New Roman"/>
          <w:b w:val="0"/>
          <w:i/>
          <w:sz w:val="24"/>
        </w:rPr>
        <w:t>.</w:t>
      </w:r>
    </w:p>
    <w:tbl>
      <w:tblPr>
        <w:tblStyle w:val="TableGrid"/>
        <w:tblW w:type="auto" w:w="0"/>
        <w:jc w:val="center"/>
        <w:tblLook w:firstColumn="1" w:firstRow="1" w:lastColumn="0" w:lastRow="0" w:noHBand="0" w:noVBand="1" w:val="04A0"/>
      </w:tblPr>
      <w:tblGrid>
        <w:gridCol w:w="2339"/>
        <w:gridCol w:w="2339"/>
        <w:gridCol w:w="2339"/>
        <w:gridCol w:w="2339"/>
      </w:tblGrid>
      <w:tr>
        <w:tc>
          <w:tcPr>
            <w:tcW w:type="dxa" w:w="2339"/>
          </w:tcPr>
          <w:p>
            <w:pPr>
              <w:ind w:firstLine="0"/>
            </w:pPr>
            <w:r>
              <w:rPr>
                <w:rFonts w:ascii="Times New Roman" w:hAnsi="Times New Roman"/>
                <w:b/>
                <w:sz w:val="22"/>
              </w:rPr>
              <w:t>Проект</w:t>
            </w:r>
          </w:p>
        </w:tc>
        <w:tc>
          <w:tcPr>
            <w:tcW w:type="dxa" w:w="2339"/>
          </w:tcPr>
          <w:p>
            <w:pPr>
              <w:ind w:firstLine="0"/>
            </w:pPr>
            <w:r>
              <w:rPr>
                <w:rFonts w:ascii="Times New Roman" w:hAnsi="Times New Roman"/>
                <w:b/>
                <w:sz w:val="22"/>
              </w:rPr>
              <w:t>Суть</w:t>
            </w:r>
          </w:p>
        </w:tc>
        <w:tc>
          <w:tcPr>
            <w:tcW w:type="dxa" w:w="2339"/>
          </w:tcPr>
          <w:p>
            <w:pPr>
              <w:ind w:firstLine="0"/>
            </w:pPr>
            <w:r>
              <w:rPr>
                <w:rFonts w:ascii="Times New Roman" w:hAnsi="Times New Roman"/>
                <w:b/>
                <w:sz w:val="22"/>
              </w:rPr>
              <w:t>Статус</w:t>
            </w:r>
          </w:p>
        </w:tc>
        <w:tc>
          <w:tcPr>
            <w:tcW w:type="dxa" w:w="2339"/>
          </w:tcPr>
          <w:p>
            <w:pPr>
              <w:ind w:firstLine="0"/>
            </w:pPr>
            <w:r>
              <w:rPr>
                <w:rFonts w:ascii="Times New Roman" w:hAnsi="Times New Roman"/>
                <w:b/>
                <w:sz w:val="22"/>
              </w:rPr>
              <w:t>Источник</w:t>
            </w:r>
          </w:p>
        </w:tc>
      </w:tr>
      <w:tr>
        <w:tc>
          <w:tcPr>
            <w:tcW w:type="dxa" w:w="2339"/>
          </w:tcPr>
          <w:p>
            <w:pPr>
              <w:ind w:firstLine="0"/>
            </w:pPr>
            <w:r>
              <w:rPr>
                <w:rFonts w:ascii="Times New Roman" w:hAnsi="Times New Roman"/>
                <w:b/>
                <w:sz w:val="22"/>
              </w:rPr>
              <w:t>О профилактике травли</w:t>
            </w:r>
            <w:r>
              <w:rPr>
                <w:rFonts w:ascii="Times New Roman" w:hAnsi="Times New Roman"/>
                <w:b w:val="0"/>
                <w:sz w:val="22"/>
              </w:rPr>
              <w:t xml:space="preserve"> (деп. А. Метелев, с 2022)</w:t>
            </w:r>
          </w:p>
        </w:tc>
        <w:tc>
          <w:tcPr>
            <w:tcW w:type="dxa" w:w="2339"/>
          </w:tcPr>
          <w:p>
            <w:pPr>
              <w:ind w:firstLine="0"/>
            </w:pPr>
            <w:r>
              <w:rPr>
                <w:rFonts w:ascii="Times New Roman" w:hAnsi="Times New Roman"/>
                <w:b w:val="0"/>
                <w:sz w:val="22"/>
              </w:rPr>
              <w:t>понятие «травля», единый межведомственный порядок, советы профилактики, службы медиации, помощь всем участникам, блокировка кибербуллинга</w:t>
            </w:r>
          </w:p>
        </w:tc>
        <w:tc>
          <w:tcPr>
            <w:tcW w:type="dxa" w:w="2339"/>
          </w:tcPr>
          <w:p>
            <w:pPr>
              <w:ind w:firstLine="0"/>
            </w:pPr>
            <w:r>
              <w:rPr>
                <w:rFonts w:ascii="Times New Roman" w:hAnsi="Times New Roman"/>
                <w:b w:val="0"/>
                <w:sz w:val="22"/>
              </w:rPr>
              <w:t xml:space="preserve">с </w:t>
            </w:r>
            <w:r>
              <w:rPr>
                <w:rFonts w:ascii="Times New Roman" w:hAnsi="Times New Roman"/>
                <w:b/>
                <w:sz w:val="22"/>
              </w:rPr>
              <w:t>20.11.2025</w:t>
            </w:r>
            <w:r>
              <w:rPr>
                <w:rFonts w:ascii="Times New Roman" w:hAnsi="Times New Roman"/>
                <w:b w:val="0"/>
                <w:sz w:val="22"/>
              </w:rPr>
              <w:t xml:space="preserve"> на отзыве в Правительстве; в Госдуму </w:t>
            </w:r>
            <w:r>
              <w:rPr>
                <w:rFonts w:ascii="Times New Roman" w:hAnsi="Times New Roman"/>
                <w:b/>
                <w:sz w:val="22"/>
              </w:rPr>
              <w:t>не внесён</w:t>
            </w:r>
          </w:p>
        </w:tc>
        <w:tc>
          <w:tcPr>
            <w:tcW w:type="dxa" w:w="2339"/>
          </w:tcPr>
          <w:p>
            <w:pPr>
              <w:ind w:firstLine="0"/>
            </w:pPr>
            <w:hyperlink r:id="rId93">
              <w:r>
                <w:rPr>
                  <w:rFonts w:ascii="Times New Roman" w:hAnsi="Times New Roman"/>
                  <w:color w:val="0563C1"/>
                  <w:u w:val="single"/>
                  <w:sz w:val="22"/>
                </w:rPr>
                <w:t xml:space="preserve">Дума ТВ</w:t>
              </w:r>
            </w:hyperlink>
            <w:r>
              <w:rPr>
                <w:rFonts w:ascii="Times New Roman" w:hAnsi="Times New Roman"/>
                <w:b w:val="0"/>
                <w:sz w:val="22"/>
              </w:rPr>
              <w:t xml:space="preserve">, </w:t>
            </w:r>
            <w:hyperlink r:id="rId94">
              <w:r>
                <w:rPr>
                  <w:rFonts w:ascii="Times New Roman" w:hAnsi="Times New Roman"/>
                  <w:color w:val="0563C1"/>
                  <w:u w:val="single"/>
                  <w:sz w:val="22"/>
                </w:rPr>
                <w:t xml:space="preserve">АСИ</w:t>
              </w:r>
            </w:hyperlink>
          </w:p>
        </w:tc>
      </w:tr>
      <w:tr>
        <w:tc>
          <w:tcPr>
            <w:tcW w:type="dxa" w:w="2339"/>
          </w:tcPr>
          <w:p>
            <w:pPr>
              <w:ind w:firstLine="0"/>
            </w:pPr>
            <w:r>
              <w:rPr>
                <w:rFonts w:ascii="Times New Roman" w:hAnsi="Times New Roman"/>
                <w:b/>
                <w:sz w:val="22"/>
              </w:rPr>
              <w:t>КоАП № 1085766-8</w:t>
            </w:r>
          </w:p>
        </w:tc>
        <w:tc>
          <w:tcPr>
            <w:tcW w:type="dxa" w:w="2339"/>
          </w:tcPr>
          <w:p>
            <w:pPr>
              <w:ind w:firstLine="0"/>
            </w:pPr>
            <w:r>
              <w:rPr>
                <w:rFonts w:ascii="Times New Roman" w:hAnsi="Times New Roman"/>
                <w:b w:val="0"/>
                <w:sz w:val="22"/>
              </w:rPr>
              <w:t>административная ответственность за систематическое унижение (штрафы до 500 тыс. ₽)</w:t>
            </w:r>
          </w:p>
        </w:tc>
        <w:tc>
          <w:tcPr>
            <w:tcW w:type="dxa" w:w="2339"/>
          </w:tcPr>
          <w:p>
            <w:pPr>
              <w:ind w:firstLine="0"/>
            </w:pPr>
            <w:r>
              <w:rPr>
                <w:rFonts w:ascii="Times New Roman" w:hAnsi="Times New Roman"/>
                <w:b w:val="0"/>
                <w:sz w:val="22"/>
              </w:rPr>
              <w:t xml:space="preserve">внесён </w:t>
            </w:r>
            <w:r>
              <w:rPr>
                <w:rFonts w:ascii="Times New Roman" w:hAnsi="Times New Roman"/>
                <w:b/>
                <w:sz w:val="22"/>
              </w:rPr>
              <w:t>02.12.2025</w:t>
            </w:r>
            <w:r>
              <w:rPr>
                <w:rFonts w:ascii="Times New Roman" w:hAnsi="Times New Roman"/>
                <w:b w:val="0"/>
                <w:sz w:val="22"/>
              </w:rPr>
              <w:t xml:space="preserve">, отклонён Госдумой </w:t>
            </w:r>
            <w:r>
              <w:rPr>
                <w:rFonts w:ascii="Times New Roman" w:hAnsi="Times New Roman"/>
                <w:b/>
                <w:sz w:val="22"/>
              </w:rPr>
              <w:t>27.05.2026</w:t>
            </w:r>
          </w:p>
        </w:tc>
        <w:tc>
          <w:tcPr>
            <w:tcW w:type="dxa" w:w="2339"/>
          </w:tcPr>
          <w:p>
            <w:pPr>
              <w:ind w:firstLine="0"/>
            </w:pPr>
            <w:hyperlink r:id="rId95">
              <w:r>
                <w:rPr>
                  <w:rFonts w:ascii="Times New Roman" w:hAnsi="Times New Roman"/>
                  <w:color w:val="0563C1"/>
                  <w:u w:val="single"/>
                  <w:sz w:val="22"/>
                </w:rPr>
                <w:t xml:space="preserve">карточка на sozd.duma.gov.ru</w:t>
              </w:r>
            </w:hyperlink>
            <w:r>
              <w:rPr>
                <w:rFonts w:ascii="Times New Roman" w:hAnsi="Times New Roman"/>
                <w:b w:val="0"/>
                <w:sz w:val="22"/>
              </w:rPr>
              <w:t xml:space="preserve">, </w:t>
            </w:r>
            <w:hyperlink r:id="rId96">
              <w:r>
                <w:rPr>
                  <w:rFonts w:ascii="Times New Roman" w:hAnsi="Times New Roman"/>
                  <w:color w:val="0563C1"/>
                  <w:u w:val="single"/>
                  <w:sz w:val="22"/>
                </w:rPr>
                <w:t xml:space="preserve">РАПСИ</w:t>
              </w:r>
            </w:hyperlink>
            <w:r>
              <w:rPr>
                <w:rFonts w:ascii="Times New Roman" w:hAnsi="Times New Roman"/>
                <w:b w:val="0"/>
                <w:sz w:val="22"/>
              </w:rPr>
              <w:t xml:space="preserve">, </w:t>
            </w:r>
            <w:hyperlink r:id="rId97">
              <w:r>
                <w:rPr>
                  <w:rFonts w:ascii="Times New Roman" w:hAnsi="Times New Roman"/>
                  <w:color w:val="0563C1"/>
                  <w:u w:val="single"/>
                  <w:sz w:val="22"/>
                </w:rPr>
                <w:t xml:space="preserve">«Коммерсантъ»</w:t>
              </w:r>
            </w:hyperlink>
          </w:p>
        </w:tc>
      </w:tr>
    </w:tbl>
    <w:p>
      <w:r>
        <w:rPr>
          <w:rFonts w:ascii="Times New Roman" w:hAnsi="Times New Roman"/>
          <w:b/>
          <w:sz w:val="28"/>
        </w:rPr>
        <w:t>Уточнение.</w:t>
      </w:r>
      <w:r>
        <w:rPr>
          <w:rFonts w:ascii="Times New Roman" w:hAnsi="Times New Roman"/>
          <w:b w:val="0"/>
          <w:sz w:val="28"/>
        </w:rPr>
        <w:t xml:space="preserve"> Отклонён </w:t>
      </w:r>
      <w:r>
        <w:rPr>
          <w:rFonts w:ascii="Times New Roman" w:hAnsi="Times New Roman"/>
          <w:b/>
          <w:sz w:val="28"/>
        </w:rPr>
        <w:t>конкретный законопроект</w:t>
      </w:r>
      <w:r>
        <w:rPr>
          <w:rFonts w:ascii="Times New Roman" w:hAnsi="Times New Roman"/>
          <w:b w:val="0"/>
          <w:sz w:val="28"/>
        </w:rPr>
        <w:t>, а не «карательный путь» вообще.</w:t>
      </w:r>
    </w:p>
    <w:p>
      <w:pPr>
        <w:spacing w:after="80"/>
        <w:ind w:firstLine="0"/>
      </w:pPr>
      <w:r>
        <w:rPr>
          <w:rFonts w:ascii="Times New Roman" w:hAnsi="Times New Roman"/>
          <w:b/>
          <w:i/>
          <w:sz w:val="24"/>
        </w:rPr>
        <w:t>Требует проверки перед публикацией:</w:t>
      </w:r>
      <w:r>
        <w:rPr>
          <w:rFonts w:ascii="Times New Roman" w:hAnsi="Times New Roman"/>
          <w:b w:val="0"/>
          <w:i/>
          <w:sz w:val="24"/>
        </w:rPr>
        <w:t xml:space="preserve"> статусы законопроектов быстро меняются. Сверить по карточкам на </w:t>
      </w:r>
      <w:hyperlink r:id="rId98">
        <w:r>
          <w:rPr>
            <w:rFonts w:ascii="Times New Roman" w:hAnsi="Times New Roman"/>
            <w:color w:val="0563C1"/>
            <w:u w:val="single"/>
            <w:sz w:val="24"/>
          </w:rPr>
          <w:t xml:space="preserve">sozd.duma.gov.ru</w:t>
        </w:r>
      </w:hyperlink>
      <w:r>
        <w:rPr>
          <w:rFonts w:ascii="Times New Roman" w:hAnsi="Times New Roman"/>
          <w:b w:val="0"/>
          <w:i/>
          <w:sz w:val="24"/>
        </w:rPr>
        <w:t xml:space="preserve"> на дату публикации.</w:t>
      </w:r>
    </w:p>
    <w:p>
      <w:pPr>
        <w:spacing w:after="80"/>
        <w:ind w:firstLine="0"/>
      </w:pPr>
      <w:r>
        <w:rPr>
          <w:rFonts w:ascii="Times New Roman" w:hAnsi="Times New Roman"/>
          <w:b/>
          <w:sz w:val="28"/>
        </w:rPr>
        <w:t>7. Что реально действует на федеральном уровне</w:t>
      </w:r>
    </w:p>
    <w:p>
      <w:r>
        <w:rPr>
          <w:rFonts w:ascii="Times New Roman" w:hAnsi="Times New Roman"/>
          <w:b/>
          <w:sz w:val="28"/>
        </w:rPr>
        <w:t>Единой федеральной программы или пилота против травли нет.</w:t>
      </w:r>
      <w:r>
        <w:rPr>
          <w:rFonts w:ascii="Times New Roman" w:hAnsi="Times New Roman"/>
          <w:b w:val="0"/>
          <w:sz w:val="28"/>
        </w:rPr>
        <w:t xml:space="preserve"> Есть методический пакет и линии помощи:</w:t>
      </w:r>
    </w:p>
    <w:tbl>
      <w:tblPr>
        <w:tblStyle w:val="TableGrid"/>
        <w:tblW w:type="auto" w:w="0"/>
        <w:jc w:val="center"/>
        <w:tblLook w:firstColumn="1" w:firstRow="1" w:lastColumn="0" w:lastRow="0" w:noHBand="0" w:noVBand="1" w:val="04A0"/>
      </w:tblPr>
      <w:tblGrid>
        <w:gridCol w:w="3118"/>
        <w:gridCol w:w="3118"/>
        <w:gridCol w:w="3118"/>
      </w:tblGrid>
      <w:tr>
        <w:tc>
          <w:tcPr>
            <w:tcW w:type="dxa" w:w="3118"/>
          </w:tcPr>
          <w:p>
            <w:pPr>
              <w:ind w:firstLine="0"/>
            </w:pPr>
            <w:r>
              <w:rPr>
                <w:rFonts w:ascii="Times New Roman" w:hAnsi="Times New Roman"/>
                <w:b/>
                <w:sz w:val="22"/>
              </w:rPr>
              <w:t>Документ / мера</w:t>
            </w:r>
          </w:p>
        </w:tc>
        <w:tc>
          <w:tcPr>
            <w:tcW w:type="dxa" w:w="3118"/>
          </w:tcPr>
          <w:p>
            <w:pPr>
              <w:ind w:firstLine="0"/>
            </w:pPr>
            <w:r>
              <w:rPr>
                <w:rFonts w:ascii="Times New Roman" w:hAnsi="Times New Roman"/>
                <w:b/>
                <w:sz w:val="22"/>
              </w:rPr>
              <w:t>Что это</w:t>
            </w:r>
          </w:p>
        </w:tc>
        <w:tc>
          <w:tcPr>
            <w:tcW w:type="dxa" w:w="3118"/>
          </w:tcPr>
          <w:p>
            <w:pPr>
              <w:ind w:firstLine="0"/>
            </w:pPr>
            <w:r>
              <w:rPr>
                <w:rFonts w:ascii="Times New Roman" w:hAnsi="Times New Roman"/>
                <w:b/>
                <w:sz w:val="22"/>
              </w:rPr>
              <w:t>Источник</w:t>
            </w:r>
          </w:p>
        </w:tc>
      </w:tr>
      <w:tr>
        <w:tc>
          <w:tcPr>
            <w:tcW w:type="dxa" w:w="3118"/>
          </w:tcPr>
          <w:p>
            <w:pPr>
              <w:ind w:firstLine="0"/>
            </w:pPr>
            <w:r>
              <w:rPr>
                <w:rFonts w:ascii="Times New Roman" w:hAnsi="Times New Roman"/>
                <w:b w:val="0"/>
                <w:sz w:val="22"/>
              </w:rPr>
              <w:t>Памятка Минпросвещения (26.03.2025)</w:t>
            </w:r>
          </w:p>
        </w:tc>
        <w:tc>
          <w:tcPr>
            <w:tcW w:type="dxa" w:w="3118"/>
          </w:tcPr>
          <w:p>
            <w:pPr>
              <w:ind w:firstLine="0"/>
            </w:pPr>
            <w:r>
              <w:rPr>
                <w:rFonts w:ascii="Times New Roman" w:hAnsi="Times New Roman"/>
                <w:b w:val="0"/>
                <w:sz w:val="22"/>
              </w:rPr>
              <w:t>материалы для детей, родителей, педагогов</w:t>
            </w:r>
          </w:p>
        </w:tc>
        <w:tc>
          <w:tcPr>
            <w:tcW w:type="dxa" w:w="3118"/>
          </w:tcPr>
          <w:p>
            <w:pPr>
              <w:ind w:firstLine="0"/>
            </w:pPr>
            <w:hyperlink r:id="rId99">
              <w:r>
                <w:rPr>
                  <w:rFonts w:ascii="Times New Roman" w:hAnsi="Times New Roman"/>
                  <w:color w:val="0563C1"/>
                  <w:u w:val="single"/>
                  <w:sz w:val="22"/>
                </w:rPr>
                <w:t xml:space="preserve">пресс-релиз Минпросвещения</w:t>
              </w:r>
            </w:hyperlink>
          </w:p>
        </w:tc>
      </w:tr>
      <w:tr>
        <w:tc>
          <w:tcPr>
            <w:tcW w:type="dxa" w:w="3118"/>
          </w:tcPr>
          <w:p>
            <w:pPr>
              <w:ind w:firstLine="0"/>
            </w:pPr>
            <w:r>
              <w:rPr>
                <w:rFonts w:ascii="Times New Roman" w:hAnsi="Times New Roman"/>
                <w:b w:val="0"/>
                <w:sz w:val="22"/>
              </w:rPr>
              <w:t xml:space="preserve">Письмо </w:t>
            </w:r>
            <w:r>
              <w:rPr>
                <w:rFonts w:ascii="Times New Roman" w:hAnsi="Times New Roman"/>
                <w:b/>
                <w:sz w:val="22"/>
              </w:rPr>
              <w:t>№ 07-1613</w:t>
            </w:r>
            <w:r>
              <w:rPr>
                <w:rFonts w:ascii="Times New Roman" w:hAnsi="Times New Roman"/>
                <w:b w:val="0"/>
                <w:sz w:val="22"/>
              </w:rPr>
              <w:t xml:space="preserve"> (10.04.2025)</w:t>
            </w:r>
          </w:p>
        </w:tc>
        <w:tc>
          <w:tcPr>
            <w:tcW w:type="dxa" w:w="3118"/>
          </w:tcPr>
          <w:p>
            <w:pPr>
              <w:ind w:firstLine="0"/>
            </w:pPr>
            <w:r>
              <w:rPr>
                <w:rFonts w:ascii="Times New Roman" w:hAnsi="Times New Roman"/>
                <w:b w:val="0"/>
                <w:sz w:val="22"/>
              </w:rPr>
              <w:t>«Алгоритмы деятельности педагога-психолога»</w:t>
            </w:r>
          </w:p>
        </w:tc>
        <w:tc>
          <w:tcPr>
            <w:tcW w:type="dxa" w:w="3118"/>
          </w:tcPr>
          <w:p>
            <w:pPr>
              <w:ind w:firstLine="0"/>
            </w:pPr>
            <w:hyperlink r:id="rId100">
              <w:r>
                <w:rPr>
                  <w:rFonts w:ascii="Times New Roman" w:hAnsi="Times New Roman"/>
                  <w:color w:val="0563C1"/>
                  <w:u w:val="single"/>
                  <w:sz w:val="22"/>
                </w:rPr>
                <w:t xml:space="preserve">подборка федеральных методических документов</w:t>
              </w:r>
            </w:hyperlink>
          </w:p>
        </w:tc>
      </w:tr>
      <w:tr>
        <w:tc>
          <w:tcPr>
            <w:tcW w:type="dxa" w:w="3118"/>
          </w:tcPr>
          <w:p>
            <w:pPr>
              <w:ind w:firstLine="0"/>
            </w:pPr>
            <w:r>
              <w:rPr>
                <w:rFonts w:ascii="Times New Roman" w:hAnsi="Times New Roman"/>
                <w:b w:val="0"/>
                <w:sz w:val="22"/>
              </w:rPr>
              <w:t>Письмо № 07-1614 (10.04.2025)</w:t>
            </w:r>
          </w:p>
        </w:tc>
        <w:tc>
          <w:tcPr>
            <w:tcW w:type="dxa" w:w="3118"/>
          </w:tcPr>
          <w:p>
            <w:pPr>
              <w:ind w:firstLine="0"/>
            </w:pPr>
            <w:r>
              <w:rPr>
                <w:rFonts w:ascii="Times New Roman" w:hAnsi="Times New Roman"/>
                <w:b w:val="0"/>
                <w:sz w:val="22"/>
              </w:rPr>
              <w:t xml:space="preserve">памятка по противодействию травле — </w:t>
            </w:r>
            <w:r>
              <w:rPr>
                <w:rFonts w:ascii="Times New Roman" w:hAnsi="Times New Roman"/>
                <w:b/>
                <w:sz w:val="22"/>
              </w:rPr>
              <w:t>`NOT VERIFIED`</w:t>
            </w:r>
          </w:p>
        </w:tc>
        <w:tc>
          <w:tcPr>
            <w:tcW w:type="dxa" w:w="3118"/>
          </w:tcPr>
          <w:p>
            <w:pPr>
              <w:ind w:firstLine="0"/>
            </w:pPr>
            <w:r>
              <w:rPr>
                <w:rFonts w:ascii="Times New Roman" w:hAnsi="Times New Roman"/>
                <w:b w:val="0"/>
                <w:sz w:val="22"/>
              </w:rPr>
              <w:t xml:space="preserve">надёжно подтверждается только № 07-1613 — </w:t>
            </w:r>
            <w:hyperlink r:id="rId100">
              <w:r>
                <w:rPr>
                  <w:rFonts w:ascii="Times New Roman" w:hAnsi="Times New Roman"/>
                  <w:color w:val="0563C1"/>
                  <w:u w:val="single"/>
                  <w:sz w:val="22"/>
                </w:rPr>
                <w:t xml:space="preserve">там же</w:t>
              </w:r>
            </w:hyperlink>
          </w:p>
        </w:tc>
      </w:tr>
      <w:tr>
        <w:tc>
          <w:tcPr>
            <w:tcW w:type="dxa" w:w="3118"/>
          </w:tcPr>
          <w:p>
            <w:pPr>
              <w:ind w:firstLine="0"/>
            </w:pPr>
            <w:r>
              <w:rPr>
                <w:rFonts w:ascii="Times New Roman" w:hAnsi="Times New Roman"/>
                <w:b w:val="0"/>
                <w:sz w:val="22"/>
              </w:rPr>
              <w:t>Письмо № 07-5814 (02.12.2024)</w:t>
            </w:r>
          </w:p>
        </w:tc>
        <w:tc>
          <w:tcPr>
            <w:tcW w:type="dxa" w:w="3118"/>
          </w:tcPr>
          <w:p>
            <w:pPr>
              <w:ind w:firstLine="0"/>
            </w:pPr>
            <w:r>
              <w:rPr>
                <w:rFonts w:ascii="Times New Roman" w:hAnsi="Times New Roman"/>
                <w:b w:val="0"/>
                <w:sz w:val="22"/>
              </w:rPr>
              <w:t>этика общения с доверенной информацией о насилии</w:t>
            </w:r>
          </w:p>
        </w:tc>
        <w:tc>
          <w:tcPr>
            <w:tcW w:type="dxa" w:w="3118"/>
          </w:tcPr>
          <w:p>
            <w:pPr>
              <w:ind w:firstLine="0"/>
            </w:pPr>
            <w:hyperlink r:id="rId101">
              <w:r>
                <w:rPr>
                  <w:rFonts w:ascii="Times New Roman" w:hAnsi="Times New Roman"/>
                  <w:color w:val="0563C1"/>
                  <w:u w:val="single"/>
                  <w:sz w:val="22"/>
                </w:rPr>
                <w:t xml:space="preserve">подборка</w:t>
              </w:r>
            </w:hyperlink>
          </w:p>
        </w:tc>
      </w:tr>
      <w:tr>
        <w:tc>
          <w:tcPr>
            <w:tcW w:type="dxa" w:w="3118"/>
          </w:tcPr>
          <w:p>
            <w:pPr>
              <w:ind w:firstLine="0"/>
            </w:pPr>
            <w:r>
              <w:rPr>
                <w:rFonts w:ascii="Times New Roman" w:hAnsi="Times New Roman"/>
                <w:b w:val="0"/>
                <w:sz w:val="22"/>
              </w:rPr>
              <w:t>Оценка поведения (письмо 19.02.2026)</w:t>
            </w:r>
          </w:p>
        </w:tc>
        <w:tc>
          <w:tcPr>
            <w:tcW w:type="dxa" w:w="3118"/>
          </w:tcPr>
          <w:p>
            <w:pPr>
              <w:ind w:firstLine="0"/>
            </w:pPr>
            <w:r>
              <w:rPr>
                <w:rFonts w:ascii="Times New Roman" w:hAnsi="Times New Roman"/>
                <w:b w:val="0"/>
                <w:sz w:val="22"/>
              </w:rPr>
              <w:t>трёхуровневая шкала «образцовое / допустимое / недопустимое»; с 01.09.2026 — в отдельных школах всех регионов. Число «по 10 школ на регион» — `NOT VERIFIED`</w:t>
            </w:r>
          </w:p>
        </w:tc>
        <w:tc>
          <w:tcPr>
            <w:tcW w:type="dxa" w:w="3118"/>
          </w:tcPr>
          <w:p>
            <w:pPr>
              <w:ind w:firstLine="0"/>
            </w:pPr>
            <w:hyperlink r:id="rId102">
              <w:r>
                <w:rPr>
                  <w:rFonts w:ascii="Times New Roman" w:hAnsi="Times New Roman"/>
                  <w:color w:val="0563C1"/>
                  <w:u w:val="single"/>
                  <w:sz w:val="22"/>
                </w:rPr>
                <w:t xml:space="preserve">ГАРАНТ</w:t>
              </w:r>
            </w:hyperlink>
            <w:r>
              <w:rPr>
                <w:rFonts w:ascii="Times New Roman" w:hAnsi="Times New Roman"/>
                <w:b w:val="0"/>
                <w:sz w:val="22"/>
              </w:rPr>
              <w:t xml:space="preserve">, </w:t>
            </w:r>
            <w:hyperlink r:id="rId103">
              <w:r>
                <w:rPr>
                  <w:rFonts w:ascii="Times New Roman" w:hAnsi="Times New Roman"/>
                  <w:color w:val="0563C1"/>
                  <w:u w:val="single"/>
                  <w:sz w:val="22"/>
                </w:rPr>
                <w:t xml:space="preserve">разъяснение Минпросвещения</w:t>
              </w:r>
            </w:hyperlink>
          </w:p>
        </w:tc>
      </w:tr>
      <w:tr>
        <w:tc>
          <w:tcPr>
            <w:tcW w:type="dxa" w:w="3118"/>
          </w:tcPr>
          <w:p>
            <w:pPr>
              <w:ind w:firstLine="0"/>
            </w:pPr>
            <w:r>
              <w:rPr>
                <w:rFonts w:ascii="Times New Roman" w:hAnsi="Times New Roman"/>
                <w:b/>
                <w:sz w:val="22"/>
              </w:rPr>
              <w:t>Линия психологической помощи «Школа доверия» — 8-800-707-02-01</w:t>
            </w:r>
            <w:r>
              <w:rPr>
                <w:rFonts w:ascii="Times New Roman" w:hAnsi="Times New Roman"/>
                <w:b w:val="0"/>
                <w:sz w:val="22"/>
              </w:rPr>
              <w:t xml:space="preserve"> (открыта 11.09.2026)</w:t>
            </w:r>
          </w:p>
        </w:tc>
        <w:tc>
          <w:tcPr>
            <w:tcW w:type="dxa" w:w="3118"/>
          </w:tcPr>
          <w:p>
            <w:pPr>
              <w:ind w:firstLine="0"/>
            </w:pPr>
            <w:r>
              <w:rPr>
                <w:rFonts w:ascii="Times New Roman" w:hAnsi="Times New Roman"/>
                <w:b/>
                <w:sz w:val="22"/>
              </w:rPr>
              <w:t>Федеральная</w:t>
            </w:r>
            <w:r>
              <w:rPr>
                <w:rFonts w:ascii="Times New Roman" w:hAnsi="Times New Roman"/>
                <w:b w:val="0"/>
                <w:sz w:val="22"/>
              </w:rPr>
              <w:t xml:space="preserve"> круглосуточная бесплатная линия </w:t>
            </w:r>
            <w:r>
              <w:rPr>
                <w:rFonts w:ascii="Times New Roman" w:hAnsi="Times New Roman"/>
                <w:b/>
                <w:sz w:val="22"/>
              </w:rPr>
              <w:t>Минпросвещения России</w:t>
            </w:r>
            <w:r>
              <w:rPr>
                <w:rFonts w:ascii="Times New Roman" w:hAnsi="Times New Roman"/>
                <w:b w:val="0"/>
                <w:sz w:val="22"/>
              </w:rPr>
              <w:t xml:space="preserve">: для школьников, их родителей и педагогов, </w:t>
            </w:r>
            <w:r>
              <w:rPr>
                <w:rFonts w:ascii="Times New Roman" w:hAnsi="Times New Roman"/>
                <w:b/>
                <w:sz w:val="22"/>
              </w:rPr>
              <w:t>на всей территории России</w:t>
            </w:r>
            <w:r>
              <w:rPr>
                <w:rFonts w:ascii="Times New Roman" w:hAnsi="Times New Roman"/>
                <w:b w:val="0"/>
                <w:sz w:val="22"/>
              </w:rPr>
              <w:t xml:space="preserve">. Оператор — Федеральный координационный центр по обеспечению развития психолого-педагогической помощи в системе образования МГППУ. Принимает обращения в том числе </w:t>
            </w:r>
            <w:r>
              <w:rPr>
                <w:rFonts w:ascii="Times New Roman" w:hAnsi="Times New Roman"/>
                <w:b/>
                <w:sz w:val="22"/>
              </w:rPr>
              <w:t>про конфликты и травлю, включая травлю в цифровой среде</w:t>
            </w:r>
            <w:r>
              <w:rPr>
                <w:rFonts w:ascii="Times New Roman" w:hAnsi="Times New Roman"/>
                <w:b w:val="0"/>
                <w:sz w:val="22"/>
              </w:rPr>
              <w:t xml:space="preserve">. </w:t>
            </w:r>
            <w:r>
              <w:rPr>
                <w:rFonts w:ascii="Times New Roman" w:hAnsi="Times New Roman"/>
                <w:b/>
                <w:sz w:val="22"/>
              </w:rPr>
              <w:t>Не полностью анонимна:</w:t>
            </w:r>
            <w:r>
              <w:rPr>
                <w:rFonts w:ascii="Times New Roman" w:hAnsi="Times New Roman"/>
                <w:b w:val="0"/>
                <w:sz w:val="22"/>
              </w:rPr>
              <w:t xml:space="preserve"> психологи могут передать информацию о ситуации в организации и ведомства. </w:t>
            </w:r>
            <w:r>
              <w:rPr>
                <w:rFonts w:ascii="Times New Roman" w:hAnsi="Times New Roman"/>
                <w:b/>
                <w:sz w:val="22"/>
              </w:rPr>
              <w:t>Оговорка:</w:t>
            </w:r>
            <w:r>
              <w:rPr>
                <w:rFonts w:ascii="Times New Roman" w:hAnsi="Times New Roman"/>
                <w:b w:val="0"/>
                <w:sz w:val="22"/>
              </w:rPr>
              <w:t xml:space="preserve"> сколько обращений поступило именно про травлю и что по ним сделано — не известно, отчётности по линии пока нет</w:t>
            </w:r>
          </w:p>
        </w:tc>
        <w:tc>
          <w:tcPr>
            <w:tcW w:type="dxa" w:w="3118"/>
          </w:tcPr>
          <w:p>
            <w:pPr>
              <w:ind w:firstLine="0"/>
            </w:pPr>
            <w:hyperlink r:id="rId104">
              <w:r>
                <w:rPr>
                  <w:rFonts w:ascii="Times New Roman" w:hAnsi="Times New Roman"/>
                  <w:color w:val="0563C1"/>
                  <w:u w:val="single"/>
                  <w:sz w:val="22"/>
                </w:rPr>
                <w:t xml:space="preserve">**пресс-релиз Минпросвещения России**</w:t>
              </w:r>
            </w:hyperlink>
            <w:r>
              <w:rPr>
                <w:rFonts w:ascii="Times New Roman" w:hAnsi="Times New Roman"/>
                <w:b w:val="0"/>
                <w:sz w:val="22"/>
              </w:rPr>
              <w:t xml:space="preserve">, </w:t>
            </w:r>
            <w:hyperlink r:id="rId105">
              <w:r>
                <w:rPr>
                  <w:rFonts w:ascii="Times New Roman" w:hAnsi="Times New Roman"/>
                  <w:color w:val="0563C1"/>
                  <w:u w:val="single"/>
                  <w:sz w:val="22"/>
                </w:rPr>
                <w:t xml:space="preserve">МГППУ — новость об открытии</w:t>
              </w:r>
            </w:hyperlink>
            <w:r>
              <w:rPr>
                <w:rFonts w:ascii="Times New Roman" w:hAnsi="Times New Roman"/>
                <w:b w:val="0"/>
                <w:sz w:val="22"/>
              </w:rPr>
              <w:t xml:space="preserve">, </w:t>
            </w:r>
            <w:hyperlink r:id="rId106">
              <w:r>
                <w:rPr>
                  <w:rFonts w:ascii="Times New Roman" w:hAnsi="Times New Roman"/>
                  <w:color w:val="0563C1"/>
                  <w:u w:val="single"/>
                  <w:sz w:val="22"/>
                </w:rPr>
                <w:t xml:space="preserve">официальная страница линии</w:t>
              </w:r>
            </w:hyperlink>
            <w:r>
              <w:rPr>
                <w:rFonts w:ascii="Times New Roman" w:hAnsi="Times New Roman"/>
                <w:b w:val="0"/>
                <w:sz w:val="22"/>
              </w:rPr>
              <w:t xml:space="preserve">, </w:t>
            </w:r>
            <w:hyperlink r:id="rId107">
              <w:r>
                <w:rPr>
                  <w:rFonts w:ascii="Times New Roman" w:hAnsi="Times New Roman"/>
                  <w:color w:val="0563C1"/>
                  <w:u w:val="single"/>
                  <w:sz w:val="22"/>
                </w:rPr>
                <w:t xml:space="preserve">Первый канал</w:t>
              </w:r>
            </w:hyperlink>
            <w:r>
              <w:rPr>
                <w:rFonts w:ascii="Times New Roman" w:hAnsi="Times New Roman"/>
                <w:b w:val="0"/>
                <w:sz w:val="22"/>
              </w:rPr>
              <w:t xml:space="preserve">, </w:t>
            </w:r>
            <w:hyperlink r:id="rId108">
              <w:r>
                <w:rPr>
                  <w:rFonts w:ascii="Times New Roman" w:hAnsi="Times New Roman"/>
                  <w:color w:val="0563C1"/>
                  <w:u w:val="single"/>
                  <w:sz w:val="22"/>
                </w:rPr>
                <w:t xml:space="preserve">ТАСС через «Независимую газету» (анонс 08.09.2026)</w:t>
              </w:r>
            </w:hyperlink>
            <w:r>
              <w:rPr>
                <w:rFonts w:ascii="Times New Roman" w:hAnsi="Times New Roman"/>
                <w:b w:val="0"/>
                <w:sz w:val="22"/>
              </w:rPr>
              <w:t xml:space="preserve">, </w:t>
            </w:r>
            <w:hyperlink r:id="rId109">
              <w:r>
                <w:rPr>
                  <w:rFonts w:ascii="Times New Roman" w:hAnsi="Times New Roman"/>
                  <w:color w:val="0563C1"/>
                  <w:u w:val="single"/>
                  <w:sz w:val="22"/>
                </w:rPr>
                <w:t xml:space="preserve">«Первое сентября»</w:t>
              </w:r>
            </w:hyperlink>
            <w:r>
              <w:rPr>
                <w:rFonts w:ascii="Times New Roman" w:hAnsi="Times New Roman"/>
                <w:b w:val="0"/>
                <w:sz w:val="22"/>
              </w:rPr>
              <w:t xml:space="preserve">, </w:t>
            </w:r>
            <w:hyperlink r:id="rId110">
              <w:r>
                <w:rPr>
                  <w:rFonts w:ascii="Times New Roman" w:hAnsi="Times New Roman"/>
                  <w:color w:val="0563C1"/>
                  <w:u w:val="single"/>
                  <w:sz w:val="22"/>
                </w:rPr>
                <w:t xml:space="preserve">Минпросвещения и воспитания **Ульяновской** области</w:t>
              </w:r>
            </w:hyperlink>
          </w:p>
        </w:tc>
      </w:tr>
      <w:tr>
        <w:tc>
          <w:tcPr>
            <w:tcW w:type="dxa" w:w="3118"/>
          </w:tcPr>
          <w:p>
            <w:pPr>
              <w:ind w:firstLine="0"/>
            </w:pPr>
            <w:r>
              <w:rPr>
                <w:rFonts w:ascii="Times New Roman" w:hAnsi="Times New Roman"/>
                <w:b/>
                <w:sz w:val="22"/>
              </w:rPr>
              <w:t>«Цифровой психолог»</w:t>
            </w:r>
            <w:r>
              <w:rPr>
                <w:rFonts w:ascii="Times New Roman" w:hAnsi="Times New Roman"/>
                <w:b w:val="0"/>
                <w:sz w:val="22"/>
              </w:rPr>
              <w:t xml:space="preserve"> — онлайн-сервис на </w:t>
            </w:r>
            <w:hyperlink r:id="rId111">
              <w:r>
                <w:rPr>
                  <w:rFonts w:ascii="Times New Roman" w:hAnsi="Times New Roman"/>
                  <w:color w:val="0563C1"/>
                  <w:u w:val="single"/>
                  <w:sz w:val="22"/>
                </w:rPr>
                <w:t xml:space="preserve">psy.edu.ru</w:t>
              </w:r>
            </w:hyperlink>
          </w:p>
        </w:tc>
        <w:tc>
          <w:tcPr>
            <w:tcW w:type="dxa" w:w="3118"/>
          </w:tcPr>
          <w:p>
            <w:pPr>
              <w:ind w:firstLine="0"/>
            </w:pPr>
            <w:r>
              <w:rPr>
                <w:rFonts w:ascii="Times New Roman" w:hAnsi="Times New Roman"/>
                <w:b w:val="0"/>
                <w:sz w:val="22"/>
              </w:rPr>
              <w:t xml:space="preserve">федеральный </w:t>
            </w:r>
            <w:r>
              <w:rPr>
                <w:rFonts w:ascii="Times New Roman" w:hAnsi="Times New Roman"/>
                <w:b/>
                <w:sz w:val="22"/>
              </w:rPr>
              <w:t>онлайн-сервис психологической помощи</w:t>
            </w:r>
            <w:r>
              <w:rPr>
                <w:rFonts w:ascii="Times New Roman" w:hAnsi="Times New Roman"/>
                <w:b w:val="0"/>
                <w:sz w:val="22"/>
              </w:rPr>
              <w:t xml:space="preserve"> Минпросвещения России: бесплатные онлайн-консультации педагога-психолога для школьников и родителей, </w:t>
            </w:r>
            <w:r>
              <w:rPr>
                <w:rFonts w:ascii="Times New Roman" w:hAnsi="Times New Roman"/>
                <w:b/>
                <w:sz w:val="22"/>
              </w:rPr>
              <w:t>с 2026 года — полномасштабно по всей стране</w:t>
            </w:r>
            <w:r>
              <w:rPr>
                <w:rFonts w:ascii="Times New Roman" w:hAnsi="Times New Roman"/>
                <w:b w:val="0"/>
                <w:sz w:val="22"/>
              </w:rPr>
              <w:t>; работает на платформе «ГосТех» в составе ГИС «Моя школа». Запущен в пилотных регионах, заявлено полномасштабное действие в 2026 году (</w:t>
            </w:r>
            <w:hyperlink r:id="rId112">
              <w:r>
                <w:rPr>
                  <w:rFonts w:ascii="Times New Roman" w:hAnsi="Times New Roman"/>
                  <w:color w:val="0563C1"/>
                  <w:u w:val="single"/>
                  <w:sz w:val="22"/>
                </w:rPr>
                <w:t xml:space="preserve">ТАСС, 12.09.2026</w:t>
              </w:r>
            </w:hyperlink>
            <w:r>
              <w:rPr>
                <w:rFonts w:ascii="Times New Roman" w:hAnsi="Times New Roman"/>
                <w:b w:val="0"/>
                <w:sz w:val="22"/>
              </w:rPr>
              <w:t xml:space="preserve">). </w:t>
            </w:r>
            <w:r>
              <w:rPr>
                <w:rFonts w:ascii="Times New Roman" w:hAnsi="Times New Roman"/>
                <w:b/>
                <w:sz w:val="22"/>
              </w:rPr>
              <w:t>Оговорка:</w:t>
            </w:r>
            <w:r>
              <w:rPr>
                <w:rFonts w:ascii="Times New Roman" w:hAnsi="Times New Roman"/>
                <w:b w:val="0"/>
                <w:sz w:val="22"/>
              </w:rPr>
              <w:t xml:space="preserve"> эффект не измеряется, работают только объёмы</w:t>
            </w:r>
          </w:p>
        </w:tc>
        <w:tc>
          <w:tcPr>
            <w:tcW w:type="dxa" w:w="3118"/>
          </w:tcPr>
          <w:p>
            <w:pPr>
              <w:ind w:firstLine="0"/>
            </w:pPr>
          </w:p>
        </w:tc>
      </w:tr>
      <w:tr>
        <w:tc>
          <w:tcPr>
            <w:tcW w:type="dxa" w:w="3118"/>
          </w:tcPr>
          <w:p>
            <w:pPr>
              <w:ind w:firstLine="0"/>
            </w:pPr>
            <w:r>
              <w:rPr>
                <w:rFonts w:ascii="Times New Roman" w:hAnsi="Times New Roman"/>
                <w:b w:val="0"/>
                <w:sz w:val="22"/>
              </w:rPr>
              <w:t>Детский телефон доверия 8-800-2000-122, кризисная линия 8-800-600-31-14, линия по конфликтам 8-800-222-34-17</w:t>
            </w:r>
          </w:p>
        </w:tc>
        <w:tc>
          <w:tcPr>
            <w:tcW w:type="dxa" w:w="3118"/>
          </w:tcPr>
          <w:p>
            <w:pPr>
              <w:ind w:firstLine="0"/>
            </w:pPr>
            <w:r>
              <w:rPr>
                <w:rFonts w:ascii="Times New Roman" w:hAnsi="Times New Roman"/>
                <w:b w:val="0"/>
                <w:sz w:val="22"/>
              </w:rPr>
              <w:t>действующие бесплатные линии</w:t>
            </w:r>
          </w:p>
        </w:tc>
        <w:tc>
          <w:tcPr>
            <w:tcW w:type="dxa" w:w="3118"/>
          </w:tcPr>
          <w:p>
            <w:pPr>
              <w:ind w:firstLine="0"/>
            </w:pPr>
            <w:hyperlink r:id="rId113">
              <w:r>
                <w:rPr>
                  <w:rFonts w:ascii="Times New Roman" w:hAnsi="Times New Roman"/>
                  <w:color w:val="0563C1"/>
                  <w:u w:val="single"/>
                  <w:sz w:val="22"/>
                </w:rPr>
                <w:t xml:space="preserve">сводка линий</w:t>
              </w:r>
            </w:hyperlink>
            <w:r>
              <w:rPr>
                <w:rFonts w:ascii="Times New Roman" w:hAnsi="Times New Roman"/>
                <w:b w:val="0"/>
                <w:sz w:val="22"/>
              </w:rPr>
              <w:t xml:space="preserve">, </w:t>
            </w:r>
            <w:hyperlink r:id="rId114">
              <w:r>
                <w:rPr>
                  <w:rFonts w:ascii="Times New Roman" w:hAnsi="Times New Roman"/>
                  <w:color w:val="0563C1"/>
                  <w:u w:val="single"/>
                  <w:sz w:val="22"/>
                </w:rPr>
                <w:t xml:space="preserve">телефон доверия</w:t>
              </w:r>
            </w:hyperlink>
          </w:p>
        </w:tc>
      </w:tr>
      <w:tr>
        <w:tc>
          <w:tcPr>
            <w:tcW w:type="dxa" w:w="3118"/>
          </w:tcPr>
          <w:p>
            <w:pPr>
              <w:ind w:firstLine="0"/>
            </w:pPr>
            <w:r>
              <w:rPr>
                <w:rFonts w:ascii="Times New Roman" w:hAnsi="Times New Roman"/>
                <w:b w:val="0"/>
                <w:sz w:val="22"/>
              </w:rPr>
              <w:t>«Комплекс мер до 2030» (распоряжение № 1058-р)</w:t>
            </w:r>
          </w:p>
        </w:tc>
        <w:tc>
          <w:tcPr>
            <w:tcW w:type="dxa" w:w="3118"/>
          </w:tcPr>
          <w:p>
            <w:pPr>
              <w:ind w:firstLine="0"/>
            </w:pPr>
            <w:r>
              <w:rPr>
                <w:rFonts w:ascii="Times New Roman" w:hAnsi="Times New Roman"/>
                <w:b w:val="0"/>
                <w:sz w:val="22"/>
              </w:rPr>
              <w:t xml:space="preserve">рамочный документ по профилактике </w:t>
            </w:r>
            <w:r>
              <w:rPr>
                <w:rFonts w:ascii="Times New Roman" w:hAnsi="Times New Roman"/>
                <w:b/>
                <w:sz w:val="22"/>
              </w:rPr>
              <w:t>суицида</w:t>
            </w:r>
          </w:p>
        </w:tc>
        <w:tc>
          <w:tcPr>
            <w:tcW w:type="dxa" w:w="3118"/>
          </w:tcPr>
          <w:p>
            <w:pPr>
              <w:ind w:firstLine="0"/>
            </w:pPr>
            <w:hyperlink r:id="rId115">
              <w:r>
                <w:rPr>
                  <w:rFonts w:ascii="Times New Roman" w:hAnsi="Times New Roman"/>
                  <w:color w:val="0563C1"/>
                  <w:u w:val="single"/>
                  <w:sz w:val="22"/>
                </w:rPr>
                <w:t xml:space="preserve">ГАРАНТ</w:t>
              </w:r>
            </w:hyperlink>
          </w:p>
        </w:tc>
      </w:tr>
    </w:tbl>
    <w:p>
      <w:r>
        <w:rPr>
          <w:rFonts w:ascii="Times New Roman" w:hAnsi="Times New Roman"/>
          <w:b/>
          <w:sz w:val="28"/>
        </w:rPr>
        <w:t>Остальное — региональная практика</w:t>
      </w:r>
      <w:r>
        <w:rPr>
          <w:rFonts w:ascii="Times New Roman" w:hAnsi="Times New Roman"/>
          <w:b w:val="0"/>
          <w:sz w:val="28"/>
        </w:rPr>
        <w:t xml:space="preserve"> *(подробно — этап 2)*: Республика Бурятия — приказ Минобрнауки РБ от 11.06.2025 № 811 *(по </w:t>
      </w:r>
      <w:hyperlink r:id="rId25">
        <w:r>
          <w:rPr>
            <w:rFonts w:ascii="Times New Roman" w:hAnsi="Times New Roman"/>
            <w:color w:val="0563C1"/>
            <w:u w:val="single"/>
            <w:sz w:val="24"/>
          </w:rPr>
          <w:t xml:space="preserve">сводке</w:t>
        </w:r>
      </w:hyperlink>
      <w:r>
        <w:rPr>
          <w:rFonts w:ascii="Times New Roman" w:hAnsi="Times New Roman"/>
          <w:b w:val="0"/>
          <w:sz w:val="28"/>
        </w:rPr>
        <w:t>)*; Иркутская область — «Антибуллинговая политика в школе» с 2023/24 уч. г. *(там же)*.</w:t>
      </w:r>
    </w:p>
    <w:p>
      <w:pPr>
        <w:spacing w:after="80"/>
        <w:ind w:firstLine="0"/>
      </w:pPr>
      <w:r>
        <w:rPr>
          <w:rFonts w:ascii="Times New Roman" w:hAnsi="Times New Roman"/>
          <w:b/>
          <w:sz w:val="28"/>
        </w:rPr>
        <w:t>8. Институты: кто за что отвечает и где разрывы</w:t>
      </w:r>
    </w:p>
    <w:tbl>
      <w:tblPr>
        <w:tblStyle w:val="TableGrid"/>
        <w:tblW w:type="auto" w:w="0"/>
        <w:jc w:val="center"/>
        <w:tblLook w:firstColumn="1" w:firstRow="1" w:lastColumn="0" w:lastRow="0" w:noHBand="0" w:noVBand="1" w:val="04A0"/>
      </w:tblPr>
      <w:tblGrid>
        <w:gridCol w:w="3118"/>
        <w:gridCol w:w="3118"/>
        <w:gridCol w:w="3118"/>
      </w:tblGrid>
      <w:tr>
        <w:tc>
          <w:tcPr>
            <w:tcW w:type="dxa" w:w="3118"/>
          </w:tcPr>
          <w:p>
            <w:pPr>
              <w:ind w:firstLine="0"/>
            </w:pPr>
            <w:r>
              <w:rPr>
                <w:rFonts w:ascii="Times New Roman" w:hAnsi="Times New Roman"/>
                <w:b/>
                <w:sz w:val="22"/>
              </w:rPr>
              <w:t>Субъект</w:t>
            </w:r>
          </w:p>
        </w:tc>
        <w:tc>
          <w:tcPr>
            <w:tcW w:type="dxa" w:w="3118"/>
          </w:tcPr>
          <w:p>
            <w:pPr>
              <w:ind w:firstLine="0"/>
            </w:pPr>
            <w:r>
              <w:rPr>
                <w:rFonts w:ascii="Times New Roman" w:hAnsi="Times New Roman"/>
                <w:b/>
                <w:sz w:val="22"/>
              </w:rPr>
              <w:t>Реальная роль</w:t>
            </w:r>
          </w:p>
        </w:tc>
        <w:tc>
          <w:tcPr>
            <w:tcW w:type="dxa" w:w="3118"/>
          </w:tcPr>
          <w:p>
            <w:pPr>
              <w:ind w:firstLine="0"/>
            </w:pPr>
            <w:r>
              <w:rPr>
                <w:rFonts w:ascii="Times New Roman" w:hAnsi="Times New Roman"/>
                <w:b/>
                <w:sz w:val="22"/>
              </w:rPr>
              <w:t>Ограничение</w:t>
            </w:r>
          </w:p>
        </w:tc>
      </w:tr>
      <w:tr>
        <w:tc>
          <w:tcPr>
            <w:tcW w:type="dxa" w:w="3118"/>
          </w:tcPr>
          <w:p>
            <w:pPr>
              <w:ind w:firstLine="0"/>
            </w:pPr>
            <w:r>
              <w:rPr>
                <w:rFonts w:ascii="Times New Roman" w:hAnsi="Times New Roman"/>
                <w:b/>
                <w:sz w:val="22"/>
              </w:rPr>
              <w:t>Школа, директор</w:t>
            </w:r>
          </w:p>
        </w:tc>
        <w:tc>
          <w:tcPr>
            <w:tcW w:type="dxa" w:w="3118"/>
          </w:tcPr>
          <w:p>
            <w:pPr>
              <w:ind w:firstLine="0"/>
            </w:pPr>
            <w:r>
              <w:rPr>
                <w:rFonts w:ascii="Times New Roman" w:hAnsi="Times New Roman"/>
                <w:b w:val="0"/>
                <w:sz w:val="22"/>
              </w:rPr>
              <w:t xml:space="preserve">обязана обеспечивать безопасные условия, принимать обращения, реагировать на угрозу — </w:t>
            </w:r>
            <w:hyperlink r:id="rId38">
              <w:r>
                <w:rPr>
                  <w:rFonts w:ascii="Times New Roman" w:hAnsi="Times New Roman"/>
                  <w:color w:val="0563C1"/>
                  <w:u w:val="single"/>
                  <w:sz w:val="22"/>
                </w:rPr>
                <w:t xml:space="preserve">ст. 28, 43 ФЗ-273</w:t>
              </w:r>
            </w:hyperlink>
          </w:p>
        </w:tc>
        <w:tc>
          <w:tcPr>
            <w:tcW w:type="dxa" w:w="3118"/>
          </w:tcPr>
          <w:p>
            <w:pPr>
              <w:ind w:firstLine="0"/>
            </w:pPr>
            <w:r>
              <w:rPr>
                <w:rFonts w:ascii="Times New Roman" w:hAnsi="Times New Roman"/>
                <w:b/>
                <w:sz w:val="22"/>
              </w:rPr>
              <w:t>нет единого обязательного алгоритма</w:t>
            </w:r>
            <w:r>
              <w:rPr>
                <w:rFonts w:ascii="Times New Roman" w:hAnsi="Times New Roman"/>
                <w:b w:val="0"/>
                <w:sz w:val="22"/>
              </w:rPr>
              <w:t xml:space="preserve"> и критериев регистрации случая</w:t>
            </w:r>
          </w:p>
        </w:tc>
      </w:tr>
      <w:tr>
        <w:tc>
          <w:tcPr>
            <w:tcW w:type="dxa" w:w="3118"/>
          </w:tcPr>
          <w:p>
            <w:pPr>
              <w:ind w:firstLine="0"/>
            </w:pPr>
            <w:r>
              <w:rPr>
                <w:rFonts w:ascii="Times New Roman" w:hAnsi="Times New Roman"/>
                <w:b/>
                <w:sz w:val="22"/>
              </w:rPr>
              <w:t>Учредитель, органы управления образованием</w:t>
            </w:r>
          </w:p>
        </w:tc>
        <w:tc>
          <w:tcPr>
            <w:tcW w:type="dxa" w:w="3118"/>
          </w:tcPr>
          <w:p>
            <w:pPr>
              <w:ind w:firstLine="0"/>
            </w:pPr>
            <w:r>
              <w:rPr>
                <w:rFonts w:ascii="Times New Roman" w:hAnsi="Times New Roman"/>
                <w:b w:val="0"/>
                <w:sz w:val="22"/>
              </w:rPr>
              <w:t>профилактика, контроль качества</w:t>
            </w:r>
          </w:p>
        </w:tc>
        <w:tc>
          <w:tcPr>
            <w:tcW w:type="dxa" w:w="3118"/>
          </w:tcPr>
          <w:p>
            <w:pPr>
              <w:ind w:firstLine="0"/>
            </w:pPr>
            <w:r>
              <w:rPr>
                <w:rFonts w:ascii="Times New Roman" w:hAnsi="Times New Roman"/>
                <w:b w:val="0"/>
                <w:sz w:val="22"/>
              </w:rPr>
              <w:t>«безопасность психологической среды» не в измеримых KPI</w:t>
            </w:r>
          </w:p>
        </w:tc>
      </w:tr>
      <w:tr>
        <w:tc>
          <w:tcPr>
            <w:tcW w:type="dxa" w:w="3118"/>
          </w:tcPr>
          <w:p>
            <w:pPr>
              <w:ind w:firstLine="0"/>
            </w:pPr>
            <w:r>
              <w:rPr>
                <w:rFonts w:ascii="Times New Roman" w:hAnsi="Times New Roman"/>
                <w:b/>
                <w:sz w:val="22"/>
              </w:rPr>
              <w:t>Комиссия по урегулированию споров</w:t>
            </w:r>
            <w:r>
              <w:rPr>
                <w:rFonts w:ascii="Times New Roman" w:hAnsi="Times New Roman"/>
                <w:b w:val="0"/>
                <w:sz w:val="22"/>
              </w:rPr>
              <w:t xml:space="preserve"> — </w:t>
            </w:r>
            <w:hyperlink r:id="rId116">
              <w:r>
                <w:rPr>
                  <w:rFonts w:ascii="Times New Roman" w:hAnsi="Times New Roman"/>
                  <w:color w:val="0563C1"/>
                  <w:u w:val="single"/>
                  <w:sz w:val="22"/>
                </w:rPr>
                <w:t xml:space="preserve">ст. 45 ФЗ-273</w:t>
              </w:r>
            </w:hyperlink>
          </w:p>
        </w:tc>
        <w:tc>
          <w:tcPr>
            <w:tcW w:type="dxa" w:w="3118"/>
          </w:tcPr>
          <w:p>
            <w:pPr>
              <w:ind w:firstLine="0"/>
            </w:pPr>
            <w:r>
              <w:rPr>
                <w:rFonts w:ascii="Times New Roman" w:hAnsi="Times New Roman"/>
                <w:b w:val="0"/>
                <w:sz w:val="22"/>
              </w:rPr>
              <w:t>разногласия по праву на образование</w:t>
            </w:r>
          </w:p>
        </w:tc>
        <w:tc>
          <w:tcPr>
            <w:tcW w:type="dxa" w:w="3118"/>
          </w:tcPr>
          <w:p>
            <w:pPr>
              <w:ind w:firstLine="0"/>
            </w:pPr>
            <w:r>
              <w:rPr>
                <w:rFonts w:ascii="Times New Roman" w:hAnsi="Times New Roman"/>
                <w:b/>
                <w:sz w:val="22"/>
              </w:rPr>
              <w:t>специально под травлю не рассчитана</w:t>
            </w:r>
            <w:r>
              <w:rPr>
                <w:rFonts w:ascii="Times New Roman" w:hAnsi="Times New Roman"/>
                <w:b w:val="0"/>
                <w:sz w:val="22"/>
              </w:rPr>
              <w:t>; анонимные обращения не рассматриваются</w:t>
            </w:r>
          </w:p>
        </w:tc>
      </w:tr>
      <w:tr>
        <w:tc>
          <w:tcPr>
            <w:tcW w:type="dxa" w:w="3118"/>
          </w:tcPr>
          <w:p>
            <w:pPr>
              <w:ind w:firstLine="0"/>
            </w:pPr>
            <w:r>
              <w:rPr>
                <w:rFonts w:ascii="Times New Roman" w:hAnsi="Times New Roman"/>
                <w:b/>
                <w:sz w:val="22"/>
              </w:rPr>
              <w:t>КДН и ЗП</w:t>
            </w:r>
            <w:r>
              <w:rPr>
                <w:rFonts w:ascii="Times New Roman" w:hAnsi="Times New Roman"/>
                <w:b w:val="0"/>
                <w:sz w:val="22"/>
              </w:rPr>
              <w:t xml:space="preserve"> — </w:t>
            </w:r>
            <w:hyperlink r:id="rId41">
              <w:r>
                <w:rPr>
                  <w:rFonts w:ascii="Times New Roman" w:hAnsi="Times New Roman"/>
                  <w:color w:val="0563C1"/>
                  <w:u w:val="single"/>
                  <w:sz w:val="22"/>
                </w:rPr>
                <w:t xml:space="preserve">ФЗ-120</w:t>
              </w:r>
            </w:hyperlink>
          </w:p>
        </w:tc>
        <w:tc>
          <w:tcPr>
            <w:tcW w:type="dxa" w:w="3118"/>
          </w:tcPr>
          <w:p>
            <w:pPr>
              <w:ind w:firstLine="0"/>
            </w:pPr>
            <w:r>
              <w:rPr>
                <w:rFonts w:ascii="Times New Roman" w:hAnsi="Times New Roman"/>
                <w:b w:val="0"/>
                <w:sz w:val="22"/>
              </w:rPr>
              <w:t>координация профилактики, меры к родителям и детям</w:t>
            </w:r>
          </w:p>
        </w:tc>
        <w:tc>
          <w:tcPr>
            <w:tcW w:type="dxa" w:w="3118"/>
          </w:tcPr>
          <w:p>
            <w:pPr>
              <w:ind w:firstLine="0"/>
            </w:pPr>
            <w:r>
              <w:rPr>
                <w:rFonts w:ascii="Times New Roman" w:hAnsi="Times New Roman"/>
                <w:b w:val="0"/>
                <w:sz w:val="22"/>
              </w:rPr>
              <w:t xml:space="preserve">травля — не отдельный предмет её юрисдикции, но </w:t>
            </w:r>
            <w:r>
              <w:rPr>
                <w:rFonts w:ascii="Times New Roman" w:hAnsi="Times New Roman"/>
                <w:b/>
                <w:sz w:val="22"/>
              </w:rPr>
              <w:t>может подключаться</w:t>
            </w:r>
            <w:r>
              <w:rPr>
                <w:rFonts w:ascii="Times New Roman" w:hAnsi="Times New Roman"/>
                <w:b w:val="0"/>
                <w:sz w:val="22"/>
              </w:rPr>
              <w:t>; решения закрыты</w:t>
            </w:r>
          </w:p>
        </w:tc>
      </w:tr>
      <w:tr>
        <w:tc>
          <w:tcPr>
            <w:tcW w:type="dxa" w:w="3118"/>
          </w:tcPr>
          <w:p>
            <w:pPr>
              <w:ind w:firstLine="0"/>
            </w:pPr>
            <w:r>
              <w:rPr>
                <w:rFonts w:ascii="Times New Roman" w:hAnsi="Times New Roman"/>
                <w:b/>
                <w:sz w:val="22"/>
              </w:rPr>
              <w:t>ПДН ОВД</w:t>
            </w:r>
            <w:r>
              <w:rPr>
                <w:rFonts w:ascii="Times New Roman" w:hAnsi="Times New Roman"/>
                <w:b w:val="0"/>
                <w:sz w:val="22"/>
              </w:rPr>
              <w:t xml:space="preserve"> — </w:t>
            </w:r>
            <w:hyperlink r:id="rId41">
              <w:r>
                <w:rPr>
                  <w:rFonts w:ascii="Times New Roman" w:hAnsi="Times New Roman"/>
                  <w:color w:val="0563C1"/>
                  <w:u w:val="single"/>
                  <w:sz w:val="22"/>
                </w:rPr>
                <w:t xml:space="preserve">ФЗ-120</w:t>
              </w:r>
            </w:hyperlink>
          </w:p>
        </w:tc>
        <w:tc>
          <w:tcPr>
            <w:tcW w:type="dxa" w:w="3118"/>
          </w:tcPr>
          <w:p>
            <w:pPr>
              <w:ind w:firstLine="0"/>
            </w:pPr>
            <w:r>
              <w:rPr>
                <w:rFonts w:ascii="Times New Roman" w:hAnsi="Times New Roman"/>
                <w:b w:val="0"/>
                <w:sz w:val="22"/>
              </w:rPr>
              <w:t>работа с несовершеннолетними правонарушителями</w:t>
            </w:r>
          </w:p>
        </w:tc>
        <w:tc>
          <w:tcPr>
            <w:tcW w:type="dxa" w:w="3118"/>
          </w:tcPr>
          <w:p>
            <w:pPr>
              <w:ind w:firstLine="0"/>
            </w:pPr>
            <w:r>
              <w:rPr>
                <w:rFonts w:ascii="Times New Roman" w:hAnsi="Times New Roman"/>
                <w:b/>
                <w:sz w:val="22"/>
              </w:rPr>
              <w:t>может подключаться</w:t>
            </w:r>
            <w:r>
              <w:rPr>
                <w:rFonts w:ascii="Times New Roman" w:hAnsi="Times New Roman"/>
                <w:b w:val="0"/>
                <w:sz w:val="22"/>
              </w:rPr>
              <w:t xml:space="preserve"> при признаках правонарушения</w:t>
            </w:r>
          </w:p>
        </w:tc>
      </w:tr>
      <w:tr>
        <w:tc>
          <w:tcPr>
            <w:tcW w:type="dxa" w:w="3118"/>
          </w:tcPr>
          <w:p>
            <w:pPr>
              <w:ind w:firstLine="0"/>
            </w:pPr>
            <w:r>
              <w:rPr>
                <w:rFonts w:ascii="Times New Roman" w:hAnsi="Times New Roman"/>
                <w:b/>
                <w:sz w:val="22"/>
              </w:rPr>
              <w:t>Органы опеки</w:t>
            </w:r>
            <w:r>
              <w:rPr>
                <w:rFonts w:ascii="Times New Roman" w:hAnsi="Times New Roman"/>
                <w:b w:val="0"/>
                <w:sz w:val="22"/>
              </w:rPr>
              <w:t xml:space="preserve"> — </w:t>
            </w:r>
            <w:hyperlink r:id="rId41">
              <w:r>
                <w:rPr>
                  <w:rFonts w:ascii="Times New Roman" w:hAnsi="Times New Roman"/>
                  <w:color w:val="0563C1"/>
                  <w:u w:val="single"/>
                  <w:sz w:val="22"/>
                </w:rPr>
                <w:t xml:space="preserve">ФЗ-120</w:t>
              </w:r>
            </w:hyperlink>
          </w:p>
        </w:tc>
        <w:tc>
          <w:tcPr>
            <w:tcW w:type="dxa" w:w="3118"/>
          </w:tcPr>
          <w:p>
            <w:pPr>
              <w:ind w:firstLine="0"/>
            </w:pPr>
            <w:r>
              <w:rPr>
                <w:rFonts w:ascii="Times New Roman" w:hAnsi="Times New Roman"/>
                <w:b w:val="0"/>
                <w:sz w:val="22"/>
              </w:rPr>
              <w:t>защита сирот, реагирование при угрозе жизни</w:t>
            </w:r>
          </w:p>
        </w:tc>
        <w:tc>
          <w:tcPr>
            <w:tcW w:type="dxa" w:w="3118"/>
          </w:tcPr>
          <w:p>
            <w:pPr>
              <w:ind w:firstLine="0"/>
            </w:pPr>
            <w:r>
              <w:rPr>
                <w:rFonts w:ascii="Times New Roman" w:hAnsi="Times New Roman"/>
                <w:b w:val="0"/>
                <w:sz w:val="22"/>
              </w:rPr>
              <w:t>обычным каналом по школьной травле не являются *(гипотеза)*</w:t>
            </w:r>
          </w:p>
        </w:tc>
      </w:tr>
      <w:tr>
        <w:tc>
          <w:tcPr>
            <w:tcW w:type="dxa" w:w="3118"/>
          </w:tcPr>
          <w:p>
            <w:pPr>
              <w:ind w:firstLine="0"/>
            </w:pPr>
            <w:r>
              <w:rPr>
                <w:rFonts w:ascii="Times New Roman" w:hAnsi="Times New Roman"/>
                <w:b/>
                <w:sz w:val="22"/>
              </w:rPr>
              <w:t>Здравоохранение</w:t>
            </w:r>
          </w:p>
        </w:tc>
        <w:tc>
          <w:tcPr>
            <w:tcW w:type="dxa" w:w="3118"/>
          </w:tcPr>
          <w:p>
            <w:pPr>
              <w:ind w:firstLine="0"/>
            </w:pPr>
            <w:r>
              <w:rPr>
                <w:rFonts w:ascii="Times New Roman" w:hAnsi="Times New Roman"/>
                <w:b w:val="0"/>
                <w:sz w:val="22"/>
              </w:rPr>
              <w:t>психиатрическая и психологическая помощь</w:t>
            </w:r>
          </w:p>
        </w:tc>
        <w:tc>
          <w:tcPr>
            <w:tcW w:type="dxa" w:w="3118"/>
          </w:tcPr>
          <w:p>
            <w:pPr>
              <w:ind w:firstLine="0"/>
            </w:pPr>
            <w:r>
              <w:rPr>
                <w:rFonts w:ascii="Times New Roman" w:hAnsi="Times New Roman"/>
                <w:b w:val="0"/>
                <w:sz w:val="22"/>
              </w:rPr>
              <w:t>нет обязывающего канала «школа → медицина»</w:t>
            </w:r>
          </w:p>
        </w:tc>
      </w:tr>
      <w:tr>
        <w:tc>
          <w:tcPr>
            <w:tcW w:type="dxa" w:w="3118"/>
          </w:tcPr>
          <w:p>
            <w:pPr>
              <w:ind w:firstLine="0"/>
            </w:pPr>
            <w:r>
              <w:rPr>
                <w:rFonts w:ascii="Times New Roman" w:hAnsi="Times New Roman"/>
                <w:b/>
                <w:sz w:val="22"/>
              </w:rPr>
              <w:t>Уполномоченные по правам ребёнка</w:t>
            </w:r>
            <w:r>
              <w:rPr>
                <w:rFonts w:ascii="Times New Roman" w:hAnsi="Times New Roman"/>
                <w:b w:val="0"/>
                <w:sz w:val="22"/>
              </w:rPr>
              <w:t xml:space="preserve"> — </w:t>
            </w:r>
            <w:hyperlink r:id="rId117">
              <w:r>
                <w:rPr>
                  <w:rFonts w:ascii="Times New Roman" w:hAnsi="Times New Roman"/>
                  <w:color w:val="0563C1"/>
                  <w:u w:val="single"/>
                  <w:sz w:val="22"/>
                </w:rPr>
                <w:t xml:space="preserve">доклады</w:t>
              </w:r>
            </w:hyperlink>
          </w:p>
        </w:tc>
        <w:tc>
          <w:tcPr>
            <w:tcW w:type="dxa" w:w="3118"/>
          </w:tcPr>
          <w:p>
            <w:pPr>
              <w:ind w:firstLine="0"/>
            </w:pPr>
            <w:r>
              <w:rPr>
                <w:rFonts w:ascii="Times New Roman" w:hAnsi="Times New Roman"/>
                <w:b w:val="0"/>
                <w:sz w:val="22"/>
              </w:rPr>
              <w:t>жалобы, рекомендации, публичные доклады</w:t>
            </w:r>
          </w:p>
        </w:tc>
        <w:tc>
          <w:tcPr>
            <w:tcW w:type="dxa" w:w="3118"/>
          </w:tcPr>
          <w:p>
            <w:pPr>
              <w:ind w:firstLine="0"/>
            </w:pPr>
            <w:r>
              <w:rPr>
                <w:rFonts w:ascii="Times New Roman" w:hAnsi="Times New Roman"/>
                <w:b w:val="0"/>
                <w:sz w:val="22"/>
              </w:rPr>
              <w:t>полномочия рекомендательные</w:t>
            </w:r>
          </w:p>
        </w:tc>
      </w:tr>
      <w:tr>
        <w:tc>
          <w:tcPr>
            <w:tcW w:type="dxa" w:w="3118"/>
          </w:tcPr>
          <w:p>
            <w:pPr>
              <w:ind w:firstLine="0"/>
            </w:pPr>
            <w:r>
              <w:rPr>
                <w:rFonts w:ascii="Times New Roman" w:hAnsi="Times New Roman"/>
                <w:b/>
                <w:sz w:val="22"/>
              </w:rPr>
              <w:t>Прокуратура, суды</w:t>
            </w:r>
            <w:r>
              <w:rPr>
                <w:rFonts w:ascii="Times New Roman" w:hAnsi="Times New Roman"/>
                <w:b w:val="0"/>
                <w:sz w:val="22"/>
              </w:rPr>
              <w:t xml:space="preserve"> — </w:t>
            </w:r>
            <w:hyperlink r:id="rId118">
              <w:r>
                <w:rPr>
                  <w:rFonts w:ascii="Times New Roman" w:hAnsi="Times New Roman"/>
                  <w:color w:val="0563C1"/>
                  <w:u w:val="single"/>
                  <w:sz w:val="22"/>
                </w:rPr>
                <w:t xml:space="preserve">Генпрокуратура</w:t>
              </w:r>
            </w:hyperlink>
          </w:p>
        </w:tc>
        <w:tc>
          <w:tcPr>
            <w:tcW w:type="dxa" w:w="3118"/>
          </w:tcPr>
          <w:p>
            <w:pPr>
              <w:ind w:firstLine="0"/>
            </w:pPr>
            <w:r>
              <w:rPr>
                <w:rFonts w:ascii="Times New Roman" w:hAnsi="Times New Roman"/>
                <w:b/>
                <w:sz w:val="22"/>
              </w:rPr>
              <w:t>фактически главный работающий инструмент</w:t>
            </w:r>
          </w:p>
        </w:tc>
        <w:tc>
          <w:tcPr>
            <w:tcW w:type="dxa" w:w="3118"/>
          </w:tcPr>
          <w:p>
            <w:pPr>
              <w:ind w:firstLine="0"/>
            </w:pPr>
            <w:r>
              <w:rPr>
                <w:rFonts w:ascii="Times New Roman" w:hAnsi="Times New Roman"/>
                <w:b w:val="0"/>
                <w:sz w:val="22"/>
              </w:rPr>
              <w:t>реагирование постфактум, при резонансе</w:t>
            </w:r>
          </w:p>
        </w:tc>
      </w:tr>
    </w:tbl>
    <w:p>
      <w:r>
        <w:rPr>
          <w:rFonts w:ascii="Times New Roman" w:hAnsi="Times New Roman"/>
          <w:b/>
          <w:sz w:val="28"/>
        </w:rPr>
        <w:t>Разрывы:</w:t>
      </w:r>
      <w:r>
        <w:rPr>
          <w:rFonts w:ascii="Times New Roman" w:hAnsi="Times New Roman"/>
          <w:b w:val="0"/>
          <w:sz w:val="28"/>
        </w:rPr>
        <w:t xml:space="preserve"> (1) нет </w:t>
      </w:r>
      <w:r>
        <w:rPr>
          <w:rFonts w:ascii="Times New Roman" w:hAnsi="Times New Roman"/>
          <w:b/>
          <w:sz w:val="28"/>
        </w:rPr>
        <w:t>единой специальной правовой рамки</w:t>
      </w:r>
      <w:r>
        <w:rPr>
          <w:rFonts w:ascii="Times New Roman" w:hAnsi="Times New Roman"/>
          <w:b w:val="0"/>
          <w:sz w:val="28"/>
        </w:rPr>
        <w:t xml:space="preserve"> и состава «буллинг»; (2) нет </w:t>
      </w:r>
      <w:r>
        <w:rPr>
          <w:rFonts w:ascii="Times New Roman" w:hAnsi="Times New Roman"/>
          <w:b/>
          <w:sz w:val="28"/>
        </w:rPr>
        <w:t>единого обязательного алгоритма и ответственности за несообщение</w:t>
      </w:r>
      <w:r>
        <w:rPr>
          <w:rFonts w:ascii="Times New Roman" w:hAnsi="Times New Roman"/>
          <w:b w:val="0"/>
          <w:sz w:val="28"/>
        </w:rPr>
        <w:t xml:space="preserve">; (3) ребёнок-жертва из «благополучной» семьи формально </w:t>
      </w:r>
      <w:r>
        <w:rPr>
          <w:rFonts w:ascii="Times New Roman" w:hAnsi="Times New Roman"/>
          <w:b/>
          <w:sz w:val="28"/>
        </w:rPr>
        <w:t>вне фокуса системы профилактики</w:t>
      </w:r>
      <w:r>
        <w:rPr>
          <w:rFonts w:ascii="Times New Roman" w:hAnsi="Times New Roman"/>
          <w:b w:val="0"/>
          <w:sz w:val="28"/>
        </w:rPr>
        <w:t xml:space="preserve"> (</w:t>
      </w:r>
      <w:hyperlink r:id="rId41">
        <w:r>
          <w:rPr>
            <w:rFonts w:ascii="Times New Roman" w:hAnsi="Times New Roman"/>
            <w:color w:val="0563C1"/>
            <w:u w:val="single"/>
            <w:sz w:val="24"/>
          </w:rPr>
          <w:t xml:space="preserve">ФЗ-120</w:t>
        </w:r>
      </w:hyperlink>
      <w:r>
        <w:rPr>
          <w:rFonts w:ascii="Times New Roman" w:hAnsi="Times New Roman"/>
          <w:b w:val="0"/>
          <w:sz w:val="28"/>
        </w:rPr>
        <w:t xml:space="preserve">); (4) медиация не обязательна — но при травле она может быть </w:t>
      </w:r>
      <w:r>
        <w:rPr>
          <w:rFonts w:ascii="Times New Roman" w:hAnsi="Times New Roman"/>
          <w:b/>
          <w:sz w:val="28"/>
        </w:rPr>
        <w:t>небезопасной</w:t>
      </w:r>
      <w:r>
        <w:rPr>
          <w:rFonts w:ascii="Times New Roman" w:hAnsi="Times New Roman"/>
          <w:b w:val="0"/>
          <w:sz w:val="28"/>
        </w:rPr>
        <w:t xml:space="preserve">; (5) </w:t>
      </w:r>
      <w:r>
        <w:rPr>
          <w:rFonts w:ascii="Times New Roman" w:hAnsi="Times New Roman"/>
          <w:b/>
          <w:sz w:val="28"/>
        </w:rPr>
        <w:t>стимулы к сокрытию</w:t>
      </w:r>
      <w:r>
        <w:rPr>
          <w:rFonts w:ascii="Times New Roman" w:hAnsi="Times New Roman"/>
          <w:b w:val="0"/>
          <w:sz w:val="28"/>
        </w:rPr>
        <w:t xml:space="preserve"> при отсутствии защищённых каналов сигнала; (6) </w:t>
      </w:r>
      <w:r>
        <w:rPr>
          <w:rFonts w:ascii="Times New Roman" w:hAnsi="Times New Roman"/>
          <w:b/>
          <w:sz w:val="28"/>
        </w:rPr>
        <w:t>первичные документы закрыты</w:t>
      </w:r>
      <w:r>
        <w:rPr>
          <w:rFonts w:ascii="Times New Roman" w:hAnsi="Times New Roman"/>
          <w:b w:val="0"/>
          <w:sz w:val="28"/>
        </w:rPr>
        <w:t xml:space="preserve"> → практику нельзя ни измерить, ни улучшить.</w:t>
      </w:r>
    </w:p>
    <w:p>
      <w:r>
        <w:rPr>
          <w:rFonts w:ascii="Times New Roman" w:hAnsi="Times New Roman"/>
          <w:b/>
          <w:sz w:val="28"/>
        </w:rPr>
        <w:t>Третий сектор:</w:t>
      </w:r>
      <w:r>
        <w:rPr>
          <w:rFonts w:ascii="Times New Roman" w:hAnsi="Times New Roman"/>
          <w:b w:val="0"/>
          <w:sz w:val="28"/>
        </w:rPr>
        <w:t xml:space="preserve"> НКО дают методическую инфраструктуру и просветительство, но </w:t>
      </w:r>
      <w:r>
        <w:rPr>
          <w:rFonts w:ascii="Times New Roman" w:hAnsi="Times New Roman"/>
          <w:b/>
          <w:sz w:val="28"/>
        </w:rPr>
        <w:t>не ведут непрерывной статистики обращений</w:t>
      </w:r>
      <w:r>
        <w:rPr>
          <w:rFonts w:ascii="Times New Roman" w:hAnsi="Times New Roman"/>
          <w:b w:val="0"/>
          <w:sz w:val="28"/>
        </w:rPr>
        <w:t xml:space="preserve">. Ссылки на действующие проекты: </w:t>
      </w:r>
      <w:hyperlink r:id="rId119">
        <w:r>
          <w:rPr>
            <w:rFonts w:ascii="Times New Roman" w:hAnsi="Times New Roman"/>
            <w:color w:val="0563C1"/>
            <w:u w:val="single"/>
            <w:sz w:val="24"/>
          </w:rPr>
          <w:t xml:space="preserve">ТравлиNET</w:t>
        </w:r>
      </w:hyperlink>
      <w:r>
        <w:rPr>
          <w:rFonts w:ascii="Times New Roman" w:hAnsi="Times New Roman"/>
          <w:b w:val="0"/>
          <w:sz w:val="28"/>
        </w:rPr>
        <w:t xml:space="preserve">, </w:t>
      </w:r>
      <w:hyperlink r:id="rId120">
        <w:r>
          <w:rPr>
            <w:rFonts w:ascii="Times New Roman" w:hAnsi="Times New Roman"/>
            <w:color w:val="0563C1"/>
            <w:u w:val="single"/>
            <w:sz w:val="24"/>
          </w:rPr>
          <w:t xml:space="preserve">каждыйважен.рф</w:t>
        </w:r>
      </w:hyperlink>
      <w:r>
        <w:rPr>
          <w:rFonts w:ascii="Times New Roman" w:hAnsi="Times New Roman"/>
          <w:b w:val="0"/>
          <w:sz w:val="28"/>
        </w:rPr>
        <w:t xml:space="preserve">, </w:t>
      </w:r>
      <w:hyperlink r:id="rId121">
        <w:r>
          <w:rPr>
            <w:rFonts w:ascii="Times New Roman" w:hAnsi="Times New Roman"/>
            <w:color w:val="0563C1"/>
            <w:u w:val="single"/>
            <w:sz w:val="24"/>
          </w:rPr>
          <w:t xml:space="preserve">антибуллинговый портал для московских школ</w:t>
        </w:r>
      </w:hyperlink>
      <w:r>
        <w:rPr>
          <w:rFonts w:ascii="Times New Roman" w:hAnsi="Times New Roman"/>
          <w:b w:val="0"/>
          <w:sz w:val="28"/>
        </w:rPr>
        <w:t xml:space="preserve">, </w:t>
      </w:r>
      <w:hyperlink r:id="rId122">
        <w:r>
          <w:rPr>
            <w:rFonts w:ascii="Times New Roman" w:hAnsi="Times New Roman"/>
            <w:color w:val="0563C1"/>
            <w:u w:val="single"/>
            <w:sz w:val="24"/>
          </w:rPr>
          <w:t xml:space="preserve">Фонд поддержки детей (детский телефон доверия)</w:t>
        </w:r>
      </w:hyperlink>
      <w:r>
        <w:rPr>
          <w:rFonts w:ascii="Times New Roman" w:hAnsi="Times New Roman"/>
          <w:b w:val="0"/>
          <w:sz w:val="28"/>
        </w:rPr>
        <w:t>.</w:t>
      </w:r>
    </w:p>
    <w:p>
      <w:pPr>
        <w:spacing w:after="80"/>
        <w:ind w:firstLine="0"/>
      </w:pPr>
      <w:r>
        <w:rPr>
          <w:rFonts w:ascii="Times New Roman" w:hAnsi="Times New Roman"/>
          <w:b/>
          <w:sz w:val="28"/>
        </w:rPr>
        <w:t>9. Группы риска и уязвимые группы</w:t>
      </w:r>
    </w:p>
    <w:p>
      <w:pPr>
        <w:spacing w:after="40"/>
        <w:ind w:firstLine="0"/>
      </w:pPr>
      <w:r>
        <w:rPr>
          <w:rFonts w:ascii="Times New Roman" w:hAnsi="Times New Roman"/>
          <w:b w:val="0"/>
          <w:sz w:val="28"/>
        </w:rPr>
        <w:t xml:space="preserve">– </w:t>
      </w:r>
      <w:r>
        <w:rPr>
          <w:rFonts w:ascii="Times New Roman" w:hAnsi="Times New Roman"/>
          <w:b/>
          <w:sz w:val="28"/>
        </w:rPr>
        <w:t>Возраст:</w:t>
      </w:r>
      <w:r>
        <w:rPr>
          <w:rFonts w:ascii="Times New Roman" w:hAnsi="Times New Roman"/>
          <w:b w:val="0"/>
          <w:sz w:val="28"/>
        </w:rPr>
        <w:t xml:space="preserve"> пик — 6–9 классы; максимум в 6 классах (19,4 %), минимум в 9 (11,1 %) — </w:t>
      </w:r>
      <w:hyperlink r:id="rId16">
        <w:r>
          <w:rPr>
            <w:rFonts w:ascii="Times New Roman" w:hAnsi="Times New Roman"/>
            <w:color w:val="0563C1"/>
            <w:u w:val="single"/>
            <w:sz w:val="24"/>
          </w:rPr>
          <w:t xml:space="preserve">Иванюшина и др., 2021</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Пол:</w:t>
      </w:r>
      <w:r>
        <w:rPr>
          <w:rFonts w:ascii="Times New Roman" w:hAnsi="Times New Roman"/>
          <w:b w:val="0"/>
          <w:sz w:val="28"/>
        </w:rPr>
        <w:t xml:space="preserve"> мальчики чаще жертвы физической агрессии, девочки — вербальной и социальной — </w:t>
      </w:r>
      <w:hyperlink r:id="rId16">
        <w:r>
          <w:rPr>
            <w:rFonts w:ascii="Times New Roman" w:hAnsi="Times New Roman"/>
            <w:color w:val="0563C1"/>
            <w:u w:val="single"/>
            <w:sz w:val="24"/>
          </w:rPr>
          <w:t xml:space="preserve">там же</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Роль свидетеля</w:t>
      </w:r>
      <w:r>
        <w:rPr>
          <w:rFonts w:ascii="Times New Roman" w:hAnsi="Times New Roman"/>
          <w:b w:val="0"/>
          <w:sz w:val="28"/>
        </w:rPr>
        <w:t xml:space="preserve"> — самая массовая (29–39 %) — </w:t>
      </w:r>
      <w:hyperlink r:id="rId21">
        <w:r>
          <w:rPr>
            <w:rFonts w:ascii="Times New Roman" w:hAnsi="Times New Roman"/>
            <w:color w:val="0563C1"/>
            <w:u w:val="single"/>
            <w:sz w:val="24"/>
          </w:rPr>
          <w:t xml:space="preserve">Новикова/Реан/Коновалов, 2021</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Уязвимые группы</w:t>
      </w:r>
      <w:r>
        <w:rPr>
          <w:rFonts w:ascii="Times New Roman" w:hAnsi="Times New Roman"/>
          <w:b w:val="0"/>
          <w:sz w:val="28"/>
        </w:rPr>
        <w:t xml:space="preserve"> (дети с ОВЗ, миграционным опытом, сироты, из бедных семей): </w:t>
      </w:r>
      <w:r>
        <w:rPr>
          <w:rFonts w:ascii="Times New Roman" w:hAnsi="Times New Roman"/>
          <w:b/>
          <w:sz w:val="28"/>
        </w:rPr>
        <w:t>данные раскрыты слабо</w:t>
      </w:r>
      <w:r>
        <w:rPr>
          <w:rFonts w:ascii="Times New Roman" w:hAnsi="Times New Roman"/>
          <w:b w:val="0"/>
          <w:sz w:val="28"/>
        </w:rPr>
        <w:t xml:space="preserve">. Видны случаи травли </w:t>
      </w:r>
      <w:r>
        <w:rPr>
          <w:rFonts w:ascii="Times New Roman" w:hAnsi="Times New Roman"/>
          <w:b/>
          <w:sz w:val="28"/>
        </w:rPr>
        <w:t>по признаку национальности и внешности</w:t>
      </w:r>
      <w:r>
        <w:rPr>
          <w:rFonts w:ascii="Times New Roman" w:hAnsi="Times New Roman"/>
          <w:b w:val="0"/>
          <w:sz w:val="28"/>
        </w:rPr>
        <w:t xml:space="preserve"> (Дагестан, 2024 — </w:t>
      </w:r>
      <w:hyperlink r:id="rId77">
        <w:r>
          <w:rPr>
            <w:rFonts w:ascii="Times New Roman" w:hAnsi="Times New Roman"/>
            <w:color w:val="0563C1"/>
            <w:u w:val="single"/>
            <w:sz w:val="24"/>
          </w:rPr>
          <w:t xml:space="preserve">«Афиша Daily»</w:t>
        </w:r>
      </w:hyperlink>
      <w:r>
        <w:rPr>
          <w:rFonts w:ascii="Times New Roman" w:hAnsi="Times New Roman"/>
          <w:b w:val="0"/>
          <w:sz w:val="28"/>
        </w:rPr>
        <w:t xml:space="preserve">) и </w:t>
      </w:r>
      <w:r>
        <w:rPr>
          <w:rFonts w:ascii="Times New Roman" w:hAnsi="Times New Roman"/>
          <w:b/>
          <w:sz w:val="28"/>
        </w:rPr>
        <w:t>ребёнка с ОВЗ</w:t>
      </w:r>
      <w:r>
        <w:rPr>
          <w:rFonts w:ascii="Times New Roman" w:hAnsi="Times New Roman"/>
          <w:b w:val="0"/>
          <w:sz w:val="28"/>
        </w:rPr>
        <w:t xml:space="preserve"> (Ивановская обл., 2026 — </w:t>
      </w:r>
      <w:hyperlink r:id="rId92">
        <w:r>
          <w:rPr>
            <w:rFonts w:ascii="Times New Roman" w:hAnsi="Times New Roman"/>
            <w:color w:val="0563C1"/>
            <w:u w:val="single"/>
            <w:sz w:val="24"/>
          </w:rPr>
          <w:t xml:space="preserve">I3vestno</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Пробелы в охвате:</w:t>
      </w:r>
      <w:r>
        <w:rPr>
          <w:rFonts w:ascii="Times New Roman" w:hAnsi="Times New Roman"/>
          <w:b w:val="0"/>
          <w:sz w:val="28"/>
        </w:rPr>
        <w:t xml:space="preserve"> начальная школа, 10–11 классы, колледжи (СПО), семейное обучение, а также </w:t>
      </w:r>
      <w:r>
        <w:rPr>
          <w:rFonts w:ascii="Times New Roman" w:hAnsi="Times New Roman"/>
          <w:b/>
          <w:sz w:val="28"/>
        </w:rPr>
        <w:t>последствия</w:t>
      </w:r>
      <w:r>
        <w:rPr>
          <w:rFonts w:ascii="Times New Roman" w:hAnsi="Times New Roman"/>
          <w:b w:val="0"/>
          <w:sz w:val="28"/>
        </w:rPr>
        <w:t xml:space="preserve"> травли.</w:t>
      </w:r>
    </w:p>
    <w:p>
      <w:pPr>
        <w:spacing w:after="80"/>
        <w:ind w:firstLine="0"/>
      </w:pPr>
      <w:r>
        <w:rPr>
          <w:rFonts w:ascii="Times New Roman" w:hAnsi="Times New Roman"/>
          <w:b/>
          <w:sz w:val="28"/>
        </w:rPr>
        <w:t>10. Ограничения этого этапа</w:t>
      </w:r>
    </w:p>
    <w:p>
      <w:pPr>
        <w:spacing w:after="40"/>
        <w:ind w:firstLine="0"/>
      </w:pPr>
      <w:r>
        <w:rPr>
          <w:rFonts w:ascii="Times New Roman" w:hAnsi="Times New Roman"/>
          <w:b w:val="0"/>
          <w:sz w:val="28"/>
        </w:rPr>
        <w:t xml:space="preserve">1. </w:t>
      </w:r>
      <w:r>
        <w:rPr>
          <w:rFonts w:ascii="Times New Roman" w:hAnsi="Times New Roman"/>
          <w:b/>
          <w:sz w:val="28"/>
        </w:rPr>
        <w:t>Самоотчёты</w:t>
      </w:r>
      <w:r>
        <w:rPr>
          <w:rFonts w:ascii="Times New Roman" w:hAnsi="Times New Roman"/>
          <w:b w:val="0"/>
          <w:sz w:val="28"/>
        </w:rPr>
        <w:t xml:space="preserve"> и страх отвечать → искажение в обе стороны *(обоснование — </w:t>
      </w:r>
      <w:hyperlink r:id="rId21">
        <w:r>
          <w:rPr>
            <w:rFonts w:ascii="Times New Roman" w:hAnsi="Times New Roman"/>
            <w:color w:val="0563C1"/>
            <w:u w:val="single"/>
            <w:sz w:val="24"/>
          </w:rPr>
          <w:t xml:space="preserve">Новикова/Реан/Коновалов, 2021</w:t>
        </w:r>
      </w:hyperlink>
      <w:r>
        <w:rPr>
          <w:rFonts w:ascii="Times New Roman" w:hAnsi="Times New Roman"/>
          <w:b w:val="0"/>
          <w:sz w:val="28"/>
        </w:rPr>
        <w:t>)*.</w:t>
      </w:r>
    </w:p>
    <w:p>
      <w:pPr>
        <w:spacing w:after="40"/>
        <w:ind w:firstLine="0"/>
      </w:pPr>
      <w:r>
        <w:rPr>
          <w:rFonts w:ascii="Times New Roman" w:hAnsi="Times New Roman"/>
          <w:b w:val="0"/>
          <w:sz w:val="28"/>
        </w:rPr>
        <w:t xml:space="preserve">2. </w:t>
      </w:r>
      <w:r>
        <w:rPr>
          <w:rFonts w:ascii="Times New Roman" w:hAnsi="Times New Roman"/>
          <w:b/>
          <w:sz w:val="28"/>
        </w:rPr>
        <w:t>Нет единого определения</w:t>
      </w:r>
      <w:r>
        <w:rPr>
          <w:rFonts w:ascii="Times New Roman" w:hAnsi="Times New Roman"/>
          <w:b w:val="0"/>
          <w:sz w:val="28"/>
        </w:rPr>
        <w:t xml:space="preserve"> и инструмента → цифры несопоставимы.</w:t>
      </w:r>
    </w:p>
    <w:p>
      <w:pPr>
        <w:spacing w:after="40"/>
        <w:ind w:firstLine="0"/>
      </w:pPr>
      <w:r>
        <w:rPr>
          <w:rFonts w:ascii="Times New Roman" w:hAnsi="Times New Roman"/>
          <w:b w:val="0"/>
          <w:sz w:val="28"/>
        </w:rPr>
        <w:t xml:space="preserve">3. </w:t>
      </w:r>
      <w:r>
        <w:rPr>
          <w:rFonts w:ascii="Times New Roman" w:hAnsi="Times New Roman"/>
          <w:b/>
          <w:sz w:val="28"/>
        </w:rPr>
        <w:t>Региональная непредставительность</w:t>
      </w:r>
      <w:r>
        <w:rPr>
          <w:rFonts w:ascii="Times New Roman" w:hAnsi="Times New Roman"/>
          <w:b w:val="0"/>
          <w:sz w:val="28"/>
        </w:rPr>
        <w:t xml:space="preserve"> большинства исследований.</w:t>
      </w:r>
    </w:p>
    <w:p>
      <w:pPr>
        <w:spacing w:after="40"/>
        <w:ind w:firstLine="0"/>
      </w:pPr>
      <w:r>
        <w:rPr>
          <w:rFonts w:ascii="Times New Roman" w:hAnsi="Times New Roman"/>
          <w:b w:val="0"/>
          <w:sz w:val="28"/>
        </w:rPr>
        <w:t xml:space="preserve">4. </w:t>
      </w:r>
      <w:r>
        <w:rPr>
          <w:rFonts w:ascii="Times New Roman" w:hAnsi="Times New Roman"/>
          <w:b/>
          <w:sz w:val="28"/>
        </w:rPr>
        <w:t>Административная статистика недоступна</w:t>
      </w:r>
      <w:r>
        <w:rPr>
          <w:rFonts w:ascii="Times New Roman" w:hAnsi="Times New Roman"/>
          <w:b w:val="0"/>
          <w:sz w:val="28"/>
        </w:rPr>
        <w:t>: решения КДН не публикуются (</w:t>
      </w:r>
      <w:hyperlink r:id="rId41">
        <w:r>
          <w:rPr>
            <w:rFonts w:ascii="Times New Roman" w:hAnsi="Times New Roman"/>
            <w:color w:val="0563C1"/>
            <w:u w:val="single"/>
            <w:sz w:val="24"/>
          </w:rPr>
          <w:t xml:space="preserve">ФЗ-120</w:t>
        </w:r>
      </w:hyperlink>
      <w:r>
        <w:rPr>
          <w:rFonts w:ascii="Times New Roman" w:hAnsi="Times New Roman"/>
          <w:b w:val="0"/>
          <w:sz w:val="28"/>
        </w:rPr>
        <w:t>), акты прокуратуры — редко.</w:t>
      </w:r>
    </w:p>
    <w:p>
      <w:pPr>
        <w:spacing w:after="40"/>
        <w:ind w:firstLine="0"/>
      </w:pPr>
      <w:r>
        <w:rPr>
          <w:rFonts w:ascii="Times New Roman" w:hAnsi="Times New Roman"/>
          <w:b w:val="0"/>
          <w:sz w:val="28"/>
        </w:rPr>
        <w:t xml:space="preserve">5. </w:t>
      </w:r>
      <w:r>
        <w:rPr>
          <w:rFonts w:ascii="Times New Roman" w:hAnsi="Times New Roman"/>
          <w:b/>
          <w:sz w:val="28"/>
        </w:rPr>
        <w:t>Исходы дел часто неизвестны.</w:t>
      </w:r>
    </w:p>
    <w:p>
      <w:pPr>
        <w:spacing w:after="40"/>
        <w:ind w:firstLine="0"/>
      </w:pPr>
      <w:r>
        <w:rPr>
          <w:rFonts w:ascii="Times New Roman" w:hAnsi="Times New Roman"/>
          <w:b w:val="0"/>
          <w:sz w:val="28"/>
        </w:rPr>
        <w:t xml:space="preserve">6. </w:t>
      </w:r>
      <w:r>
        <w:rPr>
          <w:rFonts w:ascii="Times New Roman" w:hAnsi="Times New Roman"/>
          <w:b/>
          <w:sz w:val="28"/>
        </w:rPr>
        <w:t>Отбор инцидентов смещён к резонансным</w:t>
      </w:r>
      <w:r>
        <w:rPr>
          <w:rFonts w:ascii="Times New Roman" w:hAnsi="Times New Roman"/>
          <w:b w:val="0"/>
          <w:sz w:val="28"/>
        </w:rPr>
        <w:t xml:space="preserve"> — это «видимые случаи».</w:t>
      </w:r>
    </w:p>
    <w:p>
      <w:pPr>
        <w:spacing w:after="40"/>
        <w:ind w:firstLine="0"/>
      </w:pPr>
      <w:r>
        <w:rPr>
          <w:rFonts w:ascii="Times New Roman" w:hAnsi="Times New Roman"/>
          <w:b w:val="0"/>
          <w:sz w:val="28"/>
        </w:rPr>
        <w:t xml:space="preserve">7. </w:t>
      </w:r>
      <w:r>
        <w:rPr>
          <w:rFonts w:ascii="Times New Roman" w:hAnsi="Times New Roman"/>
          <w:b/>
          <w:sz w:val="28"/>
        </w:rPr>
        <w:t>Смешаны разные категории и стадии</w:t>
      </w:r>
      <w:r>
        <w:rPr>
          <w:rFonts w:ascii="Times New Roman" w:hAnsi="Times New Roman"/>
          <w:b w:val="0"/>
          <w:sz w:val="28"/>
        </w:rPr>
        <w:t>; «возбуждено дело» ≠ «факт травли установлен».</w:t>
      </w:r>
    </w:p>
    <w:p>
      <w:pPr>
        <w:spacing w:after="40"/>
        <w:ind w:firstLine="0"/>
      </w:pPr>
      <w:r>
        <w:rPr>
          <w:rFonts w:ascii="Times New Roman" w:hAnsi="Times New Roman"/>
          <w:b w:val="0"/>
          <w:sz w:val="28"/>
        </w:rPr>
        <w:t xml:space="preserve">8. </w:t>
      </w:r>
      <w:r>
        <w:rPr>
          <w:rFonts w:ascii="Times New Roman" w:hAnsi="Times New Roman"/>
          <w:b/>
          <w:sz w:val="28"/>
        </w:rPr>
        <w:t>Нет номеров дел и результатов обжалования</w:t>
      </w:r>
      <w:r>
        <w:rPr>
          <w:rFonts w:ascii="Times New Roman" w:hAnsi="Times New Roman"/>
          <w:b w:val="0"/>
          <w:sz w:val="28"/>
        </w:rPr>
        <w:t xml:space="preserve"> по большинству кейсов.</w:t>
      </w:r>
    </w:p>
    <w:p>
      <w:pPr>
        <w:spacing w:after="40"/>
        <w:ind w:firstLine="0"/>
      </w:pPr>
      <w:r>
        <w:rPr>
          <w:rFonts w:ascii="Times New Roman" w:hAnsi="Times New Roman"/>
          <w:b w:val="0"/>
          <w:sz w:val="28"/>
        </w:rPr>
        <w:t xml:space="preserve">9. </w:t>
      </w:r>
      <w:r>
        <w:rPr>
          <w:rFonts w:ascii="Times New Roman" w:hAnsi="Times New Roman"/>
          <w:b/>
          <w:sz w:val="28"/>
        </w:rPr>
        <w:t>Риск повторной идентификации</w:t>
      </w:r>
      <w:r>
        <w:rPr>
          <w:rFonts w:ascii="Times New Roman" w:hAnsi="Times New Roman"/>
          <w:b w:val="0"/>
          <w:sz w:val="28"/>
        </w:rPr>
        <w:t xml:space="preserve"> по сочетанию «регион + год + тип + сумма».</w:t>
      </w:r>
    </w:p>
    <w:p>
      <w:pPr>
        <w:spacing w:after="40"/>
        <w:ind w:firstLine="0"/>
      </w:pPr>
      <w:r>
        <w:rPr>
          <w:rFonts w:ascii="Times New Roman" w:hAnsi="Times New Roman"/>
          <w:b w:val="0"/>
          <w:sz w:val="28"/>
        </w:rPr>
        <w:t xml:space="preserve">10. </w:t>
      </w:r>
      <w:r>
        <w:rPr>
          <w:rFonts w:ascii="Times New Roman" w:hAnsi="Times New Roman"/>
          <w:b/>
          <w:sz w:val="28"/>
        </w:rPr>
        <w:t>Часть цифр вторична</w:t>
      </w:r>
      <w:r>
        <w:rPr>
          <w:rFonts w:ascii="Times New Roman" w:hAnsi="Times New Roman"/>
          <w:b w:val="0"/>
          <w:sz w:val="28"/>
        </w:rPr>
        <w:t xml:space="preserve"> (СМИ) — помечены `NOT VERIFIED`.</w:t>
      </w:r>
    </w:p>
    <w:p>
      <w:pPr>
        <w:spacing w:after="80"/>
        <w:ind w:firstLine="0"/>
      </w:pPr>
      <w:r>
        <w:rPr>
          <w:rFonts w:ascii="Times New Roman" w:hAnsi="Times New Roman"/>
          <w:b/>
          <w:sz w:val="28"/>
        </w:rPr>
        <w:t>11. Сверка с целями (правило R-06)</w:t>
      </w:r>
    </w:p>
    <w:tbl>
      <w:tblPr>
        <w:tblStyle w:val="TableGrid"/>
        <w:tblW w:type="auto" w:w="0"/>
        <w:jc w:val="center"/>
        <w:tblLook w:firstColumn="1" w:firstRow="1" w:lastColumn="0" w:lastRow="0" w:noHBand="0" w:noVBand="1" w:val="04A0"/>
      </w:tblPr>
      <w:tblGrid>
        <w:gridCol w:w="4677"/>
        <w:gridCol w:w="4677"/>
      </w:tblGrid>
      <w:tr>
        <w:tc>
          <w:tcPr>
            <w:tcW w:type="dxa" w:w="4677"/>
          </w:tcPr>
          <w:p>
            <w:pPr>
              <w:ind w:firstLine="0"/>
            </w:pPr>
            <w:r>
              <w:rPr>
                <w:rFonts w:ascii="Times New Roman" w:hAnsi="Times New Roman"/>
                <w:b/>
                <w:sz w:val="22"/>
              </w:rPr>
              <w:t>Цель</w:t>
            </w:r>
          </w:p>
        </w:tc>
        <w:tc>
          <w:tcPr>
            <w:tcW w:type="dxa" w:w="4677"/>
          </w:tcPr>
          <w:p>
            <w:pPr>
              <w:ind w:firstLine="0"/>
            </w:pPr>
            <w:r>
              <w:rPr>
                <w:rFonts w:ascii="Times New Roman" w:hAnsi="Times New Roman"/>
                <w:b/>
                <w:sz w:val="22"/>
              </w:rPr>
              <w:t>Держится ли рамка</w:t>
            </w:r>
          </w:p>
        </w:tc>
      </w:tr>
      <w:tr>
        <w:tc>
          <w:tcPr>
            <w:tcW w:type="dxa" w:w="4677"/>
          </w:tcPr>
          <w:p>
            <w:pPr>
              <w:ind w:firstLine="0"/>
            </w:pPr>
            <w:r>
              <w:rPr>
                <w:rFonts w:ascii="Times New Roman" w:hAnsi="Times New Roman"/>
                <w:b w:val="0"/>
                <w:sz w:val="22"/>
              </w:rPr>
              <w:t>Понять реальный масштаб</w:t>
            </w:r>
          </w:p>
        </w:tc>
        <w:tc>
          <w:tcPr>
            <w:tcW w:type="dxa" w:w="4677"/>
          </w:tcPr>
          <w:p>
            <w:pPr>
              <w:ind w:firstLine="0"/>
            </w:pPr>
            <w:r>
              <w:rPr>
                <w:rFonts w:ascii="Times New Roman" w:hAnsi="Times New Roman"/>
                <w:b w:val="0"/>
                <w:sz w:val="22"/>
              </w:rPr>
              <w:t>да, с оговоркой: единой федеральной оценки нет</w:t>
            </w:r>
          </w:p>
        </w:tc>
      </w:tr>
      <w:tr>
        <w:tc>
          <w:tcPr>
            <w:tcW w:type="dxa" w:w="4677"/>
          </w:tcPr>
          <w:p>
            <w:pPr>
              <w:ind w:firstLine="0"/>
            </w:pPr>
            <w:r>
              <w:rPr>
                <w:rFonts w:ascii="Times New Roman" w:hAnsi="Times New Roman"/>
                <w:b w:val="0"/>
                <w:sz w:val="22"/>
              </w:rPr>
              <w:t>Понять правовую основу</w:t>
            </w:r>
          </w:p>
        </w:tc>
        <w:tc>
          <w:tcPr>
            <w:tcW w:type="dxa" w:w="4677"/>
          </w:tcPr>
          <w:p>
            <w:pPr>
              <w:ind w:firstLine="0"/>
            </w:pPr>
            <w:r>
              <w:rPr>
                <w:rFonts w:ascii="Times New Roman" w:hAnsi="Times New Roman"/>
                <w:b w:val="0"/>
                <w:sz w:val="22"/>
              </w:rPr>
              <w:t>да: рамка фрагментарна, специального закона и состава нет</w:t>
            </w:r>
          </w:p>
        </w:tc>
      </w:tr>
      <w:tr>
        <w:tc>
          <w:tcPr>
            <w:tcW w:type="dxa" w:w="4677"/>
          </w:tcPr>
          <w:p>
            <w:pPr>
              <w:ind w:firstLine="0"/>
            </w:pPr>
            <w:r>
              <w:rPr>
                <w:rFonts w:ascii="Times New Roman" w:hAnsi="Times New Roman"/>
                <w:b w:val="0"/>
                <w:sz w:val="22"/>
              </w:rPr>
              <w:t>Понять, кто отвечает</w:t>
            </w:r>
          </w:p>
        </w:tc>
        <w:tc>
          <w:tcPr>
            <w:tcW w:type="dxa" w:w="4677"/>
          </w:tcPr>
          <w:p>
            <w:pPr>
              <w:ind w:firstLine="0"/>
            </w:pPr>
            <w:r>
              <w:rPr>
                <w:rFonts w:ascii="Times New Roman" w:hAnsi="Times New Roman"/>
                <w:b w:val="0"/>
                <w:sz w:val="22"/>
              </w:rPr>
              <w:t>да: роли и разрывы описаны</w:t>
            </w:r>
          </w:p>
        </w:tc>
      </w:tr>
      <w:tr>
        <w:tc>
          <w:tcPr>
            <w:tcW w:type="dxa" w:w="4677"/>
          </w:tcPr>
          <w:p>
            <w:pPr>
              <w:ind w:firstLine="0"/>
            </w:pPr>
            <w:r>
              <w:rPr>
                <w:rFonts w:ascii="Times New Roman" w:hAnsi="Times New Roman"/>
                <w:b w:val="0"/>
                <w:sz w:val="22"/>
              </w:rPr>
              <w:t>Понять, как это работает на практике</w:t>
            </w:r>
          </w:p>
        </w:tc>
        <w:tc>
          <w:tcPr>
            <w:tcW w:type="dxa" w:w="4677"/>
          </w:tcPr>
          <w:p>
            <w:pPr>
              <w:ind w:firstLine="0"/>
            </w:pPr>
            <w:r>
              <w:rPr>
                <w:rFonts w:ascii="Times New Roman" w:hAnsi="Times New Roman"/>
                <w:b w:val="0"/>
                <w:sz w:val="22"/>
              </w:rPr>
              <w:t>да — раздел 5: суды, уголовные дела, административные механизмы, инциденты</w:t>
            </w:r>
          </w:p>
        </w:tc>
      </w:tr>
      <w:tr>
        <w:tc>
          <w:tcPr>
            <w:tcW w:type="dxa" w:w="4677"/>
          </w:tcPr>
          <w:p>
            <w:pPr>
              <w:ind w:firstLine="0"/>
            </w:pPr>
            <w:r>
              <w:rPr>
                <w:rFonts w:ascii="Times New Roman" w:hAnsi="Times New Roman"/>
                <w:b w:val="0"/>
                <w:sz w:val="22"/>
              </w:rPr>
              <w:t>Не закапываться</w:t>
            </w:r>
          </w:p>
        </w:tc>
        <w:tc>
          <w:tcPr>
            <w:tcW w:type="dxa" w:w="4677"/>
          </w:tcPr>
          <w:p>
            <w:pPr>
              <w:ind w:firstLine="0"/>
            </w:pPr>
            <w:r>
              <w:rPr>
                <w:rFonts w:ascii="Times New Roman" w:hAnsi="Times New Roman"/>
                <w:b w:val="0"/>
                <w:sz w:val="22"/>
              </w:rPr>
              <w:t>да: этап отвечает на «как есть сейчас», без рекомендаций</w:t>
            </w:r>
          </w:p>
        </w:tc>
      </w:tr>
      <w:tr>
        <w:tc>
          <w:tcPr>
            <w:tcW w:type="dxa" w:w="4677"/>
          </w:tcPr>
          <w:p>
            <w:pPr>
              <w:ind w:firstLine="0"/>
            </w:pPr>
            <w:r>
              <w:rPr>
                <w:rFonts w:ascii="Times New Roman" w:hAnsi="Times New Roman"/>
                <w:b w:val="0"/>
                <w:sz w:val="22"/>
              </w:rPr>
              <w:t>Отделять факт от мнения</w:t>
            </w:r>
          </w:p>
        </w:tc>
        <w:tc>
          <w:tcPr>
            <w:tcW w:type="dxa" w:w="4677"/>
          </w:tcPr>
          <w:p>
            <w:pPr>
              <w:ind w:firstLine="0"/>
            </w:pPr>
            <w:r>
              <w:rPr>
                <w:rFonts w:ascii="Times New Roman" w:hAnsi="Times New Roman"/>
                <w:b w:val="0"/>
                <w:sz w:val="22"/>
              </w:rPr>
              <w:t>да: маркировка `подтверждено / частично / NOT VERIFIED / гипотеза`</w:t>
            </w:r>
          </w:p>
        </w:tc>
      </w:tr>
      <w:tr>
        <w:tc>
          <w:tcPr>
            <w:tcW w:type="dxa" w:w="4677"/>
          </w:tcPr>
          <w:p>
            <w:pPr>
              <w:ind w:firstLine="0"/>
            </w:pPr>
            <w:r>
              <w:rPr>
                <w:rFonts w:ascii="Times New Roman" w:hAnsi="Times New Roman"/>
                <w:b w:val="0"/>
                <w:sz w:val="22"/>
              </w:rPr>
              <w:t>Каждое утверждение со ссылкой (R-09)</w:t>
            </w:r>
          </w:p>
        </w:tc>
        <w:tc>
          <w:tcPr>
            <w:tcW w:type="dxa" w:w="4677"/>
          </w:tcPr>
          <w:p>
            <w:pPr>
              <w:ind w:firstLine="0"/>
            </w:pPr>
            <w:r>
              <w:rPr>
                <w:rFonts w:ascii="Times New Roman" w:hAnsi="Times New Roman"/>
                <w:b w:val="0"/>
                <w:sz w:val="22"/>
              </w:rPr>
              <w:t>да: ссылка у каждого факта + полный перечень в разделе «Источники»</w:t>
            </w:r>
          </w:p>
        </w:tc>
      </w:tr>
      <w:tr>
        <w:tc>
          <w:tcPr>
            <w:tcW w:type="dxa" w:w="4677"/>
          </w:tcPr>
          <w:p>
            <w:pPr>
              <w:ind w:firstLine="0"/>
            </w:pPr>
            <w:r>
              <w:rPr>
                <w:rFonts w:ascii="Times New Roman" w:hAnsi="Times New Roman"/>
                <w:b w:val="0"/>
                <w:sz w:val="22"/>
              </w:rPr>
              <w:t>Этика и приватность</w:t>
            </w:r>
          </w:p>
        </w:tc>
        <w:tc>
          <w:tcPr>
            <w:tcW w:type="dxa" w:w="4677"/>
          </w:tcPr>
          <w:p>
            <w:pPr>
              <w:ind w:firstLine="0"/>
            </w:pPr>
            <w:r>
              <w:rPr>
                <w:rFonts w:ascii="Times New Roman" w:hAnsi="Times New Roman"/>
                <w:b w:val="0"/>
                <w:sz w:val="22"/>
              </w:rPr>
              <w:t>да: персональные данные детей не собираются</w:t>
            </w:r>
          </w:p>
        </w:tc>
      </w:tr>
    </w:tbl>
    <w:p>
      <w:r>
        <w:rPr>
          <w:rFonts w:ascii="Times New Roman" w:hAnsi="Times New Roman"/>
          <w:b/>
          <w:sz w:val="28"/>
        </w:rPr>
        <w:t>Рамка не нарушена.</w:t>
      </w:r>
      <w:r>
        <w:rPr>
          <w:rFonts w:ascii="Times New Roman" w:hAnsi="Times New Roman"/>
          <w:b w:val="0"/>
          <w:sz w:val="28"/>
        </w:rPr>
        <w:t xml:space="preserve"> Рекомендации — этапы 6–7.</w:t>
      </w:r>
    </w:p>
    <w:p>
      <w:pPr>
        <w:spacing w:after="80"/>
        <w:ind w:firstLine="0"/>
      </w:pPr>
      <w:r>
        <w:rPr>
          <w:rFonts w:ascii="Times New Roman" w:hAnsi="Times New Roman"/>
          <w:b/>
          <w:sz w:val="28"/>
        </w:rPr>
        <w:t>12. Итоги этапа (что установлено)</w:t>
      </w:r>
    </w:p>
    <w:p>
      <w:pPr>
        <w:spacing w:after="40"/>
        <w:ind w:firstLine="0"/>
      </w:pPr>
      <w:r>
        <w:rPr>
          <w:rFonts w:ascii="Times New Roman" w:hAnsi="Times New Roman"/>
          <w:b w:val="0"/>
          <w:sz w:val="28"/>
        </w:rPr>
        <w:t xml:space="preserve">1. </w:t>
      </w:r>
      <w:r>
        <w:rPr>
          <w:rFonts w:ascii="Times New Roman" w:hAnsi="Times New Roman"/>
          <w:b/>
          <w:sz w:val="28"/>
        </w:rPr>
        <w:t>Масштаб значителен, но единой федеральной оценки нет</w:t>
      </w:r>
      <w:r>
        <w:rPr>
          <w:rFonts w:ascii="Times New Roman" w:hAnsi="Times New Roman"/>
          <w:b w:val="0"/>
          <w:sz w:val="28"/>
        </w:rPr>
        <w:t xml:space="preserve"> (</w:t>
      </w:r>
      <w:hyperlink r:id="rId11">
        <w:r>
          <w:rPr>
            <w:rFonts w:ascii="Times New Roman" w:hAnsi="Times New Roman"/>
            <w:color w:val="0563C1"/>
            <w:u w:val="single"/>
            <w:sz w:val="24"/>
          </w:rPr>
          <w:t xml:space="preserve">НИУ ВШЭ, 2026</w:t>
        </w:r>
      </w:hyperlink>
      <w:r>
        <w:rPr>
          <w:rFonts w:ascii="Times New Roman" w:hAnsi="Times New Roman"/>
          <w:b w:val="0"/>
          <w:sz w:val="28"/>
        </w:rPr>
        <w:t xml:space="preserve">; </w:t>
      </w:r>
      <w:hyperlink r:id="rId14">
        <w:r>
          <w:rPr>
            <w:rFonts w:ascii="Times New Roman" w:hAnsi="Times New Roman"/>
            <w:color w:val="0563C1"/>
            <w:u w:val="single"/>
            <w:sz w:val="24"/>
          </w:rPr>
          <w:t xml:space="preserve">метаанализ 2025</w:t>
        </w:r>
      </w:hyperlink>
      <w:r>
        <w:rPr>
          <w:rFonts w:ascii="Times New Roman" w:hAnsi="Times New Roman"/>
          <w:b w:val="0"/>
          <w:sz w:val="28"/>
        </w:rPr>
        <w:t xml:space="preserve">; </w:t>
      </w:r>
      <w:hyperlink r:id="rId16">
        <w:r>
          <w:rPr>
            <w:rFonts w:ascii="Times New Roman" w:hAnsi="Times New Roman"/>
            <w:color w:val="0563C1"/>
            <w:u w:val="single"/>
            <w:sz w:val="24"/>
          </w:rPr>
          <w:t xml:space="preserve">Иванюшина и др., 2021</w:t>
        </w:r>
      </w:hyperlink>
      <w:r>
        <w:rPr>
          <w:rFonts w:ascii="Times New Roman" w:hAnsi="Times New Roman"/>
          <w:b w:val="0"/>
          <w:sz w:val="28"/>
        </w:rPr>
        <w:t>).</w:t>
      </w:r>
    </w:p>
    <w:p>
      <w:pPr>
        <w:spacing w:after="40"/>
        <w:ind w:firstLine="0"/>
      </w:pPr>
      <w:r>
        <w:rPr>
          <w:rFonts w:ascii="Times New Roman" w:hAnsi="Times New Roman"/>
          <w:b w:val="0"/>
          <w:sz w:val="28"/>
        </w:rPr>
        <w:t xml:space="preserve">2. </w:t>
      </w:r>
      <w:r>
        <w:rPr>
          <w:rFonts w:ascii="Times New Roman" w:hAnsi="Times New Roman"/>
          <w:b/>
          <w:sz w:val="28"/>
        </w:rPr>
        <w:t>Система не видит случаи</w:t>
      </w:r>
      <w:r>
        <w:rPr>
          <w:rFonts w:ascii="Times New Roman" w:hAnsi="Times New Roman"/>
          <w:b w:val="0"/>
          <w:sz w:val="28"/>
        </w:rPr>
        <w:t xml:space="preserve"> (</w:t>
      </w:r>
      <w:hyperlink r:id="rId32">
        <w:r>
          <w:rPr>
            <w:rFonts w:ascii="Times New Roman" w:hAnsi="Times New Roman"/>
            <w:color w:val="0563C1"/>
            <w:u w:val="single"/>
            <w:sz w:val="24"/>
          </w:rPr>
          <w:t xml:space="preserve">даже Генпрокурор признал замалчивание</w:t>
        </w:r>
      </w:hyperlink>
      <w:r>
        <w:rPr>
          <w:rFonts w:ascii="Times New Roman" w:hAnsi="Times New Roman"/>
          <w:b w:val="0"/>
          <w:sz w:val="28"/>
        </w:rPr>
        <w:t>); снижение регистрации ≠ снижение травли.</w:t>
      </w:r>
    </w:p>
    <w:p>
      <w:pPr>
        <w:spacing w:after="40"/>
        <w:ind w:firstLine="0"/>
      </w:pPr>
      <w:r>
        <w:rPr>
          <w:rFonts w:ascii="Times New Roman" w:hAnsi="Times New Roman"/>
          <w:b w:val="0"/>
          <w:sz w:val="28"/>
        </w:rPr>
        <w:t xml:space="preserve">3. </w:t>
      </w:r>
      <w:r>
        <w:rPr>
          <w:rFonts w:ascii="Times New Roman" w:hAnsi="Times New Roman"/>
          <w:b/>
          <w:sz w:val="28"/>
        </w:rPr>
        <w:t>Правовая основа фрагментарна</w:t>
      </w:r>
      <w:r>
        <w:rPr>
          <w:rFonts w:ascii="Times New Roman" w:hAnsi="Times New Roman"/>
          <w:b w:val="0"/>
          <w:sz w:val="28"/>
        </w:rPr>
        <w:t xml:space="preserve"> — </w:t>
      </w:r>
      <w:hyperlink r:id="rId40">
        <w:r>
          <w:rPr>
            <w:rFonts w:ascii="Times New Roman" w:hAnsi="Times New Roman"/>
            <w:color w:val="0563C1"/>
            <w:u w:val="single"/>
            <w:sz w:val="24"/>
          </w:rPr>
          <w:t xml:space="preserve">ФЗ-273</w:t>
        </w:r>
      </w:hyperlink>
      <w:r>
        <w:rPr>
          <w:rFonts w:ascii="Times New Roman" w:hAnsi="Times New Roman"/>
          <w:b w:val="0"/>
          <w:sz w:val="28"/>
        </w:rPr>
        <w:t xml:space="preserve">, </w:t>
      </w:r>
      <w:hyperlink r:id="rId41">
        <w:r>
          <w:rPr>
            <w:rFonts w:ascii="Times New Roman" w:hAnsi="Times New Roman"/>
            <w:color w:val="0563C1"/>
            <w:u w:val="single"/>
            <w:sz w:val="24"/>
          </w:rPr>
          <w:t xml:space="preserve">ФЗ-120</w:t>
        </w:r>
      </w:hyperlink>
      <w:r>
        <w:rPr>
          <w:rFonts w:ascii="Times New Roman" w:hAnsi="Times New Roman"/>
          <w:b w:val="0"/>
          <w:sz w:val="28"/>
        </w:rPr>
        <w:t xml:space="preserve">, </w:t>
      </w:r>
      <w:hyperlink r:id="rId28">
        <w:r>
          <w:rPr>
            <w:rFonts w:ascii="Times New Roman" w:hAnsi="Times New Roman"/>
            <w:color w:val="0563C1"/>
            <w:u w:val="single"/>
            <w:sz w:val="24"/>
          </w:rPr>
          <w:t xml:space="preserve">КоАП</w:t>
        </w:r>
      </w:hyperlink>
      <w:r>
        <w:rPr>
          <w:rFonts w:ascii="Times New Roman" w:hAnsi="Times New Roman"/>
          <w:b w:val="0"/>
          <w:sz w:val="28"/>
        </w:rPr>
        <w:t xml:space="preserve">, </w:t>
      </w:r>
      <w:hyperlink r:id="rId29">
        <w:r>
          <w:rPr>
            <w:rFonts w:ascii="Times New Roman" w:hAnsi="Times New Roman"/>
            <w:color w:val="0563C1"/>
            <w:u w:val="single"/>
            <w:sz w:val="24"/>
          </w:rPr>
          <w:t xml:space="preserve">УК</w:t>
        </w:r>
      </w:hyperlink>
      <w:r>
        <w:rPr>
          <w:rFonts w:ascii="Times New Roman" w:hAnsi="Times New Roman"/>
          <w:b w:val="0"/>
          <w:sz w:val="28"/>
        </w:rPr>
        <w:t>; специального состава нет.</w:t>
      </w:r>
    </w:p>
    <w:p>
      <w:pPr>
        <w:spacing w:after="40"/>
        <w:ind w:firstLine="0"/>
      </w:pPr>
      <w:r>
        <w:rPr>
          <w:rFonts w:ascii="Times New Roman" w:hAnsi="Times New Roman"/>
          <w:b w:val="0"/>
          <w:sz w:val="28"/>
        </w:rPr>
        <w:t xml:space="preserve">4. </w:t>
      </w:r>
      <w:r>
        <w:rPr>
          <w:rFonts w:ascii="Times New Roman" w:hAnsi="Times New Roman"/>
          <w:b/>
          <w:sz w:val="28"/>
        </w:rPr>
        <w:t>Реакция возникает, как правило, после резонанса.</w:t>
      </w:r>
      <w:r>
        <w:rPr>
          <w:rFonts w:ascii="Times New Roman" w:hAnsi="Times New Roman"/>
          <w:b w:val="0"/>
          <w:sz w:val="28"/>
        </w:rPr>
        <w:t xml:space="preserve"> Механизмы: гражданский иск (в найденных делах 50–270,6 тыс. ₽), прокурорская проверка, единичные дела по </w:t>
      </w:r>
      <w:hyperlink r:id="rId29">
        <w:r>
          <w:rPr>
            <w:rFonts w:ascii="Times New Roman" w:hAnsi="Times New Roman"/>
            <w:color w:val="0563C1"/>
            <w:u w:val="single"/>
            <w:sz w:val="24"/>
          </w:rPr>
          <w:t xml:space="preserve">ст. 293 УК</w:t>
        </w:r>
      </w:hyperlink>
      <w:r>
        <w:rPr>
          <w:rFonts w:ascii="Times New Roman" w:hAnsi="Times New Roman"/>
          <w:b w:val="0"/>
          <w:sz w:val="28"/>
        </w:rPr>
        <w:t xml:space="preserve">. Уголовные дела — в основном </w:t>
      </w:r>
      <w:hyperlink r:id="rId29">
        <w:r>
          <w:rPr>
            <w:rFonts w:ascii="Times New Roman" w:hAnsi="Times New Roman"/>
            <w:color w:val="0563C1"/>
            <w:u w:val="single"/>
            <w:sz w:val="24"/>
          </w:rPr>
          <w:t xml:space="preserve">ст. 110 УК</w:t>
        </w:r>
      </w:hyperlink>
      <w:r>
        <w:rPr>
          <w:rFonts w:ascii="Times New Roman" w:hAnsi="Times New Roman"/>
          <w:b w:val="0"/>
          <w:sz w:val="28"/>
        </w:rPr>
        <w:t xml:space="preserve"> и в основном без приговора.</w:t>
      </w:r>
    </w:p>
    <w:p>
      <w:pPr>
        <w:spacing w:after="40"/>
        <w:ind w:firstLine="0"/>
      </w:pPr>
      <w:r>
        <w:rPr>
          <w:rFonts w:ascii="Times New Roman" w:hAnsi="Times New Roman"/>
          <w:b w:val="0"/>
          <w:sz w:val="28"/>
        </w:rPr>
        <w:t xml:space="preserve">5. </w:t>
      </w:r>
      <w:r>
        <w:rPr>
          <w:rFonts w:ascii="Times New Roman" w:hAnsi="Times New Roman"/>
          <w:b/>
          <w:sz w:val="28"/>
        </w:rPr>
        <w:t>В выигранных делах суд опирается на бездействие школы, а не на конфликт</w:t>
      </w:r>
      <w:r>
        <w:rPr>
          <w:rFonts w:ascii="Times New Roman" w:hAnsi="Times New Roman"/>
          <w:b w:val="0"/>
          <w:sz w:val="28"/>
        </w:rPr>
        <w:t xml:space="preserve"> — проигранных исков в выборке нет.</w:t>
      </w:r>
    </w:p>
    <w:p>
      <w:pPr>
        <w:spacing w:after="40"/>
        <w:ind w:firstLine="0"/>
      </w:pPr>
      <w:r>
        <w:rPr>
          <w:rFonts w:ascii="Times New Roman" w:hAnsi="Times New Roman"/>
          <w:b w:val="0"/>
          <w:sz w:val="28"/>
        </w:rPr>
        <w:t xml:space="preserve">6. </w:t>
      </w:r>
      <w:r>
        <w:rPr>
          <w:rFonts w:ascii="Times New Roman" w:hAnsi="Times New Roman"/>
          <w:b/>
          <w:sz w:val="28"/>
        </w:rPr>
        <w:t>Ответственности детей-агрессоров почти нет</w:t>
      </w:r>
      <w:r>
        <w:rPr>
          <w:rFonts w:ascii="Times New Roman" w:hAnsi="Times New Roman"/>
          <w:b w:val="0"/>
          <w:sz w:val="28"/>
        </w:rPr>
        <w:t>; в кибербуллинге итог подменяется блокировкой.</w:t>
      </w:r>
    </w:p>
    <w:p>
      <w:pPr>
        <w:spacing w:after="40"/>
        <w:ind w:firstLine="0"/>
      </w:pPr>
      <w:r>
        <w:rPr>
          <w:rFonts w:ascii="Times New Roman" w:hAnsi="Times New Roman"/>
          <w:b w:val="0"/>
          <w:sz w:val="28"/>
        </w:rPr>
        <w:t xml:space="preserve">7. </w:t>
      </w:r>
      <w:r>
        <w:rPr>
          <w:rFonts w:ascii="Times New Roman" w:hAnsi="Times New Roman"/>
          <w:b/>
          <w:sz w:val="28"/>
        </w:rPr>
        <w:t>Отклонён конкретный законопроект</w:t>
      </w:r>
      <w:r>
        <w:rPr>
          <w:rFonts w:ascii="Times New Roman" w:hAnsi="Times New Roman"/>
          <w:b w:val="0"/>
          <w:sz w:val="28"/>
        </w:rPr>
        <w:t xml:space="preserve"> (</w:t>
      </w:r>
      <w:hyperlink r:id="rId95">
        <w:r>
          <w:rPr>
            <w:rFonts w:ascii="Times New Roman" w:hAnsi="Times New Roman"/>
            <w:color w:val="0563C1"/>
            <w:u w:val="single"/>
            <w:sz w:val="24"/>
          </w:rPr>
          <w:t xml:space="preserve">№ 1085766-8</w:t>
        </w:r>
      </w:hyperlink>
      <w:r>
        <w:rPr>
          <w:rFonts w:ascii="Times New Roman" w:hAnsi="Times New Roman"/>
          <w:b w:val="0"/>
          <w:sz w:val="28"/>
        </w:rPr>
        <w:t>); рамочный закон не принят; единой федеральной программы нет.</w:t>
      </w:r>
    </w:p>
    <w:p>
      <w:pPr>
        <w:spacing w:after="40"/>
        <w:ind w:firstLine="0"/>
      </w:pPr>
      <w:r>
        <w:rPr>
          <w:rFonts w:ascii="Times New Roman" w:hAnsi="Times New Roman"/>
          <w:b w:val="0"/>
          <w:sz w:val="28"/>
        </w:rPr>
        <w:t xml:space="preserve">8. </w:t>
      </w:r>
      <w:r>
        <w:rPr>
          <w:rFonts w:ascii="Times New Roman" w:hAnsi="Times New Roman"/>
          <w:b/>
          <w:sz w:val="28"/>
        </w:rPr>
        <w:t>Правоприменение несистемно и закрыто</w:t>
      </w:r>
      <w:r>
        <w:rPr>
          <w:rFonts w:ascii="Times New Roman" w:hAnsi="Times New Roman"/>
          <w:b w:val="0"/>
          <w:sz w:val="28"/>
        </w:rPr>
        <w:t xml:space="preserve"> — его нельзя ни измерить, ни улучшить без отдельного учёта и открытости первичных документов.</w:t>
      </w:r>
    </w:p>
    <w:p>
      <w:pPr>
        <w:spacing w:after="80"/>
        <w:ind w:firstLine="0"/>
      </w:pPr>
      <w:r>
        <w:rPr>
          <w:rFonts w:ascii="Times New Roman" w:hAnsi="Times New Roman"/>
          <w:b/>
          <w:sz w:val="28"/>
        </w:rPr>
        <w:t>13. Службы медиации и примирения: что обязательно, а что — только рекомендация</w:t>
      </w:r>
    </w:p>
    <w:p>
      <w:pPr>
        <w:spacing w:after="80"/>
        <w:ind w:firstLine="0"/>
      </w:pPr>
      <w:r>
        <w:rPr>
          <w:rFonts w:ascii="Times New Roman" w:hAnsi="Times New Roman"/>
          <w:b/>
          <w:i/>
          <w:sz w:val="24"/>
        </w:rPr>
        <w:t>Почему раздел появился отдельно (добавлен 13.09.2026, переработан 13.09.2026 по итогам независимой проверки GPT).</w:t>
      </w:r>
      <w:r>
        <w:rPr>
          <w:rFonts w:ascii="Times New Roman" w:hAnsi="Times New Roman"/>
          <w:b w:val="0"/>
          <w:i/>
          <w:sz w:val="24"/>
        </w:rPr>
        <w:t xml:space="preserve"> В версиях до 4.0 этот блок не прорабатывался: была названа ст. 45 ФЗ-273 и ФЗ-120, но </w:t>
      </w:r>
      <w:r>
        <w:rPr>
          <w:rFonts w:ascii="Times New Roman" w:hAnsi="Times New Roman"/>
          <w:b/>
          <w:i/>
          <w:sz w:val="24"/>
        </w:rPr>
        <w:t>федеральная нормативка именно по медиации и службам примирения</w:t>
      </w:r>
      <w:r>
        <w:rPr>
          <w:rFonts w:ascii="Times New Roman" w:hAnsi="Times New Roman"/>
          <w:b w:val="0"/>
          <w:i/>
          <w:sz w:val="24"/>
        </w:rPr>
        <w:t xml:space="preserve"> системно не собиралась. Раздел закрывает этот пробел. При переработке убраны три ошибочных обобщения предыдущей версии: критерий «обязательность = норма федерального закона», формула «единственная обязательная примирительная структура» и утверждение о понуждении школ через показатели.</w:t>
      </w:r>
    </w:p>
    <w:p>
      <w:pPr>
        <w:spacing w:after="80"/>
        <w:ind w:firstLine="0"/>
      </w:pPr>
      <w:r>
        <w:rPr>
          <w:rFonts w:ascii="Times New Roman" w:hAnsi="Times New Roman"/>
          <w:b/>
          <w:sz w:val="26"/>
        </w:rPr>
        <w:t>13.0. Ответ даётся по двум независимым осям, а не по одной шкале «обязана / не обязана»</w:t>
      </w:r>
    </w:p>
    <w:p>
      <w:r>
        <w:rPr>
          <w:rFonts w:ascii="Times New Roman" w:hAnsi="Times New Roman"/>
          <w:b w:val="0"/>
          <w:sz w:val="28"/>
        </w:rPr>
        <w:t xml:space="preserve">Раньше здесь стояла трёхуровневая формулировка (федеральный закон → регион/муниципалитет/школа → «фактически»). Она </w:t>
      </w:r>
      <w:r>
        <w:rPr>
          <w:rFonts w:ascii="Times New Roman" w:hAnsi="Times New Roman"/>
          <w:b/>
          <w:sz w:val="28"/>
        </w:rPr>
        <w:t>смешивала два разных вопроса</w:t>
      </w:r>
      <w:r>
        <w:rPr>
          <w:rFonts w:ascii="Times New Roman" w:hAnsi="Times New Roman"/>
          <w:b w:val="0"/>
          <w:sz w:val="28"/>
        </w:rPr>
        <w:t>: что юридически обязательно и каким способом на школу могут давить. Это разные вещи, и проверять их надо по отдельности.</w:t>
      </w:r>
    </w:p>
    <w:p>
      <w:r>
        <w:rPr>
          <w:rFonts w:ascii="Times New Roman" w:hAnsi="Times New Roman"/>
          <w:b/>
          <w:sz w:val="28"/>
        </w:rPr>
        <w:t>Ось 1. Правовой статус.</w:t>
      </w:r>
    </w:p>
    <w:p>
      <w:pPr>
        <w:spacing w:after="40"/>
        <w:ind w:firstLine="0"/>
      </w:pPr>
      <w:r>
        <w:rPr>
          <w:rFonts w:ascii="Times New Roman" w:hAnsi="Times New Roman"/>
          <w:b w:val="0"/>
          <w:sz w:val="28"/>
        </w:rPr>
        <w:t xml:space="preserve">1. </w:t>
      </w:r>
      <w:r>
        <w:rPr>
          <w:rFonts w:ascii="Times New Roman" w:hAnsi="Times New Roman"/>
          <w:b/>
          <w:sz w:val="28"/>
        </w:rPr>
        <w:t>Общие обязательные функции школы</w:t>
      </w:r>
      <w:r>
        <w:rPr>
          <w:rFonts w:ascii="Times New Roman" w:hAnsi="Times New Roman"/>
          <w:b w:val="0"/>
          <w:sz w:val="28"/>
        </w:rPr>
        <w:t xml:space="preserve"> — обеспечение безопасности обучающихся, защита их прав, рассмотрение обращений, профилактика и установленное законом информирование компетентных органов. Эти обязанности есть независимо от того, создана ли в школе служба примирения (см. 13.8).</w:t>
      </w:r>
    </w:p>
    <w:p>
      <w:pPr>
        <w:spacing w:after="40"/>
        <w:ind w:firstLine="0"/>
      </w:pPr>
      <w:r>
        <w:rPr>
          <w:rFonts w:ascii="Times New Roman" w:hAnsi="Times New Roman"/>
          <w:b w:val="0"/>
          <w:sz w:val="28"/>
        </w:rPr>
        <w:t xml:space="preserve">2. </w:t>
      </w:r>
      <w:r>
        <w:rPr>
          <w:rFonts w:ascii="Times New Roman" w:hAnsi="Times New Roman"/>
          <w:b/>
          <w:sz w:val="28"/>
        </w:rPr>
        <w:t>Прямая обязанность создать именно службу медиации/примирения.</w:t>
      </w:r>
      <w:r>
        <w:rPr>
          <w:rFonts w:ascii="Times New Roman" w:hAnsi="Times New Roman"/>
          <w:b w:val="0"/>
          <w:sz w:val="28"/>
        </w:rPr>
        <w:t xml:space="preserve"> В проверенных федеральных источниках </w:t>
      </w:r>
      <w:r>
        <w:rPr>
          <w:rFonts w:ascii="Times New Roman" w:hAnsi="Times New Roman"/>
          <w:b/>
          <w:sz w:val="28"/>
        </w:rPr>
        <w:t>общей нормы, обязывающей каждую школу создать такую службу, не выявлено</w:t>
      </w:r>
      <w:r>
        <w:rPr>
          <w:rFonts w:ascii="Times New Roman" w:hAnsi="Times New Roman"/>
          <w:b w:val="0"/>
          <w:sz w:val="28"/>
        </w:rPr>
        <w:t>.</w:t>
      </w:r>
    </w:p>
    <w:p>
      <w:pPr>
        <w:spacing w:after="40"/>
        <w:ind w:firstLine="0"/>
      </w:pPr>
      <w:r>
        <w:rPr>
          <w:rFonts w:ascii="Times New Roman" w:hAnsi="Times New Roman"/>
          <w:b w:val="0"/>
          <w:sz w:val="28"/>
        </w:rPr>
        <w:t xml:space="preserve">3. </w:t>
      </w:r>
      <w:r>
        <w:rPr>
          <w:rFonts w:ascii="Times New Roman" w:hAnsi="Times New Roman"/>
          <w:b/>
          <w:sz w:val="28"/>
        </w:rPr>
        <w:t>Обязанность конкретной школы</w:t>
      </w:r>
      <w:r>
        <w:rPr>
          <w:rFonts w:ascii="Times New Roman" w:hAnsi="Times New Roman"/>
          <w:b w:val="0"/>
          <w:sz w:val="28"/>
        </w:rPr>
        <w:t xml:space="preserve"> может возникнуть из применимого акта субъекта РФ, муниципалитета, обязательного акта учредителя либо из надлежащим образом принятого акта самой школы — но только </w:t>
      </w:r>
      <w:r>
        <w:rPr>
          <w:rFonts w:ascii="Times New Roman" w:hAnsi="Times New Roman"/>
          <w:b/>
          <w:sz w:val="28"/>
        </w:rPr>
        <w:t>после проверки компетенции автора, круга адресатов, императивности формулировки и последствий неисполнения</w:t>
      </w:r>
      <w:r>
        <w:rPr>
          <w:rFonts w:ascii="Times New Roman" w:hAnsi="Times New Roman"/>
          <w:b w:val="0"/>
          <w:sz w:val="28"/>
        </w:rPr>
        <w:t xml:space="preserve"> (см. 13.2).</w:t>
      </w:r>
    </w:p>
    <w:p>
      <w:pPr>
        <w:spacing w:after="40"/>
        <w:ind w:firstLine="0"/>
      </w:pPr>
      <w:r>
        <w:rPr>
          <w:rFonts w:ascii="Times New Roman" w:hAnsi="Times New Roman"/>
          <w:b w:val="0"/>
          <w:sz w:val="28"/>
        </w:rPr>
        <w:t xml:space="preserve">4. </w:t>
      </w:r>
      <w:r>
        <w:rPr>
          <w:rFonts w:ascii="Times New Roman" w:hAnsi="Times New Roman"/>
          <w:b/>
          <w:sz w:val="28"/>
        </w:rPr>
        <w:t>Рекомендации и программные ориентиры</w:t>
      </w:r>
      <w:r>
        <w:rPr>
          <w:rFonts w:ascii="Times New Roman" w:hAnsi="Times New Roman"/>
          <w:b w:val="0"/>
          <w:sz w:val="28"/>
        </w:rPr>
        <w:t xml:space="preserve"> — методические письма, стратегии, концепции — сами по себе операционной обязанности школы не создают.</w:t>
      </w:r>
    </w:p>
    <w:p>
      <w:r>
        <w:rPr>
          <w:rFonts w:ascii="Times New Roman" w:hAnsi="Times New Roman"/>
          <w:b/>
          <w:sz w:val="28"/>
        </w:rPr>
        <w:t>Ось 2. Практический механизм воздействия</w:t>
      </w:r>
      <w:r>
        <w:rPr>
          <w:rFonts w:ascii="Times New Roman" w:hAnsi="Times New Roman"/>
          <w:b w:val="0"/>
          <w:sz w:val="28"/>
        </w:rPr>
        <w:t xml:space="preserve"> — то, из-за чего служба может появиться в школе вообще без юридической обязанности:</w:t>
      </w:r>
    </w:p>
    <w:p>
      <w:r>
        <w:rPr>
          <w:rFonts w:ascii="Times New Roman" w:hAnsi="Times New Roman"/>
          <w:b w:val="0"/>
          <w:sz w:val="28"/>
        </w:rPr>
        <w:t>— добровольное внедрение;</w:t>
      </w:r>
    </w:p>
    <w:p>
      <w:r>
        <w:rPr>
          <w:rFonts w:ascii="Times New Roman" w:hAnsi="Times New Roman"/>
          <w:b w:val="0"/>
          <w:sz w:val="28"/>
        </w:rPr>
        <w:t>— административное стимулирование;</w:t>
      </w:r>
    </w:p>
    <w:p>
      <w:r>
        <w:rPr>
          <w:rFonts w:ascii="Times New Roman" w:hAnsi="Times New Roman"/>
          <w:b w:val="0"/>
          <w:sz w:val="28"/>
        </w:rPr>
        <w:t>— условие финансирования или государственного/муниципального задания;</w:t>
      </w:r>
    </w:p>
    <w:p>
      <w:r>
        <w:rPr>
          <w:rFonts w:ascii="Times New Roman" w:hAnsi="Times New Roman"/>
          <w:b w:val="0"/>
          <w:sz w:val="28"/>
        </w:rPr>
        <w:t>— показатель работы руководителя;</w:t>
      </w:r>
    </w:p>
    <w:p>
      <w:r>
        <w:rPr>
          <w:rFonts w:ascii="Times New Roman" w:hAnsi="Times New Roman"/>
          <w:b w:val="0"/>
          <w:sz w:val="28"/>
        </w:rPr>
        <w:t>— отчётное или проверочное давление;</w:t>
      </w:r>
    </w:p>
    <w:p>
      <w:r>
        <w:rPr>
          <w:rFonts w:ascii="Times New Roman" w:hAnsi="Times New Roman"/>
          <w:b w:val="0"/>
          <w:sz w:val="28"/>
        </w:rPr>
        <w:t>— неправомерное требование проверяющего.</w:t>
      </w:r>
    </w:p>
    <w:p>
      <w:r>
        <w:rPr>
          <w:rFonts w:ascii="Times New Roman" w:hAnsi="Times New Roman"/>
          <w:b w:val="0"/>
          <w:sz w:val="28"/>
        </w:rPr>
        <w:t xml:space="preserve">Разводить эти оси нужно потому, что «юридически не обязана» и «фактически не обязана» — </w:t>
      </w:r>
      <w:r>
        <w:rPr>
          <w:rFonts w:ascii="Times New Roman" w:hAnsi="Times New Roman"/>
          <w:b/>
          <w:sz w:val="28"/>
        </w:rPr>
        <w:t>разные утверждения</w:t>
      </w:r>
      <w:r>
        <w:rPr>
          <w:rFonts w:ascii="Times New Roman" w:hAnsi="Times New Roman"/>
          <w:b w:val="0"/>
          <w:sz w:val="28"/>
        </w:rPr>
        <w:t>, и второе в этом исследовании пока не доказано (об этом — 13.2).</w:t>
      </w:r>
    </w:p>
    <w:p>
      <w:pPr>
        <w:spacing w:after="80"/>
        <w:ind w:firstLine="0"/>
      </w:pPr>
      <w:r>
        <w:rPr>
          <w:rFonts w:ascii="Times New Roman" w:hAnsi="Times New Roman"/>
          <w:b/>
          <w:sz w:val="26"/>
        </w:rPr>
        <w:t>13.1. Документы федерального уровня: это история рамки, а не «цепочка правового основания»</w:t>
      </w:r>
    </w:p>
    <w:p>
      <w:r>
        <w:rPr>
          <w:rFonts w:ascii="Times New Roman" w:hAnsi="Times New Roman"/>
          <w:b w:val="0"/>
          <w:sz w:val="28"/>
        </w:rPr>
        <w:t xml:space="preserve">Важное разведение. ФЗ-193, стратегии, концепции, письма и профстандарты имеют </w:t>
      </w:r>
      <w:r>
        <w:rPr>
          <w:rFonts w:ascii="Times New Roman" w:hAnsi="Times New Roman"/>
          <w:b/>
          <w:sz w:val="28"/>
        </w:rPr>
        <w:t>разный предмет регулирования, разных адресатов и разную юридическую силу</w:t>
      </w:r>
      <w:r>
        <w:rPr>
          <w:rFonts w:ascii="Times New Roman" w:hAnsi="Times New Roman"/>
          <w:b w:val="0"/>
          <w:sz w:val="28"/>
        </w:rPr>
        <w:t xml:space="preserve">. Между ними </w:t>
      </w:r>
      <w:r>
        <w:rPr>
          <w:rFonts w:ascii="Times New Roman" w:hAnsi="Times New Roman"/>
          <w:b/>
          <w:sz w:val="28"/>
        </w:rPr>
        <w:t>нет отношения, при котором каждый следующий документ юридически выводится из предыдущего</w:t>
      </w:r>
      <w:r>
        <w:rPr>
          <w:rFonts w:ascii="Times New Roman" w:hAnsi="Times New Roman"/>
          <w:b w:val="0"/>
          <w:sz w:val="28"/>
        </w:rPr>
        <w:t xml:space="preserve"> — это не «цепочка правового основания», а </w:t>
      </w:r>
      <w:r>
        <w:rPr>
          <w:rFonts w:ascii="Times New Roman" w:hAnsi="Times New Roman"/>
          <w:b/>
          <w:sz w:val="28"/>
        </w:rPr>
        <w:t>история развития государственной и методической рамки</w:t>
      </w:r>
      <w:r>
        <w:rPr>
          <w:rFonts w:ascii="Times New Roman" w:hAnsi="Times New Roman"/>
          <w:b w:val="0"/>
          <w:sz w:val="28"/>
        </w:rPr>
        <w:t xml:space="preserve"> («генеалогия подхода к школьной медиации»). Документы, рассчитанные на завершившиеся периоды, объясняют происхождение политики, но </w:t>
      </w:r>
      <w:r>
        <w:rPr>
          <w:rFonts w:ascii="Times New Roman" w:hAnsi="Times New Roman"/>
          <w:b/>
          <w:sz w:val="28"/>
        </w:rPr>
        <w:t>не являются самостоятельным действующим основанием обязанности в 2026 году</w:t>
      </w:r>
      <w:r>
        <w:rPr>
          <w:rFonts w:ascii="Times New Roman" w:hAnsi="Times New Roman"/>
          <w:b w:val="0"/>
          <w:sz w:val="28"/>
        </w:rPr>
        <w:t xml:space="preserve">. При этом </w:t>
      </w:r>
      <w:r>
        <w:rPr>
          <w:rFonts w:ascii="Times New Roman" w:hAnsi="Times New Roman"/>
          <w:b/>
          <w:sz w:val="28"/>
        </w:rPr>
        <w:t>истечение периода реализации не тождественно формальной утрате актом силы</w:t>
      </w:r>
      <w:r>
        <w:rPr>
          <w:rFonts w:ascii="Times New Roman" w:hAnsi="Times New Roman"/>
          <w:b w:val="0"/>
          <w:sz w:val="28"/>
        </w:rPr>
        <w:t xml:space="preserve"> — эти два утверждения надо держать раздельно.</w:t>
      </w:r>
    </w:p>
    <w:tbl>
      <w:tblPr>
        <w:tblStyle w:val="TableGrid"/>
        <w:tblW w:type="auto" w:w="0"/>
        <w:jc w:val="center"/>
        <w:tblLook w:firstColumn="1" w:firstRow="1" w:lastColumn="0" w:lastRow="0" w:noHBand="0" w:noVBand="1" w:val="04A0"/>
      </w:tblPr>
      <w:tblGrid>
        <w:gridCol w:w="3118"/>
        <w:gridCol w:w="3118"/>
        <w:gridCol w:w="3118"/>
      </w:tblGrid>
      <w:tr>
        <w:tc>
          <w:tcPr>
            <w:tcW w:type="dxa" w:w="3118"/>
          </w:tcPr>
          <w:p>
            <w:pPr>
              <w:ind w:firstLine="0"/>
            </w:pPr>
            <w:r>
              <w:rPr>
                <w:rFonts w:ascii="Times New Roman" w:hAnsi="Times New Roman"/>
                <w:b/>
                <w:sz w:val="22"/>
              </w:rPr>
              <w:t>Документ</w:t>
            </w:r>
          </w:p>
        </w:tc>
        <w:tc>
          <w:tcPr>
            <w:tcW w:type="dxa" w:w="3118"/>
          </w:tcPr>
          <w:p>
            <w:pPr>
              <w:ind w:firstLine="0"/>
            </w:pPr>
            <w:r>
              <w:rPr>
                <w:rFonts w:ascii="Times New Roman" w:hAnsi="Times New Roman"/>
                <w:b/>
                <w:sz w:val="22"/>
              </w:rPr>
              <w:t>Что устанавливает</w:t>
            </w:r>
          </w:p>
        </w:tc>
        <w:tc>
          <w:tcPr>
            <w:tcW w:type="dxa" w:w="3118"/>
          </w:tcPr>
          <w:p>
            <w:pPr>
              <w:ind w:firstLine="0"/>
            </w:pPr>
            <w:r>
              <w:rPr>
                <w:rFonts w:ascii="Times New Roman" w:hAnsi="Times New Roman"/>
                <w:b/>
                <w:sz w:val="22"/>
              </w:rPr>
              <w:t>Правовой статус документа</w:t>
            </w:r>
          </w:p>
        </w:tc>
      </w:tr>
      <w:tr>
        <w:tc>
          <w:tcPr>
            <w:tcW w:type="dxa" w:w="3118"/>
          </w:tcPr>
          <w:p>
            <w:pPr>
              <w:ind w:firstLine="0"/>
            </w:pPr>
            <w:r>
              <w:rPr>
                <w:rFonts w:ascii="Times New Roman" w:hAnsi="Times New Roman"/>
                <w:b/>
                <w:sz w:val="22"/>
              </w:rPr>
              <w:t>ФЗ от 27.07.2010 № 193-ФЗ</w:t>
            </w:r>
            <w:r>
              <w:rPr>
                <w:rFonts w:ascii="Times New Roman" w:hAnsi="Times New Roman"/>
                <w:b w:val="0"/>
                <w:sz w:val="22"/>
              </w:rPr>
              <w:t xml:space="preserve"> «Об альтернативной процедуре урегулирования споров… (процедуре медиации)» — </w:t>
            </w:r>
            <w:hyperlink r:id="rId123">
              <w:r>
                <w:rPr>
                  <w:rFonts w:ascii="Times New Roman" w:hAnsi="Times New Roman"/>
                  <w:color w:val="0563C1"/>
                  <w:u w:val="single"/>
                  <w:sz w:val="22"/>
                </w:rPr>
                <w:t xml:space="preserve">текст</w:t>
              </w:r>
            </w:hyperlink>
            <w:r>
              <w:rPr>
                <w:rFonts w:ascii="Times New Roman" w:hAnsi="Times New Roman"/>
                <w:b w:val="0"/>
                <w:sz w:val="22"/>
              </w:rPr>
              <w:t xml:space="preserve">, </w:t>
            </w:r>
            <w:hyperlink r:id="rId124">
              <w:r>
                <w:rPr>
                  <w:rFonts w:ascii="Times New Roman" w:hAnsi="Times New Roman"/>
                  <w:color w:val="0563C1"/>
                  <w:u w:val="single"/>
                  <w:sz w:val="22"/>
                </w:rPr>
                <w:t xml:space="preserve">КонсультантПлюс</w:t>
              </w:r>
            </w:hyperlink>
          </w:p>
        </w:tc>
        <w:tc>
          <w:tcPr>
            <w:tcW w:type="dxa" w:w="3118"/>
          </w:tcPr>
          <w:p>
            <w:pPr>
              <w:ind w:firstLine="0"/>
            </w:pPr>
            <w:r>
              <w:rPr>
                <w:rFonts w:ascii="Times New Roman" w:hAnsi="Times New Roman"/>
                <w:b w:val="0"/>
                <w:sz w:val="22"/>
              </w:rPr>
              <w:t>понятия медиации, принципы, требования к медиаторам, порядок и сроки процедуры</w:t>
            </w:r>
          </w:p>
        </w:tc>
        <w:tc>
          <w:tcPr>
            <w:tcW w:type="dxa" w:w="3118"/>
          </w:tcPr>
          <w:p>
            <w:pPr>
              <w:ind w:firstLine="0"/>
            </w:pPr>
            <w:r>
              <w:rPr>
                <w:rFonts w:ascii="Times New Roman" w:hAnsi="Times New Roman"/>
                <w:b/>
                <w:sz w:val="22"/>
              </w:rPr>
              <w:t>Федеральный закон, действует.</w:t>
            </w:r>
            <w:r>
              <w:rPr>
                <w:rFonts w:ascii="Times New Roman" w:hAnsi="Times New Roman"/>
                <w:b w:val="0"/>
                <w:sz w:val="22"/>
              </w:rPr>
              <w:t xml:space="preserve"> Регулирует гражданско-правовую процедуру; </w:t>
            </w:r>
            <w:r>
              <w:rPr>
                <w:rFonts w:ascii="Times New Roman" w:hAnsi="Times New Roman"/>
                <w:b/>
                <w:sz w:val="22"/>
              </w:rPr>
              <w:t>школ службы создавать не обязывает</w:t>
            </w:r>
            <w:r>
              <w:rPr>
                <w:rFonts w:ascii="Times New Roman" w:hAnsi="Times New Roman"/>
                <w:b w:val="0"/>
                <w:sz w:val="22"/>
              </w:rPr>
              <w:t>; для педагогических/административных конфликтов прямой нормы нет</w:t>
            </w:r>
          </w:p>
        </w:tc>
      </w:tr>
      <w:tr>
        <w:tc>
          <w:tcPr>
            <w:tcW w:type="dxa" w:w="3118"/>
          </w:tcPr>
          <w:p>
            <w:pPr>
              <w:ind w:firstLine="0"/>
            </w:pPr>
            <w:r>
              <w:rPr>
                <w:rFonts w:ascii="Times New Roman" w:hAnsi="Times New Roman"/>
                <w:b/>
                <w:sz w:val="22"/>
              </w:rPr>
              <w:t>ФЗ от 27.07.2010 № 194-ФЗ</w:t>
            </w:r>
            <w:r>
              <w:rPr>
                <w:rFonts w:ascii="Times New Roman" w:hAnsi="Times New Roman"/>
                <w:b w:val="0"/>
                <w:sz w:val="22"/>
              </w:rPr>
              <w:t xml:space="preserve"> (пакетный) — </w:t>
            </w:r>
            <w:hyperlink r:id="rId125">
              <w:r>
                <w:rPr>
                  <w:rFonts w:ascii="Times New Roman" w:hAnsi="Times New Roman"/>
                  <w:color w:val="0563C1"/>
                  <w:u w:val="single"/>
                  <w:sz w:val="22"/>
                </w:rPr>
                <w:t xml:space="preserve">текст</w:t>
              </w:r>
            </w:hyperlink>
          </w:p>
        </w:tc>
        <w:tc>
          <w:tcPr>
            <w:tcW w:type="dxa" w:w="3118"/>
          </w:tcPr>
          <w:p>
            <w:pPr>
              <w:ind w:firstLine="0"/>
            </w:pPr>
            <w:r>
              <w:rPr>
                <w:rFonts w:ascii="Times New Roman" w:hAnsi="Times New Roman"/>
                <w:b w:val="0"/>
                <w:sz w:val="22"/>
              </w:rPr>
              <w:t>поправки в ГК, ГПК, АПК, обеспечившие работу медиации</w:t>
            </w:r>
          </w:p>
        </w:tc>
        <w:tc>
          <w:tcPr>
            <w:tcW w:type="dxa" w:w="3118"/>
          </w:tcPr>
          <w:p>
            <w:pPr>
              <w:ind w:firstLine="0"/>
            </w:pPr>
            <w:r>
              <w:rPr>
                <w:rFonts w:ascii="Times New Roman" w:hAnsi="Times New Roman"/>
                <w:b w:val="0"/>
                <w:sz w:val="22"/>
              </w:rPr>
              <w:t xml:space="preserve">Федеральный закон, действует; </w:t>
            </w:r>
            <w:r>
              <w:rPr>
                <w:rFonts w:ascii="Times New Roman" w:hAnsi="Times New Roman"/>
                <w:b/>
                <w:sz w:val="22"/>
              </w:rPr>
              <w:t>к школьным службам отношения не имеет</w:t>
            </w:r>
          </w:p>
        </w:tc>
      </w:tr>
      <w:tr>
        <w:tc>
          <w:tcPr>
            <w:tcW w:type="dxa" w:w="3118"/>
          </w:tcPr>
          <w:p>
            <w:pPr>
              <w:ind w:firstLine="0"/>
            </w:pPr>
            <w:r>
              <w:rPr>
                <w:rFonts w:ascii="Times New Roman" w:hAnsi="Times New Roman"/>
                <w:b/>
                <w:sz w:val="22"/>
              </w:rPr>
              <w:t>Указ Президента РФ от 01.06.2012 № 761</w:t>
            </w:r>
            <w:r>
              <w:rPr>
                <w:rFonts w:ascii="Times New Roman" w:hAnsi="Times New Roman"/>
                <w:b w:val="0"/>
                <w:sz w:val="22"/>
              </w:rPr>
              <w:t xml:space="preserve"> (Национальная стратегия действий в интересах детей 2012–2017) — </w:t>
            </w:r>
            <w:hyperlink r:id="rId126">
              <w:r>
                <w:rPr>
                  <w:rFonts w:ascii="Times New Roman" w:hAnsi="Times New Roman"/>
                  <w:color w:val="0563C1"/>
                  <w:u w:val="single"/>
                  <w:sz w:val="22"/>
                </w:rPr>
                <w:t xml:space="preserve">текст</w:t>
              </w:r>
            </w:hyperlink>
          </w:p>
        </w:tc>
        <w:tc>
          <w:tcPr>
            <w:tcW w:type="dxa" w:w="3118"/>
          </w:tcPr>
          <w:p>
            <w:pPr>
              <w:ind w:firstLine="0"/>
            </w:pPr>
            <w:r>
              <w:rPr>
                <w:rFonts w:ascii="Times New Roman" w:hAnsi="Times New Roman"/>
                <w:b w:val="0"/>
                <w:sz w:val="22"/>
              </w:rPr>
              <w:t>запустил «медиационный трек» в образовании: службы медиации/примирения в школах для разрешения конфликтов и профилактики правонарушений</w:t>
            </w:r>
          </w:p>
        </w:tc>
        <w:tc>
          <w:tcPr>
            <w:tcW w:type="dxa" w:w="3118"/>
          </w:tcPr>
          <w:p>
            <w:pPr>
              <w:ind w:firstLine="0"/>
            </w:pPr>
            <w:r>
              <w:rPr>
                <w:rFonts w:ascii="Times New Roman" w:hAnsi="Times New Roman"/>
                <w:b w:val="0"/>
                <w:sz w:val="22"/>
              </w:rPr>
              <w:t xml:space="preserve">Программный; </w:t>
            </w:r>
            <w:r>
              <w:rPr>
                <w:rFonts w:ascii="Times New Roman" w:hAnsi="Times New Roman"/>
                <w:b/>
                <w:sz w:val="22"/>
              </w:rPr>
              <w:t>период 2012–2017 завершён</w:t>
            </w:r>
            <w:r>
              <w:rPr>
                <w:rFonts w:ascii="Times New Roman" w:hAnsi="Times New Roman"/>
                <w:b w:val="0"/>
                <w:sz w:val="22"/>
              </w:rPr>
              <w:t xml:space="preserve"> (формальной отмены указа не выявлено)</w:t>
            </w:r>
          </w:p>
        </w:tc>
      </w:tr>
      <w:tr>
        <w:tc>
          <w:tcPr>
            <w:tcW w:type="dxa" w:w="3118"/>
          </w:tcPr>
          <w:p>
            <w:pPr>
              <w:ind w:firstLine="0"/>
            </w:pPr>
            <w:r>
              <w:rPr>
                <w:rFonts w:ascii="Times New Roman" w:hAnsi="Times New Roman"/>
                <w:b/>
                <w:sz w:val="22"/>
              </w:rPr>
              <w:t>Распоряжение Правительства РФ от 30.07.2014 № 1430-р</w:t>
            </w:r>
            <w:r>
              <w:rPr>
                <w:rFonts w:ascii="Times New Roman" w:hAnsi="Times New Roman"/>
                <w:b w:val="0"/>
                <w:sz w:val="22"/>
              </w:rPr>
              <w:t xml:space="preserve"> (Концепция развития сети служб медиации) — </w:t>
            </w:r>
            <w:hyperlink r:id="rId127">
              <w:r>
                <w:rPr>
                  <w:rFonts w:ascii="Times New Roman" w:hAnsi="Times New Roman"/>
                  <w:color w:val="0563C1"/>
                  <w:u w:val="single"/>
                  <w:sz w:val="22"/>
                </w:rPr>
                <w:t xml:space="preserve">текст</w:t>
              </w:r>
            </w:hyperlink>
          </w:p>
        </w:tc>
        <w:tc>
          <w:tcPr>
            <w:tcW w:type="dxa" w:w="3118"/>
          </w:tcPr>
          <w:p>
            <w:pPr>
              <w:ind w:firstLine="0"/>
            </w:pPr>
            <w:r>
              <w:rPr>
                <w:rFonts w:ascii="Times New Roman" w:hAnsi="Times New Roman"/>
                <w:b w:val="0"/>
                <w:sz w:val="22"/>
              </w:rPr>
              <w:t>цели, задачи и направления создания сети служб медиации, терминология восстановительного правосудия</w:t>
            </w:r>
          </w:p>
        </w:tc>
        <w:tc>
          <w:tcPr>
            <w:tcW w:type="dxa" w:w="3118"/>
          </w:tcPr>
          <w:p>
            <w:pPr>
              <w:ind w:firstLine="0"/>
            </w:pPr>
            <w:r>
              <w:rPr>
                <w:rFonts w:ascii="Times New Roman" w:hAnsi="Times New Roman"/>
                <w:b w:val="0"/>
                <w:sz w:val="22"/>
              </w:rPr>
              <w:t xml:space="preserve">Программный; целевой период истёк (до 2017 → до 2020), реализация продлевалась до 2025; </w:t>
            </w:r>
            <w:r>
              <w:rPr>
                <w:rFonts w:ascii="Times New Roman" w:hAnsi="Times New Roman"/>
                <w:b/>
                <w:sz w:val="22"/>
              </w:rPr>
              <w:t>формально не отменена</w:t>
            </w:r>
          </w:p>
        </w:tc>
      </w:tr>
      <w:tr>
        <w:tc>
          <w:tcPr>
            <w:tcW w:type="dxa" w:w="3118"/>
          </w:tcPr>
          <w:p>
            <w:pPr>
              <w:ind w:firstLine="0"/>
            </w:pPr>
            <w:r>
              <w:rPr>
                <w:rFonts w:ascii="Times New Roman" w:hAnsi="Times New Roman"/>
                <w:b/>
                <w:sz w:val="22"/>
              </w:rPr>
              <w:t>Распоряжение Правительства РФ от 29.05.2015 № 996-р</w:t>
            </w:r>
            <w:r>
              <w:rPr>
                <w:rFonts w:ascii="Times New Roman" w:hAnsi="Times New Roman"/>
                <w:b w:val="0"/>
                <w:sz w:val="22"/>
              </w:rPr>
              <w:t xml:space="preserve"> (Стратегия развития воспитания до 2025) — </w:t>
            </w:r>
            <w:hyperlink r:id="rId128">
              <w:r>
                <w:rPr>
                  <w:rFonts w:ascii="Times New Roman" w:hAnsi="Times New Roman"/>
                  <w:color w:val="0563C1"/>
                  <w:u w:val="single"/>
                  <w:sz w:val="22"/>
                </w:rPr>
                <w:t xml:space="preserve">текст</w:t>
              </w:r>
            </w:hyperlink>
          </w:p>
        </w:tc>
        <w:tc>
          <w:tcPr>
            <w:tcW w:type="dxa" w:w="3118"/>
          </w:tcPr>
          <w:p>
            <w:pPr>
              <w:ind w:firstLine="0"/>
            </w:pPr>
            <w:r>
              <w:rPr>
                <w:rFonts w:ascii="Times New Roman" w:hAnsi="Times New Roman"/>
                <w:b w:val="0"/>
                <w:sz w:val="22"/>
              </w:rPr>
              <w:t>«развитие инструментов медиации для разрешения потенциальных конфликтов в детской среде»</w:t>
            </w:r>
          </w:p>
        </w:tc>
        <w:tc>
          <w:tcPr>
            <w:tcW w:type="dxa" w:w="3118"/>
          </w:tcPr>
          <w:p>
            <w:pPr>
              <w:ind w:firstLine="0"/>
            </w:pPr>
            <w:r>
              <w:rPr>
                <w:rFonts w:ascii="Times New Roman" w:hAnsi="Times New Roman"/>
                <w:b w:val="0"/>
                <w:sz w:val="22"/>
              </w:rPr>
              <w:t xml:space="preserve">Программный; </w:t>
            </w:r>
            <w:r>
              <w:rPr>
                <w:rFonts w:ascii="Times New Roman" w:hAnsi="Times New Roman"/>
                <w:b/>
                <w:sz w:val="22"/>
              </w:rPr>
              <w:t>период «до 2025 года» на дату анализа (2026) уже истёк</w:t>
            </w:r>
          </w:p>
        </w:tc>
      </w:tr>
      <w:tr>
        <w:tc>
          <w:tcPr>
            <w:tcW w:type="dxa" w:w="3118"/>
          </w:tcPr>
          <w:p>
            <w:pPr>
              <w:ind w:firstLine="0"/>
            </w:pPr>
            <w:r>
              <w:rPr>
                <w:rFonts w:ascii="Times New Roman" w:hAnsi="Times New Roman"/>
                <w:b/>
                <w:sz w:val="22"/>
              </w:rPr>
              <w:t>Указ Президента РФ от 17.05.2023 № 358</w:t>
            </w:r>
            <w:r>
              <w:rPr>
                <w:rFonts w:ascii="Times New Roman" w:hAnsi="Times New Roman"/>
                <w:b w:val="0"/>
                <w:sz w:val="22"/>
              </w:rPr>
              <w:t xml:space="preserve"> (Стратегия комплексной безопасности детей до 2030) — </w:t>
            </w:r>
            <w:hyperlink r:id="rId129">
              <w:r>
                <w:rPr>
                  <w:rFonts w:ascii="Times New Roman" w:hAnsi="Times New Roman"/>
                  <w:color w:val="0563C1"/>
                  <w:u w:val="single"/>
                  <w:sz w:val="22"/>
                </w:rPr>
                <w:t xml:space="preserve">текст</w:t>
              </w:r>
            </w:hyperlink>
          </w:p>
        </w:tc>
        <w:tc>
          <w:tcPr>
            <w:tcW w:type="dxa" w:w="3118"/>
          </w:tcPr>
          <w:p>
            <w:pPr>
              <w:ind w:firstLine="0"/>
            </w:pPr>
            <w:r>
              <w:rPr>
                <w:rFonts w:ascii="Times New Roman" w:hAnsi="Times New Roman"/>
                <w:b w:val="0"/>
                <w:sz w:val="22"/>
              </w:rPr>
              <w:t xml:space="preserve">п. 31: восстановительные технологии, </w:t>
            </w:r>
            <w:r>
              <w:rPr>
                <w:rFonts w:ascii="Times New Roman" w:hAnsi="Times New Roman"/>
                <w:b/>
                <w:sz w:val="22"/>
              </w:rPr>
              <w:t>развитие служб медиации (примирения)</w:t>
            </w:r>
            <w:r>
              <w:rPr>
                <w:rFonts w:ascii="Times New Roman" w:hAnsi="Times New Roman"/>
                <w:b w:val="0"/>
                <w:sz w:val="22"/>
              </w:rPr>
              <w:t xml:space="preserve"> в образовательных организациях </w:t>
            </w:r>
            <w:r>
              <w:rPr>
                <w:rFonts w:ascii="Times New Roman" w:hAnsi="Times New Roman"/>
                <w:b/>
                <w:sz w:val="22"/>
              </w:rPr>
              <w:t>и профилактика агрессивного поведения детей, их травли</w:t>
            </w:r>
          </w:p>
        </w:tc>
        <w:tc>
          <w:tcPr>
            <w:tcW w:type="dxa" w:w="3118"/>
          </w:tcPr>
          <w:p>
            <w:pPr>
              <w:ind w:firstLine="0"/>
            </w:pPr>
            <w:r>
              <w:rPr>
                <w:rFonts w:ascii="Times New Roman" w:hAnsi="Times New Roman"/>
                <w:b/>
                <w:sz w:val="22"/>
              </w:rPr>
              <w:t>Действует.</w:t>
            </w:r>
            <w:r>
              <w:rPr>
                <w:rFonts w:ascii="Times New Roman" w:hAnsi="Times New Roman"/>
                <w:b w:val="0"/>
                <w:sz w:val="22"/>
              </w:rPr>
              <w:t xml:space="preserve"> Самый свежий документ высшего уровня, где травля и медиация названы прямо</w:t>
            </w:r>
          </w:p>
        </w:tc>
      </w:tr>
      <w:tr>
        <w:tc>
          <w:tcPr>
            <w:tcW w:type="dxa" w:w="3118"/>
          </w:tcPr>
          <w:p>
            <w:pPr>
              <w:ind w:firstLine="0"/>
            </w:pPr>
            <w:r>
              <w:rPr>
                <w:rFonts w:ascii="Times New Roman" w:hAnsi="Times New Roman"/>
                <w:b/>
                <w:sz w:val="22"/>
              </w:rPr>
              <w:t>Письмо Минобрнауки от 18.11.2013 № ВК-844/07</w:t>
            </w:r>
            <w:r>
              <w:rPr>
                <w:rFonts w:ascii="Times New Roman" w:hAnsi="Times New Roman"/>
                <w:b w:val="0"/>
                <w:sz w:val="22"/>
              </w:rPr>
              <w:t xml:space="preserve"> — </w:t>
            </w:r>
            <w:hyperlink r:id="rId130">
              <w:r>
                <w:rPr>
                  <w:rFonts w:ascii="Times New Roman" w:hAnsi="Times New Roman"/>
                  <w:color w:val="0563C1"/>
                  <w:u w:val="single"/>
                  <w:sz w:val="22"/>
                </w:rPr>
                <w:t xml:space="preserve">текст</w:t>
              </w:r>
            </w:hyperlink>
          </w:p>
        </w:tc>
        <w:tc>
          <w:tcPr>
            <w:tcW w:type="dxa" w:w="3118"/>
          </w:tcPr>
          <w:p>
            <w:pPr>
              <w:ind w:firstLine="0"/>
            </w:pPr>
            <w:r>
              <w:rPr>
                <w:rFonts w:ascii="Times New Roman" w:hAnsi="Times New Roman"/>
                <w:b w:val="0"/>
                <w:sz w:val="22"/>
              </w:rPr>
              <w:t>первые методические рекомендации по службам школьной медиации</w:t>
            </w:r>
          </w:p>
        </w:tc>
        <w:tc>
          <w:tcPr>
            <w:tcW w:type="dxa" w:w="3118"/>
          </w:tcPr>
          <w:p>
            <w:pPr>
              <w:ind w:firstLine="0"/>
            </w:pPr>
            <w:r>
              <w:rPr>
                <w:rFonts w:ascii="Times New Roman" w:hAnsi="Times New Roman"/>
                <w:b w:val="0"/>
                <w:sz w:val="22"/>
              </w:rPr>
              <w:t xml:space="preserve">Методическое письмо; </w:t>
            </w:r>
            <w:r>
              <w:rPr>
                <w:rFonts w:ascii="Times New Roman" w:hAnsi="Times New Roman"/>
                <w:b/>
                <w:sz w:val="22"/>
              </w:rPr>
              <w:t>не нормативный правовой акт</w:t>
            </w:r>
          </w:p>
        </w:tc>
      </w:tr>
      <w:tr>
        <w:tc>
          <w:tcPr>
            <w:tcW w:type="dxa" w:w="3118"/>
          </w:tcPr>
          <w:p>
            <w:pPr>
              <w:ind w:firstLine="0"/>
            </w:pPr>
            <w:r>
              <w:rPr>
                <w:rFonts w:ascii="Times New Roman" w:hAnsi="Times New Roman"/>
                <w:b/>
                <w:sz w:val="22"/>
              </w:rPr>
              <w:t>Письмо Минобрнауки от 18.12.2015 № 07-4317</w:t>
            </w:r>
            <w:r>
              <w:rPr>
                <w:rFonts w:ascii="Times New Roman" w:hAnsi="Times New Roman"/>
                <w:b w:val="0"/>
                <w:sz w:val="22"/>
              </w:rPr>
              <w:t xml:space="preserve"> — </w:t>
            </w:r>
            <w:hyperlink r:id="rId131">
              <w:r>
                <w:rPr>
                  <w:rFonts w:ascii="Times New Roman" w:hAnsi="Times New Roman"/>
                  <w:color w:val="0563C1"/>
                  <w:u w:val="single"/>
                  <w:sz w:val="22"/>
                </w:rPr>
                <w:t xml:space="preserve">текст</w:t>
              </w:r>
            </w:hyperlink>
          </w:p>
        </w:tc>
        <w:tc>
          <w:tcPr>
            <w:tcW w:type="dxa" w:w="3118"/>
          </w:tcPr>
          <w:p>
            <w:pPr>
              <w:ind w:firstLine="0"/>
            </w:pPr>
            <w:r>
              <w:rPr>
                <w:rFonts w:ascii="Times New Roman" w:hAnsi="Times New Roman"/>
                <w:b w:val="0"/>
                <w:sz w:val="22"/>
              </w:rPr>
              <w:t>определение «школьного медиатора», структура службы, обучение 72–200 ч</w:t>
            </w:r>
          </w:p>
        </w:tc>
        <w:tc>
          <w:tcPr>
            <w:tcW w:type="dxa" w:w="3118"/>
          </w:tcPr>
          <w:p>
            <w:pPr>
              <w:ind w:firstLine="0"/>
            </w:pPr>
            <w:r>
              <w:rPr>
                <w:rFonts w:ascii="Times New Roman" w:hAnsi="Times New Roman"/>
                <w:b w:val="0"/>
                <w:sz w:val="22"/>
              </w:rPr>
              <w:t xml:space="preserve">Методическое письмо; содержит фразу «должны создаваться», но это </w:t>
            </w:r>
            <w:r>
              <w:rPr>
                <w:rFonts w:ascii="Times New Roman" w:hAnsi="Times New Roman"/>
                <w:b/>
                <w:sz w:val="22"/>
              </w:rPr>
              <w:t>не норма закона</w:t>
            </w:r>
          </w:p>
        </w:tc>
      </w:tr>
      <w:tr>
        <w:tc>
          <w:tcPr>
            <w:tcW w:type="dxa" w:w="3118"/>
          </w:tcPr>
          <w:p>
            <w:pPr>
              <w:ind w:firstLine="0"/>
            </w:pPr>
            <w:r>
              <w:rPr>
                <w:rFonts w:ascii="Times New Roman" w:hAnsi="Times New Roman"/>
                <w:b/>
                <w:sz w:val="22"/>
              </w:rPr>
              <w:t>Письмо Минобрнауки от 26.12.2017 № 07-7657</w:t>
            </w:r>
            <w:r>
              <w:rPr>
                <w:rFonts w:ascii="Times New Roman" w:hAnsi="Times New Roman"/>
                <w:b w:val="0"/>
                <w:sz w:val="22"/>
              </w:rPr>
              <w:t xml:space="preserve"> — </w:t>
            </w:r>
            <w:hyperlink r:id="rId132">
              <w:r>
                <w:rPr>
                  <w:rFonts w:ascii="Times New Roman" w:hAnsi="Times New Roman"/>
                  <w:color w:val="0563C1"/>
                  <w:u w:val="single"/>
                  <w:sz w:val="22"/>
                </w:rPr>
                <w:t xml:space="preserve">текст</w:t>
              </w:r>
            </w:hyperlink>
          </w:p>
        </w:tc>
        <w:tc>
          <w:tcPr>
            <w:tcW w:type="dxa" w:w="3118"/>
          </w:tcPr>
          <w:p>
            <w:pPr>
              <w:ind w:firstLine="0"/>
            </w:pPr>
            <w:r>
              <w:rPr>
                <w:rFonts w:ascii="Times New Roman" w:hAnsi="Times New Roman"/>
                <w:b w:val="0"/>
                <w:sz w:val="22"/>
              </w:rPr>
              <w:t>внедрение восстановительных технологий и медиации в воспитательную работу</w:t>
            </w:r>
          </w:p>
        </w:tc>
        <w:tc>
          <w:tcPr>
            <w:tcW w:type="dxa" w:w="3118"/>
          </w:tcPr>
          <w:p>
            <w:pPr>
              <w:ind w:firstLine="0"/>
            </w:pPr>
            <w:r>
              <w:rPr>
                <w:rFonts w:ascii="Times New Roman" w:hAnsi="Times New Roman"/>
                <w:b w:val="0"/>
                <w:sz w:val="22"/>
              </w:rPr>
              <w:t>Методическое письмо</w:t>
            </w:r>
          </w:p>
        </w:tc>
      </w:tr>
      <w:tr>
        <w:tc>
          <w:tcPr>
            <w:tcW w:type="dxa" w:w="3118"/>
          </w:tcPr>
          <w:p>
            <w:pPr>
              <w:ind w:firstLine="0"/>
            </w:pPr>
            <w:r>
              <w:rPr>
                <w:rFonts w:ascii="Times New Roman" w:hAnsi="Times New Roman"/>
                <w:b/>
                <w:sz w:val="22"/>
              </w:rPr>
              <w:t>Письмо Минпросвещения от 28.04.2020 № ДГ-375/07</w:t>
            </w:r>
            <w:r>
              <w:rPr>
                <w:rFonts w:ascii="Times New Roman" w:hAnsi="Times New Roman"/>
                <w:b w:val="0"/>
                <w:sz w:val="22"/>
              </w:rPr>
              <w:t xml:space="preserve"> — </w:t>
            </w:r>
            <w:hyperlink r:id="rId133">
              <w:r>
                <w:rPr>
                  <w:rFonts w:ascii="Times New Roman" w:hAnsi="Times New Roman"/>
                  <w:color w:val="0563C1"/>
                  <w:u w:val="single"/>
                  <w:sz w:val="22"/>
                </w:rPr>
                <w:t xml:space="preserve">текст</w:t>
              </w:r>
            </w:hyperlink>
          </w:p>
        </w:tc>
        <w:tc>
          <w:tcPr>
            <w:tcW w:type="dxa" w:w="3118"/>
          </w:tcPr>
          <w:p>
            <w:pPr>
              <w:ind w:firstLine="0"/>
            </w:pPr>
            <w:r>
              <w:rPr>
                <w:rFonts w:ascii="Times New Roman" w:hAnsi="Times New Roman"/>
                <w:b w:val="0"/>
                <w:sz w:val="22"/>
              </w:rPr>
              <w:t>развитие сети служб медиации (примирения); разграничение медиативной и восстановительной моделей</w:t>
            </w:r>
          </w:p>
        </w:tc>
        <w:tc>
          <w:tcPr>
            <w:tcW w:type="dxa" w:w="3118"/>
          </w:tcPr>
          <w:p>
            <w:pPr>
              <w:ind w:firstLine="0"/>
            </w:pPr>
            <w:r>
              <w:rPr>
                <w:rFonts w:ascii="Times New Roman" w:hAnsi="Times New Roman"/>
                <w:b w:val="0"/>
                <w:sz w:val="22"/>
              </w:rPr>
              <w:t>Методическое письмо</w:t>
            </w:r>
          </w:p>
        </w:tc>
      </w:tr>
      <w:tr>
        <w:tc>
          <w:tcPr>
            <w:tcW w:type="dxa" w:w="3118"/>
          </w:tcPr>
          <w:p>
            <w:pPr>
              <w:ind w:firstLine="0"/>
            </w:pPr>
            <w:r>
              <w:rPr>
                <w:rFonts w:ascii="Times New Roman" w:hAnsi="Times New Roman"/>
                <w:b/>
                <w:sz w:val="22"/>
              </w:rPr>
              <w:t>Письмо Минпросвещения от 11.04.2025 № 07-1660</w:t>
            </w:r>
            <w:r>
              <w:rPr>
                <w:rFonts w:ascii="Times New Roman" w:hAnsi="Times New Roman"/>
                <w:b w:val="0"/>
                <w:sz w:val="22"/>
              </w:rPr>
              <w:t xml:space="preserve"> — </w:t>
            </w:r>
            <w:hyperlink r:id="rId134">
              <w:r>
                <w:rPr>
                  <w:rFonts w:ascii="Times New Roman" w:hAnsi="Times New Roman"/>
                  <w:color w:val="0563C1"/>
                  <w:u w:val="single"/>
                  <w:sz w:val="22"/>
                </w:rPr>
                <w:t xml:space="preserve">КонсультантПлюс</w:t>
              </w:r>
            </w:hyperlink>
            <w:r>
              <w:rPr>
                <w:rFonts w:ascii="Times New Roman" w:hAnsi="Times New Roman"/>
                <w:b w:val="0"/>
                <w:sz w:val="22"/>
              </w:rPr>
              <w:t xml:space="preserve">, </w:t>
            </w:r>
            <w:hyperlink r:id="rId135">
              <w:r>
                <w:rPr>
                  <w:rFonts w:ascii="Times New Roman" w:hAnsi="Times New Roman"/>
                  <w:color w:val="0563C1"/>
                  <w:u w:val="single"/>
                  <w:sz w:val="22"/>
                </w:rPr>
                <w:t xml:space="preserve">полный текст МР</w:t>
              </w:r>
            </w:hyperlink>
          </w:p>
        </w:tc>
        <w:tc>
          <w:tcPr>
            <w:tcW w:type="dxa" w:w="3118"/>
          </w:tcPr>
          <w:p>
            <w:pPr>
              <w:ind w:firstLine="0"/>
            </w:pPr>
            <w:r>
              <w:rPr>
                <w:rFonts w:ascii="Times New Roman" w:hAnsi="Times New Roman"/>
                <w:b/>
                <w:sz w:val="22"/>
              </w:rPr>
              <w:t>действующий базовый методический акт</w:t>
            </w:r>
            <w:r>
              <w:rPr>
                <w:rFonts w:ascii="Times New Roman" w:hAnsi="Times New Roman"/>
                <w:b w:val="0"/>
                <w:sz w:val="22"/>
              </w:rPr>
              <w:t xml:space="preserve"> (МР ФГБУ «Центр защиты прав и интересов детей», 2024): единый подход, допустимые наименования службы, прямые требования к кадрам — координатор не менее 72 акад. часов, специалист не менее 36; </w:t>
            </w:r>
            <w:r>
              <w:rPr>
                <w:rFonts w:ascii="Times New Roman" w:hAnsi="Times New Roman"/>
                <w:b/>
                <w:sz w:val="22"/>
              </w:rPr>
              <w:t>прямо называет ситуацию травли (буллинга и моббинга)</w:t>
            </w:r>
            <w:r>
              <w:rPr>
                <w:rFonts w:ascii="Times New Roman" w:hAnsi="Times New Roman"/>
                <w:b w:val="0"/>
                <w:sz w:val="22"/>
              </w:rPr>
              <w:t xml:space="preserve"> среди поводов для работы службы; допускает медиативный подход без полноценной процедуры медиации и раскрытие информации при угрозе безопасности</w:t>
            </w:r>
          </w:p>
        </w:tc>
        <w:tc>
          <w:tcPr>
            <w:tcW w:type="dxa" w:w="3118"/>
          </w:tcPr>
          <w:p>
            <w:pPr>
              <w:ind w:firstLine="0"/>
            </w:pPr>
            <w:r>
              <w:rPr>
                <w:rFonts w:ascii="Times New Roman" w:hAnsi="Times New Roman"/>
                <w:b w:val="0"/>
                <w:sz w:val="22"/>
              </w:rPr>
              <w:t xml:space="preserve">Методическое письмо; адресовано руководителям и педработникам, </w:t>
            </w:r>
            <w:r>
              <w:rPr>
                <w:rFonts w:ascii="Times New Roman" w:hAnsi="Times New Roman"/>
                <w:b/>
                <w:sz w:val="22"/>
              </w:rPr>
              <w:t>юридической обязанности не создаёт</w:t>
            </w:r>
          </w:p>
        </w:tc>
      </w:tr>
      <w:tr>
        <w:tc>
          <w:tcPr>
            <w:tcW w:type="dxa" w:w="3118"/>
          </w:tcPr>
          <w:p>
            <w:pPr>
              <w:ind w:firstLine="0"/>
            </w:pPr>
            <w:r>
              <w:rPr>
                <w:rFonts w:ascii="Times New Roman" w:hAnsi="Times New Roman"/>
                <w:b/>
                <w:sz w:val="22"/>
              </w:rPr>
              <w:t>Письмо Минпросвещения от 10.04.2025 № 07-1613</w:t>
            </w:r>
            <w:r>
              <w:rPr>
                <w:rFonts w:ascii="Times New Roman" w:hAnsi="Times New Roman"/>
                <w:b w:val="0"/>
                <w:sz w:val="22"/>
              </w:rPr>
              <w:t xml:space="preserve"> — </w:t>
            </w:r>
            <w:hyperlink r:id="rId136">
              <w:r>
                <w:rPr>
                  <w:rFonts w:ascii="Times New Roman" w:hAnsi="Times New Roman"/>
                  <w:color w:val="0563C1"/>
                  <w:u w:val="single"/>
                  <w:sz w:val="22"/>
                </w:rPr>
                <w:t xml:space="preserve">реквизиты</w:t>
              </w:r>
            </w:hyperlink>
          </w:p>
        </w:tc>
        <w:tc>
          <w:tcPr>
            <w:tcW w:type="dxa" w:w="3118"/>
          </w:tcPr>
          <w:p>
            <w:pPr>
              <w:ind w:firstLine="0"/>
            </w:pPr>
            <w:r>
              <w:rPr>
                <w:rFonts w:ascii="Times New Roman" w:hAnsi="Times New Roman"/>
                <w:b w:val="0"/>
                <w:sz w:val="22"/>
              </w:rPr>
              <w:t>алгоритмы деятельности педагога-психолога</w:t>
            </w:r>
          </w:p>
        </w:tc>
        <w:tc>
          <w:tcPr>
            <w:tcW w:type="dxa" w:w="3118"/>
          </w:tcPr>
          <w:p>
            <w:pPr>
              <w:ind w:firstLine="0"/>
            </w:pPr>
            <w:r>
              <w:rPr>
                <w:rFonts w:ascii="Times New Roman" w:hAnsi="Times New Roman"/>
                <w:b w:val="0"/>
                <w:sz w:val="22"/>
              </w:rPr>
              <w:t xml:space="preserve">Методическое письмо; содержание подробно </w:t>
            </w:r>
            <w:r>
              <w:rPr>
                <w:rFonts w:ascii="Times New Roman" w:hAnsi="Times New Roman"/>
                <w:b/>
                <w:sz w:val="22"/>
              </w:rPr>
              <w:t>не сверено — NOT VERIFIED</w:t>
            </w:r>
          </w:p>
        </w:tc>
      </w:tr>
      <w:tr>
        <w:tc>
          <w:tcPr>
            <w:tcW w:type="dxa" w:w="3118"/>
          </w:tcPr>
          <w:p>
            <w:pPr>
              <w:ind w:firstLine="0"/>
            </w:pPr>
            <w:r>
              <w:rPr>
                <w:rFonts w:ascii="Times New Roman" w:hAnsi="Times New Roman"/>
                <w:b/>
                <w:sz w:val="22"/>
              </w:rPr>
              <w:t>Профстандарт «Специалист в области медиации (медиатор)»</w:t>
            </w:r>
            <w:r>
              <w:rPr>
                <w:rFonts w:ascii="Times New Roman" w:hAnsi="Times New Roman"/>
                <w:b w:val="0"/>
                <w:sz w:val="22"/>
              </w:rPr>
              <w:t xml:space="preserve"> (приказ Минтруда от 15.12.2014 № 1041н) — </w:t>
            </w:r>
            <w:hyperlink r:id="rId137">
              <w:r>
                <w:rPr>
                  <w:rFonts w:ascii="Times New Roman" w:hAnsi="Times New Roman"/>
                  <w:color w:val="0563C1"/>
                  <w:u w:val="single"/>
                  <w:sz w:val="22"/>
                </w:rPr>
                <w:t xml:space="preserve">текст</w:t>
              </w:r>
            </w:hyperlink>
          </w:p>
        </w:tc>
        <w:tc>
          <w:tcPr>
            <w:tcW w:type="dxa" w:w="3118"/>
          </w:tcPr>
          <w:p>
            <w:pPr>
              <w:ind w:firstLine="0"/>
            </w:pPr>
            <w:r>
              <w:rPr>
                <w:rFonts w:ascii="Times New Roman" w:hAnsi="Times New Roman"/>
                <w:b w:val="0"/>
                <w:sz w:val="22"/>
              </w:rPr>
              <w:t>трудовые функции и квалификация медиатора</w:t>
            </w:r>
          </w:p>
        </w:tc>
        <w:tc>
          <w:tcPr>
            <w:tcW w:type="dxa" w:w="3118"/>
          </w:tcPr>
          <w:p>
            <w:pPr>
              <w:ind w:firstLine="0"/>
            </w:pPr>
            <w:r>
              <w:rPr>
                <w:rFonts w:ascii="Times New Roman" w:hAnsi="Times New Roman"/>
                <w:b w:val="0"/>
                <w:sz w:val="22"/>
              </w:rPr>
              <w:t xml:space="preserve">Обязателен </w:t>
            </w:r>
            <w:r>
              <w:rPr>
                <w:rFonts w:ascii="Times New Roman" w:hAnsi="Times New Roman"/>
                <w:b/>
                <w:sz w:val="22"/>
              </w:rPr>
              <w:t>только если</w:t>
            </w:r>
            <w:r>
              <w:rPr>
                <w:rFonts w:ascii="Times New Roman" w:hAnsi="Times New Roman"/>
                <w:b w:val="0"/>
                <w:sz w:val="22"/>
              </w:rPr>
              <w:t xml:space="preserve"> такая должность/деятельность в организации введена</w:t>
            </w:r>
          </w:p>
        </w:tc>
      </w:tr>
      <w:tr>
        <w:tc>
          <w:tcPr>
            <w:tcW w:type="dxa" w:w="3118"/>
          </w:tcPr>
          <w:p>
            <w:pPr>
              <w:ind w:firstLine="0"/>
            </w:pPr>
            <w:r>
              <w:rPr>
                <w:rFonts w:ascii="Times New Roman" w:hAnsi="Times New Roman"/>
                <w:b/>
                <w:sz w:val="22"/>
              </w:rPr>
              <w:t>Профстандарт «Педагог-психолог»</w:t>
            </w:r>
            <w:r>
              <w:rPr>
                <w:rFonts w:ascii="Times New Roman" w:hAnsi="Times New Roman"/>
                <w:b w:val="0"/>
                <w:sz w:val="22"/>
              </w:rPr>
              <w:t xml:space="preserve"> (приказ Минтруда от 24.07.2015 № 514н) — </w:t>
            </w:r>
            <w:hyperlink r:id="rId138">
              <w:r>
                <w:rPr>
                  <w:rFonts w:ascii="Times New Roman" w:hAnsi="Times New Roman"/>
                  <w:color w:val="0563C1"/>
                  <w:u w:val="single"/>
                  <w:sz w:val="22"/>
                </w:rPr>
                <w:t xml:space="preserve">текст</w:t>
              </w:r>
            </w:hyperlink>
          </w:p>
        </w:tc>
        <w:tc>
          <w:tcPr>
            <w:tcW w:type="dxa" w:w="3118"/>
          </w:tcPr>
          <w:p>
            <w:pPr>
              <w:ind w:firstLine="0"/>
            </w:pPr>
            <w:r>
              <w:rPr>
                <w:rFonts w:ascii="Times New Roman" w:hAnsi="Times New Roman"/>
                <w:b w:val="0"/>
                <w:sz w:val="22"/>
              </w:rPr>
              <w:t>требования к педагогу-психологу</w:t>
            </w:r>
          </w:p>
        </w:tc>
        <w:tc>
          <w:tcPr>
            <w:tcW w:type="dxa" w:w="3118"/>
          </w:tcPr>
          <w:p>
            <w:pPr>
              <w:ind w:firstLine="0"/>
            </w:pPr>
            <w:r>
              <w:rPr>
                <w:rFonts w:ascii="Times New Roman" w:hAnsi="Times New Roman"/>
                <w:b w:val="0"/>
                <w:sz w:val="22"/>
              </w:rPr>
              <w:t xml:space="preserve">Термин </w:t>
            </w:r>
            <w:r>
              <w:rPr>
                <w:rFonts w:ascii="Times New Roman" w:hAnsi="Times New Roman"/>
                <w:b/>
                <w:sz w:val="22"/>
              </w:rPr>
              <w:t>«медиация» не используется</w:t>
            </w:r>
            <w:r>
              <w:rPr>
                <w:rFonts w:ascii="Times New Roman" w:hAnsi="Times New Roman"/>
                <w:b w:val="0"/>
                <w:sz w:val="22"/>
              </w:rPr>
              <w:t xml:space="preserve">, но </w:t>
            </w:r>
            <w:r>
              <w:rPr>
                <w:rFonts w:ascii="Times New Roman" w:hAnsi="Times New Roman"/>
                <w:b/>
                <w:sz w:val="22"/>
              </w:rPr>
              <w:t>работа с конфликтами есть</w:t>
            </w:r>
            <w:r>
              <w:rPr>
                <w:rFonts w:ascii="Times New Roman" w:hAnsi="Times New Roman"/>
                <w:b w:val="0"/>
                <w:sz w:val="22"/>
              </w:rPr>
              <w:t xml:space="preserve"> — она описана как «методы… урегулирования конфликтов», устранение нарушений межличностных отношений. Вывод: обязанность </w:t>
            </w:r>
            <w:r>
              <w:rPr>
                <w:rFonts w:ascii="Times New Roman" w:hAnsi="Times New Roman"/>
                <w:b/>
                <w:sz w:val="22"/>
              </w:rPr>
              <w:t>проводить процедуру медиации по ФЗ-193</w:t>
            </w:r>
            <w:r>
              <w:rPr>
                <w:rFonts w:ascii="Times New Roman" w:hAnsi="Times New Roman"/>
                <w:b w:val="0"/>
                <w:sz w:val="22"/>
              </w:rPr>
              <w:t xml:space="preserve"> из него не следует; работа с конфликтами входит в обязанности как </w:t>
            </w:r>
            <w:r>
              <w:rPr>
                <w:rFonts w:ascii="Times New Roman" w:hAnsi="Times New Roman"/>
                <w:b/>
                <w:sz w:val="22"/>
              </w:rPr>
              <w:t>психологическая</w:t>
            </w:r>
            <w:r>
              <w:rPr>
                <w:rFonts w:ascii="Times New Roman" w:hAnsi="Times New Roman"/>
                <w:b w:val="0"/>
                <w:sz w:val="22"/>
              </w:rPr>
              <w:t xml:space="preserve">, а не медиативная. Это </w:t>
            </w:r>
            <w:r>
              <w:rPr>
                <w:rFonts w:ascii="Times New Roman" w:hAnsi="Times New Roman"/>
                <w:b/>
                <w:sz w:val="22"/>
              </w:rPr>
              <w:t>не исчерпывающая проверка кадрового контура</w:t>
            </w:r>
            <w:r>
              <w:rPr>
                <w:rFonts w:ascii="Times New Roman" w:hAnsi="Times New Roman"/>
                <w:b w:val="0"/>
                <w:sz w:val="22"/>
              </w:rPr>
              <w:t xml:space="preserve"> — см. 13.10</w:t>
            </w:r>
          </w:p>
        </w:tc>
      </w:tr>
      <w:tr>
        <w:tc>
          <w:tcPr>
            <w:tcW w:type="dxa" w:w="3118"/>
          </w:tcPr>
          <w:p>
            <w:pPr>
              <w:ind w:firstLine="0"/>
            </w:pPr>
            <w:r>
              <w:rPr>
                <w:rFonts w:ascii="Times New Roman" w:hAnsi="Times New Roman"/>
                <w:b/>
                <w:sz w:val="22"/>
              </w:rPr>
              <w:t>Распоряжение Правительства РФ от 23.01.2021 № 122-р</w:t>
            </w:r>
            <w:r>
              <w:rPr>
                <w:rFonts w:ascii="Times New Roman" w:hAnsi="Times New Roman"/>
                <w:b w:val="0"/>
                <w:sz w:val="22"/>
              </w:rPr>
              <w:t xml:space="preserve"> (Десятилетие детства до 2027) — </w:t>
            </w:r>
            <w:hyperlink r:id="rId139">
              <w:r>
                <w:rPr>
                  <w:rFonts w:ascii="Times New Roman" w:hAnsi="Times New Roman"/>
                  <w:color w:val="0563C1"/>
                  <w:u w:val="single"/>
                  <w:sz w:val="22"/>
                </w:rPr>
                <w:t xml:space="preserve">текст</w:t>
              </w:r>
            </w:hyperlink>
          </w:p>
        </w:tc>
        <w:tc>
          <w:tcPr>
            <w:tcW w:type="dxa" w:w="3118"/>
          </w:tcPr>
          <w:p>
            <w:pPr>
              <w:ind w:firstLine="0"/>
            </w:pPr>
            <w:r>
              <w:rPr>
                <w:rFonts w:ascii="Times New Roman" w:hAnsi="Times New Roman"/>
                <w:b w:val="0"/>
                <w:sz w:val="22"/>
              </w:rPr>
              <w:t>внедрение восстановительных технологий, включая медиацию</w:t>
            </w:r>
          </w:p>
        </w:tc>
        <w:tc>
          <w:tcPr>
            <w:tcW w:type="dxa" w:w="3118"/>
          </w:tcPr>
          <w:p>
            <w:pPr>
              <w:ind w:firstLine="0"/>
            </w:pPr>
            <w:r>
              <w:rPr>
                <w:rFonts w:ascii="Times New Roman" w:hAnsi="Times New Roman"/>
                <w:b w:val="0"/>
                <w:sz w:val="22"/>
              </w:rPr>
              <w:t>Программный</w:t>
            </w:r>
          </w:p>
        </w:tc>
      </w:tr>
      <w:tr>
        <w:tc>
          <w:tcPr>
            <w:tcW w:type="dxa" w:w="3118"/>
          </w:tcPr>
          <w:p>
            <w:pPr>
              <w:ind w:firstLine="0"/>
            </w:pPr>
            <w:r>
              <w:rPr>
                <w:rFonts w:ascii="Times New Roman" w:hAnsi="Times New Roman"/>
                <w:b/>
                <w:sz w:val="22"/>
              </w:rPr>
              <w:t>Распоряжение Правительства РФ от 28.05.2026 № 1272-р</w:t>
            </w:r>
            <w:r>
              <w:rPr>
                <w:rFonts w:ascii="Times New Roman" w:hAnsi="Times New Roman"/>
                <w:b w:val="0"/>
                <w:sz w:val="22"/>
              </w:rPr>
              <w:t xml:space="preserve"> (Концепция профилактики безнадзорности до 2036) — </w:t>
            </w:r>
            <w:hyperlink r:id="rId140">
              <w:r>
                <w:rPr>
                  <w:rFonts w:ascii="Times New Roman" w:hAnsi="Times New Roman"/>
                  <w:color w:val="0563C1"/>
                  <w:u w:val="single"/>
                  <w:sz w:val="22"/>
                </w:rPr>
                <w:t xml:space="preserve">текст</w:t>
              </w:r>
            </w:hyperlink>
          </w:p>
        </w:tc>
        <w:tc>
          <w:tcPr>
            <w:tcW w:type="dxa" w:w="3118"/>
          </w:tcPr>
          <w:p>
            <w:pPr>
              <w:ind w:firstLine="0"/>
            </w:pPr>
            <w:r>
              <w:rPr>
                <w:rFonts w:ascii="Times New Roman" w:hAnsi="Times New Roman"/>
                <w:b w:val="0"/>
                <w:sz w:val="22"/>
              </w:rPr>
              <w:t>заменило Концепцию 520-р, где медиация упоминалась</w:t>
            </w:r>
          </w:p>
        </w:tc>
        <w:tc>
          <w:tcPr>
            <w:tcW w:type="dxa" w:w="3118"/>
          </w:tcPr>
          <w:p>
            <w:pPr>
              <w:ind w:firstLine="0"/>
            </w:pPr>
            <w:r>
              <w:rPr>
                <w:rFonts w:ascii="Times New Roman" w:hAnsi="Times New Roman"/>
                <w:b w:val="0"/>
                <w:sz w:val="22"/>
              </w:rPr>
              <w:t xml:space="preserve">Прямое упоминание медиации в 1272-р </w:t>
            </w:r>
            <w:r>
              <w:rPr>
                <w:rFonts w:ascii="Times New Roman" w:hAnsi="Times New Roman"/>
                <w:b/>
                <w:sz w:val="22"/>
              </w:rPr>
              <w:t>не подтверждено — NOT VERIFIED</w:t>
            </w:r>
          </w:p>
        </w:tc>
      </w:tr>
    </w:tbl>
    <w:p>
      <w:pPr>
        <w:spacing w:after="80"/>
        <w:ind w:firstLine="0"/>
      </w:pPr>
      <w:r>
        <w:rPr>
          <w:rFonts w:ascii="Times New Roman" w:hAnsi="Times New Roman"/>
          <w:b/>
          <w:sz w:val="26"/>
        </w:rPr>
        <w:t>13.2. Откуда вообще берётся «обязанность»: критерий и границы</w:t>
      </w:r>
    </w:p>
    <w:p>
      <w:r>
        <w:rPr>
          <w:rFonts w:ascii="Times New Roman" w:hAnsi="Times New Roman"/>
          <w:b/>
          <w:sz w:val="28"/>
        </w:rPr>
        <w:t>Критерий «обязательность = норма федерального закона» юридически неверен.</w:t>
      </w:r>
      <w:r>
        <w:rPr>
          <w:rFonts w:ascii="Times New Roman" w:hAnsi="Times New Roman"/>
          <w:b w:val="0"/>
          <w:sz w:val="28"/>
        </w:rPr>
        <w:t xml:space="preserve"> Обязанность конкретной школы может вытекать не только из федерального закона, но и из:</w:t>
      </w:r>
    </w:p>
    <w:p>
      <w:r>
        <w:rPr>
          <w:rFonts w:ascii="Times New Roman" w:hAnsi="Times New Roman"/>
          <w:b w:val="0"/>
          <w:sz w:val="28"/>
        </w:rPr>
        <w:t>— федерального подзаконного нормативного правового акта;</w:t>
      </w:r>
    </w:p>
    <w:p>
      <w:r>
        <w:rPr>
          <w:rFonts w:ascii="Times New Roman" w:hAnsi="Times New Roman"/>
          <w:b w:val="0"/>
          <w:sz w:val="28"/>
        </w:rPr>
        <w:t>— закона или иного НПА субъекта РФ;</w:t>
      </w:r>
    </w:p>
    <w:p>
      <w:r>
        <w:rPr>
          <w:rFonts w:ascii="Times New Roman" w:hAnsi="Times New Roman"/>
          <w:b w:val="0"/>
          <w:sz w:val="28"/>
        </w:rPr>
        <w:t>— муниципального акта — в пределах полномочий органа местного самоуправления;</w:t>
      </w:r>
    </w:p>
    <w:p>
      <w:r>
        <w:rPr>
          <w:rFonts w:ascii="Times New Roman" w:hAnsi="Times New Roman"/>
          <w:b w:val="0"/>
          <w:sz w:val="28"/>
        </w:rPr>
        <w:t>— обязательного акта учредителя;</w:t>
      </w:r>
    </w:p>
    <w:p>
      <w:r>
        <w:rPr>
          <w:rFonts w:ascii="Times New Roman" w:hAnsi="Times New Roman"/>
          <w:b w:val="0"/>
          <w:sz w:val="28"/>
        </w:rPr>
        <w:t>— государственного или муниципального задания;</w:t>
      </w:r>
    </w:p>
    <w:p>
      <w:r>
        <w:rPr>
          <w:rFonts w:ascii="Times New Roman" w:hAnsi="Times New Roman"/>
          <w:b w:val="0"/>
          <w:sz w:val="28"/>
        </w:rPr>
        <w:t>— устава, локального нормативного акта или приказа самой школы;</w:t>
      </w:r>
    </w:p>
    <w:p>
      <w:r>
        <w:rPr>
          <w:rFonts w:ascii="Times New Roman" w:hAnsi="Times New Roman"/>
          <w:b w:val="0"/>
          <w:sz w:val="28"/>
        </w:rPr>
        <w:t>— в отдельных случаях — судебного решения или прокурорского представления.</w:t>
      </w:r>
    </w:p>
    <w:p>
      <w:r>
        <w:rPr>
          <w:rFonts w:ascii="Times New Roman" w:hAnsi="Times New Roman"/>
          <w:b w:val="0"/>
          <w:sz w:val="28"/>
        </w:rPr>
        <w:t xml:space="preserve">Но в каждом случае надо проверять </w:t>
      </w:r>
      <w:r>
        <w:rPr>
          <w:rFonts w:ascii="Times New Roman" w:hAnsi="Times New Roman"/>
          <w:b/>
          <w:sz w:val="28"/>
        </w:rPr>
        <w:t>компетенцию автора, круг адресатов, императивность формулировки и последствия неисполнения</w:t>
      </w:r>
      <w:r>
        <w:rPr>
          <w:rFonts w:ascii="Times New Roman" w:hAnsi="Times New Roman"/>
          <w:b w:val="0"/>
          <w:sz w:val="28"/>
        </w:rPr>
        <w:t>. Само нахождение требования в НПА ещё не означает, что оно адресовано каждой школе.</w:t>
      </w:r>
    </w:p>
    <w:p>
      <w:r>
        <w:rPr>
          <w:rFonts w:ascii="Times New Roman" w:hAnsi="Times New Roman"/>
          <w:b/>
          <w:sz w:val="28"/>
        </w:rPr>
        <w:t>Региональный, муниципальный и локальный акт — это разные типы актов, их нельзя смешивать.</w:t>
      </w:r>
      <w:r>
        <w:rPr>
          <w:rFonts w:ascii="Times New Roman" w:hAnsi="Times New Roman"/>
          <w:b w:val="0"/>
          <w:sz w:val="28"/>
        </w:rPr>
        <w:t xml:space="preserve"> Региональный и муниципальный акты </w:t>
      </w:r>
      <w:r>
        <w:rPr>
          <w:rFonts w:ascii="Times New Roman" w:hAnsi="Times New Roman"/>
          <w:b/>
          <w:sz w:val="28"/>
        </w:rPr>
        <w:t>не являются локальными</w:t>
      </w:r>
      <w:r>
        <w:rPr>
          <w:rFonts w:ascii="Times New Roman" w:hAnsi="Times New Roman"/>
          <w:b w:val="0"/>
          <w:sz w:val="28"/>
        </w:rPr>
        <w:t>. Кроме того:</w:t>
      </w:r>
    </w:p>
    <w:p>
      <w:r>
        <w:rPr>
          <w:rFonts w:ascii="Times New Roman" w:hAnsi="Times New Roman"/>
          <w:b w:val="0"/>
          <w:sz w:val="28"/>
        </w:rPr>
        <w:t xml:space="preserve">— регион </w:t>
      </w:r>
      <w:r>
        <w:rPr>
          <w:rFonts w:ascii="Times New Roman" w:hAnsi="Times New Roman"/>
          <w:b/>
          <w:sz w:val="28"/>
        </w:rPr>
        <w:t>не всегда вправе</w:t>
      </w:r>
      <w:r>
        <w:rPr>
          <w:rFonts w:ascii="Times New Roman" w:hAnsi="Times New Roman"/>
          <w:b w:val="0"/>
          <w:sz w:val="28"/>
        </w:rPr>
        <w:t xml:space="preserve"> определять внутреннюю структуру муниципальной или частной школы;</w:t>
      </w:r>
    </w:p>
    <w:p>
      <w:r>
        <w:rPr>
          <w:rFonts w:ascii="Times New Roman" w:hAnsi="Times New Roman"/>
          <w:b w:val="0"/>
          <w:sz w:val="28"/>
        </w:rPr>
        <w:t xml:space="preserve">— муниципалитет обычно действует </w:t>
      </w:r>
      <w:r>
        <w:rPr>
          <w:rFonts w:ascii="Times New Roman" w:hAnsi="Times New Roman"/>
          <w:b/>
          <w:sz w:val="28"/>
        </w:rPr>
        <w:t>в отношении подведомственных учреждений</w:t>
      </w:r>
      <w:r>
        <w:rPr>
          <w:rFonts w:ascii="Times New Roman" w:hAnsi="Times New Roman"/>
          <w:b w:val="0"/>
          <w:sz w:val="28"/>
        </w:rPr>
        <w:t xml:space="preserve"> и в пределах полномочий учредителя;</w:t>
      </w:r>
    </w:p>
    <w:p>
      <w:r>
        <w:rPr>
          <w:rFonts w:ascii="Times New Roman" w:hAnsi="Times New Roman"/>
          <w:b w:val="0"/>
          <w:sz w:val="28"/>
        </w:rPr>
        <w:t xml:space="preserve">— школа своим актом создаёт </w:t>
      </w:r>
      <w:r>
        <w:rPr>
          <w:rFonts w:ascii="Times New Roman" w:hAnsi="Times New Roman"/>
          <w:b/>
          <w:sz w:val="28"/>
        </w:rPr>
        <w:t>внутреннее самообязывание</w:t>
      </w:r>
      <w:r>
        <w:rPr>
          <w:rFonts w:ascii="Times New Roman" w:hAnsi="Times New Roman"/>
          <w:b w:val="0"/>
          <w:sz w:val="28"/>
        </w:rPr>
        <w:t>, которое сама же при соблюдении процедуры может изменить;</w:t>
      </w:r>
    </w:p>
    <w:p>
      <w:r>
        <w:rPr>
          <w:rFonts w:ascii="Times New Roman" w:hAnsi="Times New Roman"/>
          <w:b w:val="0"/>
          <w:sz w:val="28"/>
        </w:rPr>
        <w:t xml:space="preserve">— наличие обязательной для школы службы </w:t>
      </w:r>
      <w:r>
        <w:rPr>
          <w:rFonts w:ascii="Times New Roman" w:hAnsi="Times New Roman"/>
          <w:b/>
          <w:sz w:val="28"/>
        </w:rPr>
        <w:t>не делает обязательным участие ребёнка или родителя</w:t>
      </w:r>
      <w:r>
        <w:rPr>
          <w:rFonts w:ascii="Times New Roman" w:hAnsi="Times New Roman"/>
          <w:b w:val="0"/>
          <w:sz w:val="28"/>
        </w:rPr>
        <w:t xml:space="preserve"> в конкретной медиации (см. 13.8).</w:t>
      </w:r>
    </w:p>
    <w:p>
      <w:r>
        <w:rPr>
          <w:rFonts w:ascii="Times New Roman" w:hAnsi="Times New Roman"/>
          <w:b w:val="0"/>
          <w:sz w:val="28"/>
        </w:rPr>
        <w:t xml:space="preserve">Есть реальный региональный пример, но он ограничен кругом адресатов: </w:t>
      </w:r>
      <w:r>
        <w:rPr>
          <w:rFonts w:ascii="Times New Roman" w:hAnsi="Times New Roman"/>
          <w:b/>
          <w:sz w:val="28"/>
        </w:rPr>
        <w:t>постановление Правительства Пензенской области от 10.01.2025 № 2-пП</w:t>
      </w:r>
      <w:r>
        <w:rPr>
          <w:rFonts w:ascii="Times New Roman" w:hAnsi="Times New Roman"/>
          <w:b w:val="0"/>
          <w:sz w:val="28"/>
        </w:rPr>
        <w:t xml:space="preserve"> «Об утверждении Порядка создания и деятельности школьных служб примирения </w:t>
      </w:r>
      <w:r>
        <w:rPr>
          <w:rFonts w:ascii="Times New Roman" w:hAnsi="Times New Roman"/>
          <w:b/>
          <w:sz w:val="28"/>
        </w:rPr>
        <w:t>в государственных организациях Пензенской области</w:t>
      </w:r>
      <w:r>
        <w:rPr>
          <w:rFonts w:ascii="Times New Roman" w:hAnsi="Times New Roman"/>
          <w:b w:val="0"/>
          <w:sz w:val="28"/>
        </w:rPr>
        <w:t>, осуществляющих образовательную деятельность по образовательным программам общего образования» (</w:t>
      </w:r>
      <w:hyperlink r:id="rId141">
        <w:r>
          <w:rPr>
            <w:rFonts w:ascii="Times New Roman" w:hAnsi="Times New Roman"/>
            <w:color w:val="0563C1"/>
            <w:u w:val="single"/>
            <w:sz w:val="24"/>
          </w:rPr>
          <w:t xml:space="preserve">официальное опубликование</w:t>
        </w:r>
      </w:hyperlink>
      <w:r>
        <w:rPr>
          <w:rFonts w:ascii="Times New Roman" w:hAnsi="Times New Roman"/>
          <w:b w:val="0"/>
          <w:sz w:val="28"/>
        </w:rPr>
        <w:t xml:space="preserve">) регулирует </w:t>
      </w:r>
      <w:r>
        <w:rPr>
          <w:rFonts w:ascii="Times New Roman" w:hAnsi="Times New Roman"/>
          <w:b/>
          <w:sz w:val="28"/>
        </w:rPr>
        <w:t>государственные организации области</w:t>
      </w:r>
      <w:r>
        <w:rPr>
          <w:rFonts w:ascii="Times New Roman" w:hAnsi="Times New Roman"/>
          <w:b w:val="0"/>
          <w:sz w:val="28"/>
        </w:rPr>
        <w:t xml:space="preserve">, а не автоматически все школы региона. Одного примера недостаточно для вывода о распространённости субфедеральных обязательных моделей, но он показывает, что такие модели </w:t>
      </w:r>
      <w:r>
        <w:rPr>
          <w:rFonts w:ascii="Times New Roman" w:hAnsi="Times New Roman"/>
          <w:b/>
          <w:sz w:val="28"/>
        </w:rPr>
        <w:t>реально существуют</w:t>
      </w:r>
      <w:r>
        <w:rPr>
          <w:rFonts w:ascii="Times New Roman" w:hAnsi="Times New Roman"/>
          <w:b w:val="0"/>
          <w:sz w:val="28"/>
        </w:rPr>
        <w:t>.</w:t>
      </w:r>
    </w:p>
    <w:p>
      <w:r>
        <w:rPr>
          <w:rFonts w:ascii="Times New Roman" w:hAnsi="Times New Roman"/>
          <w:b/>
          <w:sz w:val="28"/>
        </w:rPr>
        <w:t>О юридической матрице.</w:t>
      </w:r>
      <w:r>
        <w:rPr>
          <w:rFonts w:ascii="Times New Roman" w:hAnsi="Times New Roman"/>
          <w:b w:val="0"/>
          <w:sz w:val="28"/>
        </w:rPr>
        <w:t xml:space="preserve"> Для каждого документа следует фиксировать: вид акта → юридическую силу → срок действия → адресата → компетенцию автора → обязательное действие → контроль → последствия неисполнения. В этой версии раздела такая матрица заполнена только частично (по федеральным документам — качественно, без построчного построения): полная сверка компетенции и адресатов по каждому акту </w:t>
      </w:r>
      <w:r>
        <w:rPr>
          <w:rFonts w:ascii="Times New Roman" w:hAnsi="Times New Roman"/>
          <w:b/>
          <w:sz w:val="28"/>
        </w:rPr>
        <w:t>отнесена к следующему этапу</w:t>
      </w:r>
      <w:r>
        <w:rPr>
          <w:rFonts w:ascii="Times New Roman" w:hAnsi="Times New Roman"/>
          <w:b w:val="0"/>
          <w:sz w:val="28"/>
        </w:rPr>
        <w:t>.</w:t>
      </w:r>
    </w:p>
    <w:p>
      <w:r>
        <w:rPr>
          <w:rFonts w:ascii="Times New Roman" w:hAnsi="Times New Roman"/>
          <w:b/>
          <w:sz w:val="28"/>
        </w:rPr>
        <w:t>Чего здесь нет — прямо.</w:t>
      </w:r>
      <w:r>
        <w:rPr>
          <w:rFonts w:ascii="Times New Roman" w:hAnsi="Times New Roman"/>
          <w:b w:val="0"/>
          <w:sz w:val="28"/>
        </w:rPr>
        <w:t xml:space="preserve"> Утверждение «школы понуждаются через показатели эффективности и проверки» </w:t>
      </w:r>
      <w:r>
        <w:rPr>
          <w:rFonts w:ascii="Times New Roman" w:hAnsi="Times New Roman"/>
          <w:b/>
          <w:sz w:val="28"/>
        </w:rPr>
        <w:t>из раздела убрано</w:t>
      </w:r>
      <w:r>
        <w:rPr>
          <w:rFonts w:ascii="Times New Roman" w:hAnsi="Times New Roman"/>
          <w:b w:val="0"/>
          <w:sz w:val="28"/>
        </w:rPr>
        <w:t xml:space="preserve">: это эмпирически не доказанное обобщение. Конкретных региональных KPI, форм мониторинга, заданий учредителя, должностных показателей директора и предписаний проверок в проверенных источниках не собрано. Безопасно утверждать только следующее: </w:t>
      </w:r>
      <w:r>
        <w:rPr>
          <w:rFonts w:ascii="Times New Roman" w:hAnsi="Times New Roman"/>
          <w:b/>
          <w:sz w:val="28"/>
        </w:rPr>
        <w:t>«в отдельных системах управления возможно административное стимулирование или фактическое давление через отчётность и показатели; распространённость этой практики не установлена»</w:t>
      </w:r>
      <w:r>
        <w:rPr>
          <w:rFonts w:ascii="Times New Roman" w:hAnsi="Times New Roman"/>
          <w:b w:val="0"/>
          <w:sz w:val="28"/>
        </w:rPr>
        <w:t>. Отчётная графа или методическая рекомендация сами по себе юридической обязанности не создают.</w:t>
      </w:r>
    </w:p>
    <w:p>
      <w:pPr>
        <w:spacing w:after="80"/>
        <w:ind w:firstLine="0"/>
      </w:pPr>
      <w:r>
        <w:rPr>
          <w:rFonts w:ascii="Times New Roman" w:hAnsi="Times New Roman"/>
          <w:b/>
          <w:sz w:val="26"/>
        </w:rPr>
        <w:t>13.3. Комиссия по урегулированию споров — это НЕ служба примирения</w:t>
      </w:r>
    </w:p>
    <w:p>
      <w:r>
        <w:rPr>
          <w:rFonts w:ascii="Times New Roman" w:hAnsi="Times New Roman"/>
          <w:b w:val="0"/>
          <w:sz w:val="28"/>
        </w:rPr>
        <w:t xml:space="preserve">Формула «единственная обязательная примирительная структура» — </w:t>
      </w:r>
      <w:r>
        <w:rPr>
          <w:rFonts w:ascii="Times New Roman" w:hAnsi="Times New Roman"/>
          <w:b/>
          <w:sz w:val="28"/>
        </w:rPr>
        <w:t>слишком сильная и терминологически неточная</w:t>
      </w:r>
      <w:r>
        <w:rPr>
          <w:rFonts w:ascii="Times New Roman" w:hAnsi="Times New Roman"/>
          <w:b w:val="0"/>
          <w:sz w:val="28"/>
        </w:rPr>
        <w:t>, из раздела она убрана. Точная формулировка:</w:t>
      </w:r>
    </w:p>
    <w:p>
      <w:pPr>
        <w:spacing w:after="80"/>
        <w:ind w:firstLine="0"/>
      </w:pPr>
      <w:r>
        <w:rPr>
          <w:rFonts w:ascii="Times New Roman" w:hAnsi="Times New Roman"/>
          <w:b/>
          <w:i/>
          <w:sz w:val="24"/>
        </w:rPr>
        <w:t>«В федеральном законодательстве прямо предусмотрено создание комиссии по урегулированию споров между участниками образовательных отношений; аналогичной общей нормы о создании каждой школой службы медиации или примирения не выявлено».</w:t>
      </w:r>
    </w:p>
    <w:p>
      <w:r>
        <w:rPr>
          <w:rFonts w:ascii="Times New Roman" w:hAnsi="Times New Roman"/>
          <w:b w:val="0"/>
          <w:sz w:val="28"/>
        </w:rPr>
        <w:t xml:space="preserve">Причина правки: комиссия по </w:t>
      </w:r>
      <w:hyperlink r:id="rId40">
        <w:r>
          <w:rPr>
            <w:rFonts w:ascii="Times New Roman" w:hAnsi="Times New Roman"/>
            <w:color w:val="0563C1"/>
            <w:u w:val="single"/>
            <w:sz w:val="24"/>
          </w:rPr>
          <w:t xml:space="preserve">ст. 45 ФЗ-273</w:t>
        </w:r>
      </w:hyperlink>
      <w:r>
        <w:rPr>
          <w:rFonts w:ascii="Times New Roman" w:hAnsi="Times New Roman"/>
          <w:b w:val="0"/>
          <w:sz w:val="28"/>
        </w:rPr>
        <w:t xml:space="preserve"> — механизм </w:t>
      </w:r>
      <w:r>
        <w:rPr>
          <w:rFonts w:ascii="Times New Roman" w:hAnsi="Times New Roman"/>
          <w:b/>
          <w:sz w:val="28"/>
        </w:rPr>
        <w:t>защиты образовательных прав и разрешения разногласий</w:t>
      </w:r>
      <w:r>
        <w:rPr>
          <w:rFonts w:ascii="Times New Roman" w:hAnsi="Times New Roman"/>
          <w:b w:val="0"/>
          <w:sz w:val="28"/>
        </w:rPr>
        <w:t xml:space="preserve">, а не «примирительная служба» в восстановительном смысле. Она </w:t>
      </w:r>
      <w:r>
        <w:rPr>
          <w:rFonts w:ascii="Times New Roman" w:hAnsi="Times New Roman"/>
          <w:b/>
          <w:sz w:val="28"/>
        </w:rPr>
        <w:t>принимает обязательные решения</w:t>
      </w:r>
      <w:r>
        <w:rPr>
          <w:rFonts w:ascii="Times New Roman" w:hAnsi="Times New Roman"/>
          <w:b w:val="0"/>
          <w:sz w:val="28"/>
        </w:rPr>
        <w:t xml:space="preserve">; медиатор решений за стороны </w:t>
      </w:r>
      <w:r>
        <w:rPr>
          <w:rFonts w:ascii="Times New Roman" w:hAnsi="Times New Roman"/>
          <w:b/>
          <w:sz w:val="28"/>
        </w:rPr>
        <w:t>не принимает</w:t>
      </w:r>
      <w:r>
        <w:rPr>
          <w:rFonts w:ascii="Times New Roman" w:hAnsi="Times New Roman"/>
          <w:b w:val="0"/>
          <w:sz w:val="28"/>
        </w:rPr>
        <w:t>. Статья 45 действительно говорит, что комиссия создаётся в организации, осуществляющей образовательную деятельность, и что её решения обязательны (ч. 2–3).</w:t>
      </w:r>
    </w:p>
    <w:tbl>
      <w:tblPr>
        <w:tblStyle w:val="TableGrid"/>
        <w:tblW w:type="auto" w:w="0"/>
        <w:jc w:val="center"/>
        <w:tblLook w:firstColumn="1" w:firstRow="1" w:lastColumn="0" w:lastRow="0" w:noHBand="0" w:noVBand="1" w:val="04A0"/>
      </w:tblPr>
      <w:tblGrid>
        <w:gridCol w:w="3118"/>
        <w:gridCol w:w="3118"/>
        <w:gridCol w:w="3118"/>
      </w:tblGrid>
      <w:tr>
        <w:tc>
          <w:tcPr>
            <w:tcW w:type="dxa" w:w="3118"/>
          </w:tcPr>
          <w:p>
            <w:pPr>
              <w:ind w:firstLine="0"/>
            </w:pPr>
          </w:p>
        </w:tc>
        <w:tc>
          <w:tcPr>
            <w:tcW w:type="dxa" w:w="3118"/>
          </w:tcPr>
          <w:p>
            <w:pPr>
              <w:ind w:firstLine="0"/>
            </w:pPr>
            <w:r>
              <w:rPr>
                <w:rFonts w:ascii="Times New Roman" w:hAnsi="Times New Roman"/>
                <w:b/>
                <w:sz w:val="22"/>
              </w:rPr>
              <w:t>Комиссия по урегулированию споров (</w:t>
            </w:r>
            <w:hyperlink r:id="rId40">
              <w:r>
                <w:rPr>
                  <w:rFonts w:ascii="Times New Roman" w:hAnsi="Times New Roman"/>
                  <w:color w:val="0563C1"/>
                  <w:u w:val="single"/>
                  <w:sz w:val="22"/>
                </w:rPr>
                <w:t xml:space="preserve">ст. 45 ФЗ-273</w:t>
              </w:r>
            </w:hyperlink>
            <w:r>
              <w:rPr>
                <w:rFonts w:ascii="Times New Roman" w:hAnsi="Times New Roman"/>
                <w:b/>
                <w:sz w:val="22"/>
              </w:rPr>
              <w:t>)</w:t>
            </w:r>
          </w:p>
        </w:tc>
        <w:tc>
          <w:tcPr>
            <w:tcW w:type="dxa" w:w="3118"/>
          </w:tcPr>
          <w:p>
            <w:pPr>
              <w:ind w:firstLine="0"/>
            </w:pPr>
            <w:r>
              <w:rPr>
                <w:rFonts w:ascii="Times New Roman" w:hAnsi="Times New Roman"/>
                <w:b/>
                <w:sz w:val="22"/>
              </w:rPr>
              <w:t>Служба медиации / примирения</w:t>
            </w:r>
          </w:p>
        </w:tc>
      </w:tr>
      <w:tr>
        <w:tc>
          <w:tcPr>
            <w:tcW w:type="dxa" w:w="3118"/>
          </w:tcPr>
          <w:p>
            <w:pPr>
              <w:ind w:firstLine="0"/>
            </w:pPr>
            <w:r>
              <w:rPr>
                <w:rFonts w:ascii="Times New Roman" w:hAnsi="Times New Roman"/>
                <w:b w:val="0"/>
                <w:sz w:val="22"/>
              </w:rPr>
              <w:t>Обязательность</w:t>
            </w:r>
          </w:p>
        </w:tc>
        <w:tc>
          <w:tcPr>
            <w:tcW w:type="dxa" w:w="3118"/>
          </w:tcPr>
          <w:p>
            <w:pPr>
              <w:ind w:firstLine="0"/>
            </w:pPr>
            <w:r>
              <w:rPr>
                <w:rFonts w:ascii="Times New Roman" w:hAnsi="Times New Roman"/>
                <w:b/>
                <w:sz w:val="22"/>
              </w:rPr>
              <w:t>Прямо предусмотрена</w:t>
            </w:r>
            <w:r>
              <w:rPr>
                <w:rFonts w:ascii="Times New Roman" w:hAnsi="Times New Roman"/>
                <w:b w:val="0"/>
                <w:sz w:val="22"/>
              </w:rPr>
              <w:t xml:space="preserve"> федеральным законом (императивная формулировка «создаётся»)</w:t>
            </w:r>
          </w:p>
        </w:tc>
        <w:tc>
          <w:tcPr>
            <w:tcW w:type="dxa" w:w="3118"/>
          </w:tcPr>
          <w:p>
            <w:pPr>
              <w:ind w:firstLine="0"/>
            </w:pPr>
            <w:r>
              <w:rPr>
                <w:rFonts w:ascii="Times New Roman" w:hAnsi="Times New Roman"/>
                <w:b/>
                <w:sz w:val="22"/>
              </w:rPr>
              <w:t>Общей федеральной нормы о создании не выявлено</w:t>
            </w:r>
            <w:r>
              <w:rPr>
                <w:rFonts w:ascii="Times New Roman" w:hAnsi="Times New Roman"/>
                <w:b w:val="0"/>
                <w:sz w:val="22"/>
              </w:rPr>
              <w:t xml:space="preserve"> — рекомендуется методическими письмами</w:t>
            </w:r>
          </w:p>
        </w:tc>
      </w:tr>
      <w:tr>
        <w:tc>
          <w:tcPr>
            <w:tcW w:type="dxa" w:w="3118"/>
          </w:tcPr>
          <w:p>
            <w:pPr>
              <w:ind w:firstLine="0"/>
            </w:pPr>
            <w:r>
              <w:rPr>
                <w:rFonts w:ascii="Times New Roman" w:hAnsi="Times New Roman"/>
                <w:b w:val="0"/>
                <w:sz w:val="22"/>
              </w:rPr>
              <w:t>Состав</w:t>
            </w:r>
          </w:p>
        </w:tc>
        <w:tc>
          <w:tcPr>
            <w:tcW w:type="dxa" w:w="3118"/>
          </w:tcPr>
          <w:p>
            <w:pPr>
              <w:ind w:firstLine="0"/>
            </w:pPr>
            <w:r>
              <w:rPr>
                <w:rFonts w:ascii="Times New Roman" w:hAnsi="Times New Roman"/>
                <w:b w:val="0"/>
                <w:sz w:val="22"/>
              </w:rPr>
              <w:t>Равное число представителей обучающихся, родителей, работников</w:t>
            </w:r>
          </w:p>
        </w:tc>
        <w:tc>
          <w:tcPr>
            <w:tcW w:type="dxa" w:w="3118"/>
          </w:tcPr>
          <w:p>
            <w:pPr>
              <w:ind w:firstLine="0"/>
            </w:pPr>
            <w:r>
              <w:rPr>
                <w:rFonts w:ascii="Times New Roman" w:hAnsi="Times New Roman"/>
                <w:b w:val="0"/>
                <w:sz w:val="22"/>
              </w:rPr>
              <w:t>Педработники с подготовкой + обучающиеся («группы равных») и родители</w:t>
            </w:r>
          </w:p>
        </w:tc>
      </w:tr>
      <w:tr>
        <w:tc>
          <w:tcPr>
            <w:tcW w:type="dxa" w:w="3118"/>
          </w:tcPr>
          <w:p>
            <w:pPr>
              <w:ind w:firstLine="0"/>
            </w:pPr>
            <w:r>
              <w:rPr>
                <w:rFonts w:ascii="Times New Roman" w:hAnsi="Times New Roman"/>
                <w:b w:val="0"/>
                <w:sz w:val="22"/>
              </w:rPr>
              <w:t>Решение</w:t>
            </w:r>
          </w:p>
        </w:tc>
        <w:tc>
          <w:tcPr>
            <w:tcW w:type="dxa" w:w="3118"/>
          </w:tcPr>
          <w:p>
            <w:pPr>
              <w:ind w:firstLine="0"/>
            </w:pPr>
            <w:r>
              <w:rPr>
                <w:rFonts w:ascii="Times New Roman" w:hAnsi="Times New Roman"/>
                <w:b/>
                <w:sz w:val="22"/>
              </w:rPr>
              <w:t>Обязательно</w:t>
            </w:r>
            <w:r>
              <w:rPr>
                <w:rFonts w:ascii="Times New Roman" w:hAnsi="Times New Roman"/>
                <w:b w:val="0"/>
                <w:sz w:val="22"/>
              </w:rPr>
              <w:t xml:space="preserve"> к исполнению, можно обжаловать</w:t>
            </w:r>
          </w:p>
        </w:tc>
        <w:tc>
          <w:tcPr>
            <w:tcW w:type="dxa" w:w="3118"/>
          </w:tcPr>
          <w:p>
            <w:pPr>
              <w:ind w:firstLine="0"/>
            </w:pPr>
            <w:r>
              <w:rPr>
                <w:rFonts w:ascii="Times New Roman" w:hAnsi="Times New Roman"/>
                <w:b w:val="0"/>
                <w:sz w:val="22"/>
              </w:rPr>
              <w:t xml:space="preserve">Решений не выносит; работа на </w:t>
            </w:r>
            <w:r>
              <w:rPr>
                <w:rFonts w:ascii="Times New Roman" w:hAnsi="Times New Roman"/>
                <w:b/>
                <w:sz w:val="22"/>
              </w:rPr>
              <w:t>добровольном согласии</w:t>
            </w:r>
            <w:r>
              <w:rPr>
                <w:rFonts w:ascii="Times New Roman" w:hAnsi="Times New Roman"/>
                <w:b w:val="0"/>
                <w:sz w:val="22"/>
              </w:rPr>
              <w:t xml:space="preserve"> сторон</w:t>
            </w:r>
          </w:p>
        </w:tc>
      </w:tr>
      <w:tr>
        <w:tc>
          <w:tcPr>
            <w:tcW w:type="dxa" w:w="3118"/>
          </w:tcPr>
          <w:p>
            <w:pPr>
              <w:ind w:firstLine="0"/>
            </w:pPr>
            <w:r>
              <w:rPr>
                <w:rFonts w:ascii="Times New Roman" w:hAnsi="Times New Roman"/>
                <w:b w:val="0"/>
                <w:sz w:val="22"/>
              </w:rPr>
              <w:t>Смысл</w:t>
            </w:r>
          </w:p>
        </w:tc>
        <w:tc>
          <w:tcPr>
            <w:tcW w:type="dxa" w:w="3118"/>
          </w:tcPr>
          <w:p>
            <w:pPr>
              <w:ind w:firstLine="0"/>
            </w:pPr>
            <w:r>
              <w:rPr>
                <w:rFonts w:ascii="Times New Roman" w:hAnsi="Times New Roman"/>
                <w:b w:val="0"/>
                <w:sz w:val="22"/>
              </w:rPr>
              <w:t>Защита права на образование, разбор разногласий</w:t>
            </w:r>
          </w:p>
        </w:tc>
        <w:tc>
          <w:tcPr>
            <w:tcW w:type="dxa" w:w="3118"/>
          </w:tcPr>
          <w:p>
            <w:pPr>
              <w:ind w:firstLine="0"/>
            </w:pPr>
            <w:r>
              <w:rPr>
                <w:rFonts w:ascii="Times New Roman" w:hAnsi="Times New Roman"/>
                <w:b w:val="0"/>
                <w:sz w:val="22"/>
              </w:rPr>
              <w:t>Восстановление отношений, заглаживание вреда</w:t>
            </w:r>
          </w:p>
        </w:tc>
      </w:tr>
    </w:tbl>
    <w:p>
      <w:r>
        <w:rPr>
          <w:rFonts w:ascii="Times New Roman" w:hAnsi="Times New Roman"/>
          <w:b/>
          <w:sz w:val="28"/>
        </w:rPr>
        <w:t>Важная оговорка для темы травли.</w:t>
      </w:r>
      <w:r>
        <w:rPr>
          <w:rFonts w:ascii="Times New Roman" w:hAnsi="Times New Roman"/>
          <w:b w:val="0"/>
          <w:sz w:val="28"/>
        </w:rPr>
        <w:t xml:space="preserve"> Письмо № 07-1660 допускает оформить службу «по аналогии с комиссией по урегулированию споров» (</w:t>
      </w:r>
      <w:hyperlink r:id="rId135">
        <w:r>
          <w:rPr>
            <w:rFonts w:ascii="Times New Roman" w:hAnsi="Times New Roman"/>
            <w:color w:val="0563C1"/>
            <w:u w:val="single"/>
            <w:sz w:val="24"/>
          </w:rPr>
          <w:t xml:space="preserve">текст МР</w:t>
        </w:r>
      </w:hyperlink>
      <w:r>
        <w:rPr>
          <w:rFonts w:ascii="Times New Roman" w:hAnsi="Times New Roman"/>
          <w:b w:val="0"/>
          <w:sz w:val="28"/>
        </w:rPr>
        <w:t xml:space="preserve">), что </w:t>
      </w:r>
      <w:r>
        <w:rPr>
          <w:rFonts w:ascii="Times New Roman" w:hAnsi="Times New Roman"/>
          <w:b/>
          <w:sz w:val="28"/>
        </w:rPr>
        <w:t>размывает границу</w:t>
      </w:r>
      <w:r>
        <w:rPr>
          <w:rFonts w:ascii="Times New Roman" w:hAnsi="Times New Roman"/>
          <w:b w:val="0"/>
          <w:sz w:val="28"/>
        </w:rPr>
        <w:t xml:space="preserve"> между обязательным механизмом с решениями и добровольной примирительной работой.</w:t>
      </w:r>
    </w:p>
    <w:p>
      <w:pPr>
        <w:spacing w:after="80"/>
        <w:ind w:firstLine="0"/>
      </w:pPr>
      <w:r>
        <w:rPr>
          <w:rFonts w:ascii="Times New Roman" w:hAnsi="Times New Roman"/>
          <w:b/>
          <w:i/>
          <w:sz w:val="24"/>
        </w:rPr>
        <w:t>Это аргумент другого рода, чем всё выше, и это надо держать в голове.</w:t>
      </w:r>
      <w:r>
        <w:rPr>
          <w:rFonts w:ascii="Times New Roman" w:hAnsi="Times New Roman"/>
          <w:b w:val="0"/>
          <w:i/>
          <w:sz w:val="24"/>
        </w:rPr>
        <w:t xml:space="preserve"> Всё выше — про </w:t>
      </w:r>
      <w:r>
        <w:rPr>
          <w:rFonts w:ascii="Times New Roman" w:hAnsi="Times New Roman"/>
          <w:b/>
          <w:i/>
          <w:sz w:val="24"/>
        </w:rPr>
        <w:t>юридический статус</w:t>
      </w:r>
      <w:r>
        <w:rPr>
          <w:rFonts w:ascii="Times New Roman" w:hAnsi="Times New Roman"/>
          <w:b w:val="0"/>
          <w:i/>
          <w:sz w:val="24"/>
        </w:rPr>
        <w:t xml:space="preserve"> документов. Тезис «медиация не заменяет защиту ребёнка» — </w:t>
      </w:r>
      <w:r>
        <w:rPr>
          <w:rFonts w:ascii="Times New Roman" w:hAnsi="Times New Roman"/>
          <w:b/>
          <w:i/>
          <w:sz w:val="24"/>
        </w:rPr>
        <w:t>содержательный (психологический), а не юридический</w:t>
      </w:r>
      <w:r>
        <w:rPr>
          <w:rFonts w:ascii="Times New Roman" w:hAnsi="Times New Roman"/>
          <w:b w:val="0"/>
          <w:i/>
          <w:sz w:val="24"/>
        </w:rPr>
        <w:t xml:space="preserve">: при травле силы сторон не равны, это </w:t>
      </w:r>
      <w:r>
        <w:rPr>
          <w:rFonts w:ascii="Times New Roman" w:hAnsi="Times New Roman"/>
          <w:b/>
          <w:i/>
          <w:sz w:val="24"/>
        </w:rPr>
        <w:t>не симметричный спор двух равных</w:t>
      </w:r>
      <w:r>
        <w:rPr>
          <w:rFonts w:ascii="Times New Roman" w:hAnsi="Times New Roman"/>
          <w:b w:val="0"/>
          <w:i/>
          <w:sz w:val="24"/>
        </w:rPr>
        <w:t xml:space="preserve">. Он опирается не на нормы, а на исследования о природе травли ([этап 2, раздел о службах примирения](ЭТАП_2_РЕГИОНАЛЬНЫЙ_ОПЫТ.md); </w:t>
      </w:r>
      <w:hyperlink r:id="rId14">
        <w:r>
          <w:rPr>
            <w:rFonts w:ascii="Times New Roman" w:hAnsi="Times New Roman"/>
            <w:color w:val="0563C1"/>
            <w:u w:val="single"/>
            <w:sz w:val="24"/>
          </w:rPr>
          <w:t xml:space="preserve">метаанализ 2025</w:t>
        </w:r>
      </w:hyperlink>
      <w:r>
        <w:rPr>
          <w:rFonts w:ascii="Times New Roman" w:hAnsi="Times New Roman"/>
          <w:b w:val="0"/>
          <w:i/>
          <w:sz w:val="24"/>
        </w:rPr>
        <w:t>). Смешивать два типа аргументов нельзя.</w:t>
      </w:r>
    </w:p>
    <w:p>
      <w:pPr>
        <w:spacing w:after="80"/>
        <w:ind w:firstLine="0"/>
      </w:pPr>
      <w:r>
        <w:rPr>
          <w:rFonts w:ascii="Times New Roman" w:hAnsi="Times New Roman"/>
          <w:b/>
          <w:sz w:val="26"/>
        </w:rPr>
        <w:t>13.4. Четыре разных объекта, которые нельзя отождествлять</w:t>
      </w:r>
    </w:p>
    <w:p>
      <w:r>
        <w:rPr>
          <w:rFonts w:ascii="Times New Roman" w:hAnsi="Times New Roman"/>
          <w:b w:val="0"/>
          <w:sz w:val="28"/>
        </w:rPr>
        <w:t>Раздел ранее недостаточно разделял четыре разные вещи:</w:t>
      </w:r>
    </w:p>
    <w:p>
      <w:pPr>
        <w:spacing w:after="40"/>
        <w:ind w:firstLine="0"/>
      </w:pPr>
      <w:r>
        <w:rPr>
          <w:rFonts w:ascii="Times New Roman" w:hAnsi="Times New Roman"/>
          <w:b w:val="0"/>
          <w:sz w:val="28"/>
        </w:rPr>
        <w:t xml:space="preserve">1. </w:t>
      </w:r>
      <w:r>
        <w:rPr>
          <w:rFonts w:ascii="Times New Roman" w:hAnsi="Times New Roman"/>
          <w:b/>
          <w:sz w:val="28"/>
        </w:rPr>
        <w:t>процедура медиации по ФЗ-193</w:t>
      </w:r>
      <w:r>
        <w:rPr>
          <w:rFonts w:ascii="Times New Roman" w:hAnsi="Times New Roman"/>
          <w:b w:val="0"/>
          <w:sz w:val="28"/>
        </w:rPr>
        <w:t xml:space="preserve"> — гражданско-правовая процедура с медиатором и медиативным соглашением;</w:t>
      </w:r>
    </w:p>
    <w:p>
      <w:pPr>
        <w:spacing w:after="40"/>
        <w:ind w:firstLine="0"/>
      </w:pPr>
      <w:r>
        <w:rPr>
          <w:rFonts w:ascii="Times New Roman" w:hAnsi="Times New Roman"/>
          <w:b w:val="0"/>
          <w:sz w:val="28"/>
        </w:rPr>
        <w:t xml:space="preserve">2. </w:t>
      </w:r>
      <w:r>
        <w:rPr>
          <w:rFonts w:ascii="Times New Roman" w:hAnsi="Times New Roman"/>
          <w:b/>
          <w:sz w:val="28"/>
        </w:rPr>
        <w:t>школьная медиация</w:t>
      </w:r>
      <w:r>
        <w:rPr>
          <w:rFonts w:ascii="Times New Roman" w:hAnsi="Times New Roman"/>
          <w:b w:val="0"/>
          <w:sz w:val="28"/>
        </w:rPr>
        <w:t xml:space="preserve"> — то, что методические письма называют службой медиации в школе;</w:t>
      </w:r>
    </w:p>
    <w:p>
      <w:pPr>
        <w:spacing w:after="40"/>
        <w:ind w:firstLine="0"/>
      </w:pPr>
      <w:r>
        <w:rPr>
          <w:rFonts w:ascii="Times New Roman" w:hAnsi="Times New Roman"/>
          <w:b w:val="0"/>
          <w:sz w:val="28"/>
        </w:rPr>
        <w:t xml:space="preserve">3. </w:t>
      </w:r>
      <w:r>
        <w:rPr>
          <w:rFonts w:ascii="Times New Roman" w:hAnsi="Times New Roman"/>
          <w:b/>
          <w:sz w:val="28"/>
        </w:rPr>
        <w:t>медиативный подход</w:t>
      </w:r>
      <w:r>
        <w:rPr>
          <w:rFonts w:ascii="Times New Roman" w:hAnsi="Times New Roman"/>
          <w:b w:val="0"/>
          <w:sz w:val="28"/>
        </w:rPr>
        <w:t xml:space="preserve"> — использование медиативных техник в работе, </w:t>
      </w:r>
      <w:r>
        <w:rPr>
          <w:rFonts w:ascii="Times New Roman" w:hAnsi="Times New Roman"/>
          <w:b/>
          <w:sz w:val="28"/>
        </w:rPr>
        <w:t>без проведения полноценной процедуры медиации</w:t>
      </w:r>
      <w:r>
        <w:rPr>
          <w:rFonts w:ascii="Times New Roman" w:hAnsi="Times New Roman"/>
          <w:b w:val="0"/>
          <w:sz w:val="28"/>
        </w:rPr>
        <w:t>;</w:t>
      </w:r>
    </w:p>
    <w:p>
      <w:pPr>
        <w:spacing w:after="40"/>
        <w:ind w:firstLine="0"/>
      </w:pPr>
      <w:r>
        <w:rPr>
          <w:rFonts w:ascii="Times New Roman" w:hAnsi="Times New Roman"/>
          <w:b w:val="0"/>
          <w:sz w:val="28"/>
        </w:rPr>
        <w:t xml:space="preserve">4. </w:t>
      </w:r>
      <w:r>
        <w:rPr>
          <w:rFonts w:ascii="Times New Roman" w:hAnsi="Times New Roman"/>
          <w:b/>
          <w:sz w:val="28"/>
        </w:rPr>
        <w:t>восстановительные программы и служба примирения</w:t>
      </w:r>
      <w:r>
        <w:rPr>
          <w:rFonts w:ascii="Times New Roman" w:hAnsi="Times New Roman"/>
          <w:b w:val="0"/>
          <w:sz w:val="28"/>
        </w:rPr>
        <w:t xml:space="preserve"> — восстановительные технологии, программы примирения, круги сообществ.</w:t>
      </w:r>
    </w:p>
    <w:p>
      <w:r>
        <w:rPr>
          <w:rFonts w:ascii="Times New Roman" w:hAnsi="Times New Roman"/>
          <w:b w:val="0"/>
          <w:sz w:val="28"/>
        </w:rPr>
        <w:t xml:space="preserve">Рекомендации 2025 года прямо допускают </w:t>
      </w:r>
      <w:r>
        <w:rPr>
          <w:rFonts w:ascii="Times New Roman" w:hAnsi="Times New Roman"/>
          <w:b/>
          <w:sz w:val="28"/>
        </w:rPr>
        <w:t>медиативный подход без проведения полноценной процедуры медиации</w:t>
      </w:r>
      <w:r>
        <w:rPr>
          <w:rFonts w:ascii="Times New Roman" w:hAnsi="Times New Roman"/>
          <w:b w:val="0"/>
          <w:sz w:val="28"/>
        </w:rPr>
        <w:t>, а службу позволяют организовать как направление деятельности, орган, часть подразделения или самостоятельное подразделение (</w:t>
      </w:r>
      <w:hyperlink r:id="rId134">
        <w:r>
          <w:rPr>
            <w:rFonts w:ascii="Times New Roman" w:hAnsi="Times New Roman"/>
            <w:color w:val="0563C1"/>
            <w:u w:val="single"/>
            <w:sz w:val="24"/>
          </w:rPr>
          <w:t xml:space="preserve">письмо № 07-1660</w:t>
        </w:r>
      </w:hyperlink>
      <w:r>
        <w:rPr>
          <w:rFonts w:ascii="Times New Roman" w:hAnsi="Times New Roman"/>
          <w:b w:val="0"/>
          <w:sz w:val="28"/>
        </w:rPr>
        <w:t xml:space="preserve">). Поэтому </w:t>
      </w:r>
      <w:r>
        <w:rPr>
          <w:rFonts w:ascii="Times New Roman" w:hAnsi="Times New Roman"/>
          <w:b/>
          <w:sz w:val="28"/>
        </w:rPr>
        <w:t>возрастные, квалификационные и процессуальные требования ФЗ-193 нельзя автоматически переносить на все эти формы</w:t>
      </w:r>
      <w:r>
        <w:rPr>
          <w:rFonts w:ascii="Times New Roman" w:hAnsi="Times New Roman"/>
          <w:b w:val="0"/>
          <w:sz w:val="28"/>
        </w:rPr>
        <w:t xml:space="preserve"> — они относятся прежде всего к процедуре медиации по закону.</w:t>
      </w:r>
    </w:p>
    <w:p>
      <w:pPr>
        <w:spacing w:after="80"/>
        <w:ind w:firstLine="0"/>
      </w:pPr>
      <w:r>
        <w:rPr>
          <w:rFonts w:ascii="Times New Roman" w:hAnsi="Times New Roman"/>
          <w:b/>
          <w:sz w:val="26"/>
        </w:rPr>
        <w:t>13.5. «Школьный медиатор» — это не медиатор по закону № 193-ФЗ</w:t>
      </w:r>
    </w:p>
    <w:p>
      <w:pPr>
        <w:spacing w:after="40"/>
        <w:ind w:firstLine="0"/>
      </w:pPr>
      <w:r>
        <w:rPr>
          <w:rFonts w:ascii="Times New Roman" w:hAnsi="Times New Roman"/>
          <w:b w:val="0"/>
          <w:sz w:val="28"/>
        </w:rPr>
        <w:t xml:space="preserve">– ФЗ-193 </w:t>
      </w:r>
      <w:r>
        <w:rPr>
          <w:rFonts w:ascii="Times New Roman" w:hAnsi="Times New Roman"/>
          <w:b/>
          <w:sz w:val="28"/>
        </w:rPr>
        <w:t>различает профессиональную и непрофессиональную</w:t>
      </w:r>
      <w:r>
        <w:rPr>
          <w:rFonts w:ascii="Times New Roman" w:hAnsi="Times New Roman"/>
          <w:b w:val="0"/>
          <w:sz w:val="28"/>
        </w:rPr>
        <w:t xml:space="preserve"> деятельность медиатора. Требования </w:t>
      </w:r>
      <w:r>
        <w:rPr>
          <w:rFonts w:ascii="Times New Roman" w:hAnsi="Times New Roman"/>
          <w:b/>
          <w:sz w:val="28"/>
        </w:rPr>
        <w:t>25 лет, высшего образования и дополнительного профессионального образования</w:t>
      </w:r>
      <w:r>
        <w:rPr>
          <w:rFonts w:ascii="Times New Roman" w:hAnsi="Times New Roman"/>
          <w:b w:val="0"/>
          <w:sz w:val="28"/>
        </w:rPr>
        <w:t xml:space="preserve"> (</w:t>
      </w:r>
      <w:hyperlink r:id="rId124">
        <w:r>
          <w:rPr>
            <w:rFonts w:ascii="Times New Roman" w:hAnsi="Times New Roman"/>
            <w:color w:val="0563C1"/>
            <w:u w:val="single"/>
            <w:sz w:val="24"/>
          </w:rPr>
          <w:t xml:space="preserve">ст. 15–16 ФЗ-193</w:t>
        </w:r>
      </w:hyperlink>
      <w:r>
        <w:rPr>
          <w:rFonts w:ascii="Times New Roman" w:hAnsi="Times New Roman"/>
          <w:b w:val="0"/>
          <w:sz w:val="28"/>
        </w:rPr>
        <w:t xml:space="preserve">) относятся </w:t>
      </w:r>
      <w:r>
        <w:rPr>
          <w:rFonts w:ascii="Times New Roman" w:hAnsi="Times New Roman"/>
          <w:b/>
          <w:sz w:val="28"/>
        </w:rPr>
        <w:t>только к профессиональному медиатору</w:t>
      </w:r>
      <w:r>
        <w:rPr>
          <w:rFonts w:ascii="Times New Roman" w:hAnsi="Times New Roman"/>
          <w:b w:val="0"/>
          <w:sz w:val="28"/>
        </w:rPr>
        <w:t xml:space="preserve">. </w:t>
      </w:r>
      <w:r>
        <w:rPr>
          <w:rFonts w:ascii="Times New Roman" w:hAnsi="Times New Roman"/>
          <w:b/>
          <w:sz w:val="28"/>
        </w:rPr>
        <w:t>Непрофессиональным медиатором может быть совершеннолетнее полностью дееспособное лицо, не имеющее судимости</w:t>
      </w:r>
      <w:r>
        <w:rPr>
          <w:rFonts w:ascii="Times New Roman" w:hAnsi="Times New Roman"/>
          <w:b w:val="0"/>
          <w:sz w:val="28"/>
        </w:rPr>
        <w:t xml:space="preserve"> — то есть 18 лет, без требований к образованию (</w:t>
      </w:r>
      <w:hyperlink r:id="rId142">
        <w:r>
          <w:rPr>
            <w:rFonts w:ascii="Times New Roman" w:hAnsi="Times New Roman"/>
            <w:color w:val="0563C1"/>
            <w:u w:val="single"/>
            <w:sz w:val="24"/>
          </w:rPr>
          <w:t xml:space="preserve">ст. 15 ФЗ-193</w:t>
        </w:r>
      </w:hyperlink>
      <w:r>
        <w:rPr>
          <w:rFonts w:ascii="Times New Roman" w:hAnsi="Times New Roman"/>
          <w:b w:val="0"/>
          <w:sz w:val="28"/>
        </w:rPr>
        <w:t xml:space="preserve">). Предыдущая формулировка раздела («медиатор по ФЗ-193 — это 25+, высшее образование и ДПО») </w:t>
      </w:r>
      <w:r>
        <w:rPr>
          <w:rFonts w:ascii="Times New Roman" w:hAnsi="Times New Roman"/>
          <w:b/>
          <w:sz w:val="28"/>
        </w:rPr>
        <w:t>была ошибкой</w:t>
      </w:r>
      <w:r>
        <w:rPr>
          <w:rFonts w:ascii="Times New Roman" w:hAnsi="Times New Roman"/>
          <w:b w:val="0"/>
          <w:sz w:val="28"/>
        </w:rPr>
        <w:t>, она исправлена.</w:t>
      </w:r>
    </w:p>
    <w:p>
      <w:pPr>
        <w:spacing w:after="40"/>
        <w:ind w:firstLine="0"/>
      </w:pPr>
      <w:r>
        <w:rPr>
          <w:rFonts w:ascii="Times New Roman" w:hAnsi="Times New Roman"/>
          <w:b w:val="0"/>
          <w:sz w:val="28"/>
        </w:rPr>
        <w:t xml:space="preserve">– Корректный вывод: </w:t>
      </w:r>
      <w:r>
        <w:rPr>
          <w:rFonts w:ascii="Times New Roman" w:hAnsi="Times New Roman"/>
          <w:b/>
          <w:sz w:val="28"/>
        </w:rPr>
        <w:t>юный медиатор и многие участники школьной службы не отвечают требованиям к медиатору по ФЗ-193; требования 25+, высшего образования и ДПО применяются именно к профессиональной медиации.</w:t>
      </w:r>
      <w:r>
        <w:rPr>
          <w:rFonts w:ascii="Times New Roman" w:hAnsi="Times New Roman"/>
          <w:b w:val="0"/>
          <w:sz w:val="28"/>
        </w:rPr>
        <w:t xml:space="preserve"> В «группах равных» медиаторами выступают </w:t>
      </w:r>
      <w:r>
        <w:rPr>
          <w:rFonts w:ascii="Times New Roman" w:hAnsi="Times New Roman"/>
          <w:b/>
          <w:sz w:val="28"/>
        </w:rPr>
        <w:t>сами обучающиеся</w:t>
      </w:r>
      <w:r>
        <w:rPr>
          <w:rFonts w:ascii="Times New Roman" w:hAnsi="Times New Roman"/>
          <w:b w:val="0"/>
          <w:sz w:val="28"/>
        </w:rPr>
        <w:t>, в том числе несовершеннолетние (</w:t>
      </w:r>
      <w:hyperlink r:id="rId131">
        <w:r>
          <w:rPr>
            <w:rFonts w:ascii="Times New Roman" w:hAnsi="Times New Roman"/>
            <w:color w:val="0563C1"/>
            <w:u w:val="single"/>
            <w:sz w:val="24"/>
          </w:rPr>
          <w:t xml:space="preserve">письмо № 07-4317</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Об объёмах подготовки (144 → 72 → 36 часов).</w:t>
      </w:r>
      <w:r>
        <w:rPr>
          <w:rFonts w:ascii="Times New Roman" w:hAnsi="Times New Roman"/>
          <w:b w:val="0"/>
          <w:sz w:val="28"/>
        </w:rPr>
        <w:t xml:space="preserve"> Прежний вывод о «последовательном снижении требований» </w:t>
      </w:r>
      <w:r>
        <w:rPr>
          <w:rFonts w:ascii="Times New Roman" w:hAnsi="Times New Roman"/>
          <w:b/>
          <w:sz w:val="28"/>
        </w:rPr>
        <w:t>не доказан</w:t>
      </w:r>
      <w:r>
        <w:rPr>
          <w:rFonts w:ascii="Times New Roman" w:hAnsi="Times New Roman"/>
          <w:b w:val="0"/>
          <w:sz w:val="28"/>
        </w:rPr>
        <w:t xml:space="preserve">: сопоставляются разные годы, разные документы, разные роли (координатор и специалист), пример программы и рекомендуемый минимум. Это </w:t>
      </w:r>
      <w:r>
        <w:rPr>
          <w:rFonts w:ascii="Times New Roman" w:hAnsi="Times New Roman"/>
          <w:b/>
          <w:sz w:val="28"/>
        </w:rPr>
        <w:t>не единый временной ряд одного квалификационного стандарта</w:t>
      </w:r>
      <w:r>
        <w:rPr>
          <w:rFonts w:ascii="Times New Roman" w:hAnsi="Times New Roman"/>
          <w:b w:val="0"/>
          <w:sz w:val="28"/>
        </w:rPr>
        <w:t xml:space="preserve">. Корректная формулировка: </w:t>
      </w:r>
      <w:r>
        <w:rPr>
          <w:rFonts w:ascii="Times New Roman" w:hAnsi="Times New Roman"/>
          <w:b/>
          <w:sz w:val="28"/>
        </w:rPr>
        <w:t>«в документах разных лет и для разных ролей указаны неодинаковые объёмы подготовки»</w:t>
      </w:r>
      <w:r>
        <w:rPr>
          <w:rFonts w:ascii="Times New Roman" w:hAnsi="Times New Roman"/>
          <w:b w:val="0"/>
          <w:sz w:val="28"/>
        </w:rPr>
        <w:t xml:space="preserve"> (письмо № 07-4317 — 72–200 ч, описанная программа 144 ч; письмо № ДГ-375/07 — 72 ч; письмо № 07-1660 — 72 ч для координатора и 36 ч для специалиста (</w:t>
      </w:r>
      <w:hyperlink r:id="rId133">
        <w:r>
          <w:rPr>
            <w:rFonts w:ascii="Times New Roman" w:hAnsi="Times New Roman"/>
            <w:color w:val="0563C1"/>
            <w:u w:val="single"/>
            <w:sz w:val="24"/>
          </w:rPr>
          <w:t xml:space="preserve">ссылки</w:t>
        </w:r>
      </w:hyperlink>
      <w:r>
        <w:rPr>
          <w:rFonts w:ascii="Times New Roman" w:hAnsi="Times New Roman"/>
          <w:b w:val="0"/>
          <w:sz w:val="28"/>
        </w:rPr>
        <w:t xml:space="preserve">, </w:t>
      </w:r>
      <w:hyperlink r:id="rId134">
        <w:r>
          <w:rPr>
            <w:rFonts w:ascii="Times New Roman" w:hAnsi="Times New Roman"/>
            <w:color w:val="0563C1"/>
            <w:u w:val="single"/>
            <w:sz w:val="24"/>
          </w:rPr>
          <w:t xml:space="preserve">ссылки</w:t>
        </w:r>
      </w:hyperlink>
      <w:r>
        <w:rPr>
          <w:rFonts w:ascii="Times New Roman" w:hAnsi="Times New Roman"/>
          <w:b w:val="0"/>
          <w:sz w:val="28"/>
        </w:rPr>
        <w:t xml:space="preserve">)). Вывод о «снижении» допустим только после построения таблицы, где </w:t>
      </w:r>
      <w:r>
        <w:rPr>
          <w:rFonts w:ascii="Times New Roman" w:hAnsi="Times New Roman"/>
          <w:b/>
          <w:sz w:val="28"/>
        </w:rPr>
        <w:t>совпадают роль, содержание программы, требуемая квалификация и статус нормы</w:t>
      </w:r>
      <w:r>
        <w:rPr>
          <w:rFonts w:ascii="Times New Roman" w:hAnsi="Times New Roman"/>
          <w:b w:val="0"/>
          <w:sz w:val="28"/>
        </w:rPr>
        <w:t>; такая таблица в этом разделе не построена.</w:t>
      </w:r>
    </w:p>
    <w:p>
      <w:pPr>
        <w:spacing w:after="40"/>
        <w:ind w:firstLine="0"/>
      </w:pPr>
      <w:r>
        <w:rPr>
          <w:rFonts w:ascii="Times New Roman" w:hAnsi="Times New Roman"/>
          <w:b w:val="0"/>
          <w:sz w:val="28"/>
        </w:rPr>
        <w:t xml:space="preserve">– </w:t>
      </w:r>
      <w:r>
        <w:rPr>
          <w:rFonts w:ascii="Times New Roman" w:hAnsi="Times New Roman"/>
          <w:b/>
          <w:sz w:val="28"/>
        </w:rPr>
        <w:t>О лицензировании — точнее, чем раньше.</w:t>
      </w:r>
      <w:r>
        <w:rPr>
          <w:rFonts w:ascii="Times New Roman" w:hAnsi="Times New Roman"/>
          <w:b w:val="0"/>
          <w:sz w:val="28"/>
        </w:rPr>
        <w:t xml:space="preserve"> Формула «лицензии на медиацию нет» </w:t>
      </w:r>
      <w:r>
        <w:rPr>
          <w:rFonts w:ascii="Times New Roman" w:hAnsi="Times New Roman"/>
          <w:b/>
          <w:sz w:val="28"/>
        </w:rPr>
        <w:t>расплывчата</w:t>
      </w:r>
      <w:r>
        <w:rPr>
          <w:rFonts w:ascii="Times New Roman" w:hAnsi="Times New Roman"/>
          <w:b w:val="0"/>
          <w:sz w:val="28"/>
        </w:rPr>
        <w:t xml:space="preserve">. Сама медиативная деятельность </w:t>
      </w:r>
      <w:r>
        <w:rPr>
          <w:rFonts w:ascii="Times New Roman" w:hAnsi="Times New Roman"/>
          <w:b/>
          <w:sz w:val="28"/>
        </w:rPr>
        <w:t>не описана как лицензируемый вид деятельности</w:t>
      </w:r>
      <w:r>
        <w:rPr>
          <w:rFonts w:ascii="Times New Roman" w:hAnsi="Times New Roman"/>
          <w:b w:val="0"/>
          <w:sz w:val="28"/>
        </w:rPr>
        <w:t xml:space="preserve">, и ФЗ-193 лицензирования медиаторов не предусматривает. Но </w:t>
      </w:r>
      <w:r>
        <w:rPr>
          <w:rFonts w:ascii="Times New Roman" w:hAnsi="Times New Roman"/>
          <w:b/>
          <w:sz w:val="28"/>
        </w:rPr>
        <w:t>образовательная организация, реализующая программы ДПО по медиации, действует в режиме законодательства об образовании и лицензирования образовательной деятельности</w:t>
      </w:r>
      <w:r>
        <w:rPr>
          <w:rFonts w:ascii="Times New Roman" w:hAnsi="Times New Roman"/>
          <w:b w:val="0"/>
          <w:sz w:val="28"/>
        </w:rPr>
        <w:t xml:space="preserve"> (</w:t>
      </w:r>
      <w:hyperlink r:id="rId40">
        <w:r>
          <w:rPr>
            <w:rFonts w:ascii="Times New Roman" w:hAnsi="Times New Roman"/>
            <w:color w:val="0563C1"/>
            <w:u w:val="single"/>
            <w:sz w:val="24"/>
          </w:rPr>
          <w:t xml:space="preserve">ФЗ-273</w:t>
        </w:r>
      </w:hyperlink>
      <w:r>
        <w:rPr>
          <w:rFonts w:ascii="Times New Roman" w:hAnsi="Times New Roman"/>
          <w:b w:val="0"/>
          <w:sz w:val="28"/>
        </w:rPr>
        <w:t xml:space="preserve">). Переходить от отсутствия специальной «лицензии медиатора» к выводу об </w:t>
      </w:r>
      <w:r>
        <w:rPr>
          <w:rFonts w:ascii="Times New Roman" w:hAnsi="Times New Roman"/>
          <w:b/>
          <w:sz w:val="28"/>
        </w:rPr>
        <w:t>отсутствии регулирования подготовки</w:t>
      </w:r>
      <w:r>
        <w:rPr>
          <w:rFonts w:ascii="Times New Roman" w:hAnsi="Times New Roman"/>
          <w:b w:val="0"/>
          <w:sz w:val="28"/>
        </w:rPr>
        <w:t xml:space="preserve"> нельзя.</w:t>
      </w:r>
    </w:p>
    <w:p>
      <w:pPr>
        <w:spacing w:after="80"/>
        <w:ind w:firstLine="0"/>
      </w:pPr>
      <w:r>
        <w:rPr>
          <w:rFonts w:ascii="Times New Roman" w:hAnsi="Times New Roman"/>
          <w:b/>
          <w:sz w:val="26"/>
        </w:rPr>
        <w:t>13.6. Что здесь не проверено: применимость ФЗ-193 к несовершеннолетним</w:t>
      </w:r>
    </w:p>
    <w:p>
      <w:r>
        <w:rPr>
          <w:rFonts w:ascii="Times New Roman" w:hAnsi="Times New Roman"/>
          <w:b w:val="0"/>
          <w:sz w:val="28"/>
        </w:rPr>
        <w:t xml:space="preserve">Это </w:t>
      </w:r>
      <w:r>
        <w:rPr>
          <w:rFonts w:ascii="Times New Roman" w:hAnsi="Times New Roman"/>
          <w:b/>
          <w:sz w:val="28"/>
        </w:rPr>
        <w:t>самая крупная лакуна раздела</w:t>
      </w:r>
      <w:r>
        <w:rPr>
          <w:rFonts w:ascii="Times New Roman" w:hAnsi="Times New Roman"/>
          <w:b w:val="0"/>
          <w:sz w:val="28"/>
        </w:rPr>
        <w:t xml:space="preserve">, и она остаётся </w:t>
      </w:r>
      <w:r>
        <w:rPr>
          <w:rFonts w:ascii="Times New Roman" w:hAnsi="Times New Roman"/>
          <w:b/>
          <w:sz w:val="28"/>
        </w:rPr>
        <w:t>открытой и обозначенной явно</w:t>
      </w:r>
      <w:r>
        <w:rPr>
          <w:rFonts w:ascii="Times New Roman" w:hAnsi="Times New Roman"/>
          <w:b w:val="0"/>
          <w:sz w:val="28"/>
        </w:rPr>
        <w:t xml:space="preserve">. До её устранения </w:t>
      </w:r>
      <w:r>
        <w:rPr>
          <w:rFonts w:ascii="Times New Roman" w:hAnsi="Times New Roman"/>
          <w:b/>
          <w:sz w:val="28"/>
        </w:rPr>
        <w:t>нельзя уверенно утверждать</w:t>
      </w:r>
      <w:r>
        <w:rPr>
          <w:rFonts w:ascii="Times New Roman" w:hAnsi="Times New Roman"/>
          <w:b w:val="0"/>
          <w:sz w:val="28"/>
        </w:rPr>
        <w:t>, что школьная деятельность:</w:t>
      </w:r>
    </w:p>
    <w:p>
      <w:r>
        <w:rPr>
          <w:rFonts w:ascii="Times New Roman" w:hAnsi="Times New Roman"/>
          <w:b w:val="0"/>
          <w:sz w:val="28"/>
        </w:rPr>
        <w:t>— является процедурой медиации по ФЗ-193;</w:t>
      </w:r>
    </w:p>
    <w:p>
      <w:r>
        <w:rPr>
          <w:rFonts w:ascii="Times New Roman" w:hAnsi="Times New Roman"/>
          <w:b w:val="0"/>
          <w:sz w:val="28"/>
        </w:rPr>
        <w:t>— порождает юридически действительное медиативное соглашение;</w:t>
      </w:r>
    </w:p>
    <w:p>
      <w:r>
        <w:rPr>
          <w:rFonts w:ascii="Times New Roman" w:hAnsi="Times New Roman"/>
          <w:b w:val="0"/>
          <w:sz w:val="28"/>
        </w:rPr>
        <w:t>— может осуществляться без участия законного представителя.</w:t>
      </w:r>
    </w:p>
    <w:p>
      <w:r>
        <w:rPr>
          <w:rFonts w:ascii="Times New Roman" w:hAnsi="Times New Roman"/>
          <w:b w:val="0"/>
          <w:sz w:val="28"/>
        </w:rPr>
        <w:t>Раздельно нужно проверить:</w:t>
      </w:r>
    </w:p>
    <w:p>
      <w:r>
        <w:rPr>
          <w:rFonts w:ascii="Times New Roman" w:hAnsi="Times New Roman"/>
          <w:b w:val="0"/>
          <w:sz w:val="28"/>
        </w:rPr>
        <w:t xml:space="preserve">— </w:t>
      </w:r>
      <w:r>
        <w:rPr>
          <w:rFonts w:ascii="Times New Roman" w:hAnsi="Times New Roman"/>
          <w:b/>
          <w:sz w:val="28"/>
        </w:rPr>
        <w:t>добровольное согласие самого ребёнка</w:t>
      </w:r>
      <w:r>
        <w:rPr>
          <w:rFonts w:ascii="Times New Roman" w:hAnsi="Times New Roman"/>
          <w:b w:val="0"/>
          <w:sz w:val="28"/>
        </w:rPr>
        <w:t xml:space="preserve"> (и как оно оформляется по возрасту);</w:t>
      </w:r>
    </w:p>
    <w:p>
      <w:r>
        <w:rPr>
          <w:rFonts w:ascii="Times New Roman" w:hAnsi="Times New Roman"/>
          <w:b w:val="0"/>
          <w:sz w:val="28"/>
        </w:rPr>
        <w:t xml:space="preserve">— </w:t>
      </w:r>
      <w:r>
        <w:rPr>
          <w:rFonts w:ascii="Times New Roman" w:hAnsi="Times New Roman"/>
          <w:b/>
          <w:sz w:val="28"/>
        </w:rPr>
        <w:t>полномочия законного представителя</w:t>
      </w:r>
      <w:r>
        <w:rPr>
          <w:rFonts w:ascii="Times New Roman" w:hAnsi="Times New Roman"/>
          <w:b w:val="0"/>
          <w:sz w:val="28"/>
        </w:rPr>
        <w:t xml:space="preserve"> и необходимость его участия;</w:t>
      </w:r>
    </w:p>
    <w:p>
      <w:r>
        <w:rPr>
          <w:rFonts w:ascii="Times New Roman" w:hAnsi="Times New Roman"/>
          <w:b w:val="0"/>
          <w:sz w:val="28"/>
        </w:rPr>
        <w:t xml:space="preserve">— </w:t>
      </w:r>
      <w:r>
        <w:rPr>
          <w:rFonts w:ascii="Times New Roman" w:hAnsi="Times New Roman"/>
          <w:b/>
          <w:sz w:val="28"/>
        </w:rPr>
        <w:t>возраст и объём гражданской дееспособности</w:t>
      </w:r>
      <w:r>
        <w:rPr>
          <w:rFonts w:ascii="Times New Roman" w:hAnsi="Times New Roman"/>
          <w:b w:val="0"/>
          <w:sz w:val="28"/>
        </w:rPr>
        <w:t xml:space="preserve"> участников;</w:t>
      </w:r>
    </w:p>
    <w:p>
      <w:r>
        <w:rPr>
          <w:rFonts w:ascii="Times New Roman" w:hAnsi="Times New Roman"/>
          <w:b w:val="0"/>
          <w:sz w:val="28"/>
        </w:rPr>
        <w:t xml:space="preserve">— </w:t>
      </w:r>
      <w:r>
        <w:rPr>
          <w:rFonts w:ascii="Times New Roman" w:hAnsi="Times New Roman"/>
          <w:b/>
          <w:sz w:val="28"/>
        </w:rPr>
        <w:t>характер обязательств</w:t>
      </w:r>
      <w:r>
        <w:rPr>
          <w:rFonts w:ascii="Times New Roman" w:hAnsi="Times New Roman"/>
          <w:b w:val="0"/>
          <w:sz w:val="28"/>
        </w:rPr>
        <w:t xml:space="preserve"> в итоговом соглашении (исполнимы ли они для ребёнка);</w:t>
      </w:r>
    </w:p>
    <w:p>
      <w:r>
        <w:rPr>
          <w:rFonts w:ascii="Times New Roman" w:hAnsi="Times New Roman"/>
          <w:b w:val="0"/>
          <w:sz w:val="28"/>
        </w:rPr>
        <w:t xml:space="preserve">— </w:t>
      </w:r>
      <w:r>
        <w:rPr>
          <w:rFonts w:ascii="Times New Roman" w:hAnsi="Times New Roman"/>
          <w:b/>
          <w:sz w:val="28"/>
        </w:rPr>
        <w:t>затрагиваются ли права отсутствующих лиц или публичные интересы</w:t>
      </w:r>
      <w:r>
        <w:rPr>
          <w:rFonts w:ascii="Times New Roman" w:hAnsi="Times New Roman"/>
          <w:b w:val="0"/>
          <w:sz w:val="28"/>
        </w:rPr>
        <w:t>.</w:t>
      </w:r>
    </w:p>
    <w:p>
      <w:r>
        <w:rPr>
          <w:rFonts w:ascii="Times New Roman" w:hAnsi="Times New Roman"/>
          <w:b w:val="0"/>
          <w:sz w:val="28"/>
        </w:rPr>
        <w:t xml:space="preserve">Пока это не проверено, все выводы о «медиации в школе» в этом разделе следует читать как выводы </w:t>
      </w:r>
      <w:r>
        <w:rPr>
          <w:rFonts w:ascii="Times New Roman" w:hAnsi="Times New Roman"/>
          <w:b/>
          <w:sz w:val="28"/>
        </w:rPr>
        <w:t>о методической рамке</w:t>
      </w:r>
      <w:r>
        <w:rPr>
          <w:rFonts w:ascii="Times New Roman" w:hAnsi="Times New Roman"/>
          <w:b w:val="0"/>
          <w:sz w:val="28"/>
        </w:rPr>
        <w:t>, а не о юридически безупречной процедуре.</w:t>
      </w:r>
    </w:p>
    <w:p>
      <w:pPr>
        <w:spacing w:after="80"/>
        <w:ind w:firstLine="0"/>
      </w:pPr>
      <w:r>
        <w:rPr>
          <w:rFonts w:ascii="Times New Roman" w:hAnsi="Times New Roman"/>
          <w:b/>
          <w:sz w:val="26"/>
        </w:rPr>
        <w:t>13.7. Конфиденциальность действует в пределах закона</w:t>
      </w:r>
    </w:p>
    <w:p>
      <w:r>
        <w:rPr>
          <w:rFonts w:ascii="Times New Roman" w:hAnsi="Times New Roman"/>
          <w:b/>
          <w:sz w:val="28"/>
        </w:rPr>
        <w:t>Абсолютной конфиденциальности служба обещать не может.</w:t>
      </w:r>
      <w:r>
        <w:rPr>
          <w:rFonts w:ascii="Times New Roman" w:hAnsi="Times New Roman"/>
          <w:b w:val="0"/>
          <w:sz w:val="28"/>
        </w:rPr>
        <w:t xml:space="preserve"> Рекомендации 2025 года допускают раскрытие информации о готовящемся правонарушении или угрозе безопасности и здоровью (</w:t>
      </w:r>
      <w:hyperlink r:id="rId134">
        <w:r>
          <w:rPr>
            <w:rFonts w:ascii="Times New Roman" w:hAnsi="Times New Roman"/>
            <w:color w:val="0563C1"/>
            <w:u w:val="single"/>
            <w:sz w:val="24"/>
          </w:rPr>
          <w:t xml:space="preserve">письмо № 07-1660</w:t>
        </w:r>
      </w:hyperlink>
      <w:r>
        <w:rPr>
          <w:rFonts w:ascii="Times New Roman" w:hAnsi="Times New Roman"/>
          <w:b w:val="0"/>
          <w:sz w:val="28"/>
        </w:rPr>
        <w:t xml:space="preserve">). Статья 9 ФЗ-120 предусматривает </w:t>
      </w:r>
      <w:r>
        <w:rPr>
          <w:rFonts w:ascii="Times New Roman" w:hAnsi="Times New Roman"/>
          <w:b/>
          <w:sz w:val="28"/>
        </w:rPr>
        <w:t>более широкий контур обязательного информирования</w:t>
      </w:r>
      <w:r>
        <w:rPr>
          <w:rFonts w:ascii="Times New Roman" w:hAnsi="Times New Roman"/>
          <w:b w:val="0"/>
          <w:sz w:val="28"/>
        </w:rPr>
        <w:t xml:space="preserve"> о нарушениях прав несовершеннолетних, противоправных деяниях и других установленных случаях (</w:t>
      </w:r>
      <w:hyperlink r:id="rId143">
        <w:r>
          <w:rPr>
            <w:rFonts w:ascii="Times New Roman" w:hAnsi="Times New Roman"/>
            <w:color w:val="0563C1"/>
            <w:u w:val="single"/>
            <w:sz w:val="24"/>
          </w:rPr>
          <w:t xml:space="preserve">ст. 9 ФЗ-120</w:t>
        </w:r>
      </w:hyperlink>
      <w:r>
        <w:rPr>
          <w:rFonts w:ascii="Times New Roman" w:hAnsi="Times New Roman"/>
          <w:b w:val="0"/>
          <w:sz w:val="28"/>
        </w:rPr>
        <w:t xml:space="preserve">; </w:t>
      </w:r>
      <w:hyperlink r:id="rId41">
        <w:r>
          <w:rPr>
            <w:rFonts w:ascii="Times New Roman" w:hAnsi="Times New Roman"/>
            <w:color w:val="0563C1"/>
            <w:u w:val="single"/>
            <w:sz w:val="24"/>
          </w:rPr>
          <w:t xml:space="preserve">ФЗ-120</w:t>
        </w:r>
      </w:hyperlink>
      <w:r>
        <w:rPr>
          <w:rFonts w:ascii="Times New Roman" w:hAnsi="Times New Roman"/>
          <w:b w:val="0"/>
          <w:sz w:val="28"/>
        </w:rPr>
        <w:t>).</w:t>
      </w:r>
    </w:p>
    <w:p>
      <w:r>
        <w:rPr>
          <w:rFonts w:ascii="Times New Roman" w:hAnsi="Times New Roman"/>
          <w:b w:val="0"/>
          <w:sz w:val="28"/>
        </w:rPr>
        <w:t>Прямая формулировка для документа:</w:t>
      </w:r>
    </w:p>
    <w:p>
      <w:pPr>
        <w:spacing w:after="80"/>
        <w:ind w:firstLine="0"/>
      </w:pPr>
      <w:r>
        <w:rPr>
          <w:rFonts w:ascii="Times New Roman" w:hAnsi="Times New Roman"/>
          <w:b/>
          <w:i/>
          <w:sz w:val="24"/>
        </w:rPr>
        <w:t>«Конфиденциальность действует в пределах закона и не отменяет обязательное сообщение компетентным органам».</w:t>
      </w:r>
    </w:p>
    <w:p>
      <w:pPr>
        <w:spacing w:after="80"/>
        <w:ind w:firstLine="0"/>
      </w:pPr>
      <w:r>
        <w:rPr>
          <w:rFonts w:ascii="Times New Roman" w:hAnsi="Times New Roman"/>
          <w:b/>
          <w:sz w:val="26"/>
        </w:rPr>
        <w:t>13.8. Обязанность обеспечить результат ≠ обязанность создать форму</w:t>
      </w:r>
    </w:p>
    <w:p>
      <w:r>
        <w:rPr>
          <w:rFonts w:ascii="Times New Roman" w:hAnsi="Times New Roman"/>
          <w:b/>
          <w:sz w:val="28"/>
        </w:rPr>
        <w:t>Два разных обязательства, которые нельзя сворачивать в одно:</w:t>
      </w:r>
    </w:p>
    <w:p>
      <w:pPr>
        <w:spacing w:after="40"/>
        <w:ind w:firstLine="0"/>
      </w:pPr>
      <w:r>
        <w:rPr>
          <w:rFonts w:ascii="Times New Roman" w:hAnsi="Times New Roman"/>
          <w:b w:val="0"/>
          <w:sz w:val="28"/>
        </w:rPr>
        <w:t xml:space="preserve">1. </w:t>
      </w:r>
      <w:r>
        <w:rPr>
          <w:rFonts w:ascii="Times New Roman" w:hAnsi="Times New Roman"/>
          <w:b/>
          <w:sz w:val="28"/>
        </w:rPr>
        <w:t>Обязанность обеспечить результат</w:t>
      </w:r>
      <w:r>
        <w:rPr>
          <w:rFonts w:ascii="Times New Roman" w:hAnsi="Times New Roman"/>
          <w:b w:val="0"/>
          <w:sz w:val="28"/>
        </w:rPr>
        <w:t xml:space="preserve"> — безопасность, защиту прав, рассмотрение обращений, реагирование на установленные законом обстоятельства.</w:t>
      </w:r>
    </w:p>
    <w:p>
      <w:pPr>
        <w:spacing w:after="40"/>
        <w:ind w:firstLine="0"/>
      </w:pPr>
      <w:r>
        <w:rPr>
          <w:rFonts w:ascii="Times New Roman" w:hAnsi="Times New Roman"/>
          <w:b w:val="0"/>
          <w:sz w:val="28"/>
        </w:rPr>
        <w:t xml:space="preserve">2. </w:t>
      </w:r>
      <w:r>
        <w:rPr>
          <w:rFonts w:ascii="Times New Roman" w:hAnsi="Times New Roman"/>
          <w:b/>
          <w:sz w:val="28"/>
        </w:rPr>
        <w:t>Обязанность создать конкретную организационную форму</w:t>
      </w:r>
      <w:r>
        <w:rPr>
          <w:rFonts w:ascii="Times New Roman" w:hAnsi="Times New Roman"/>
          <w:b w:val="0"/>
          <w:sz w:val="28"/>
        </w:rPr>
        <w:t xml:space="preserve"> — службу медиации.</w:t>
      </w:r>
    </w:p>
    <w:p>
      <w:r>
        <w:rPr>
          <w:rFonts w:ascii="Times New Roman" w:hAnsi="Times New Roman"/>
          <w:b/>
          <w:sz w:val="28"/>
        </w:rPr>
        <w:t>Отсутствие второй обязанности не означает отсутствия первой.</w:t>
      </w:r>
      <w:r>
        <w:rPr>
          <w:rFonts w:ascii="Times New Roman" w:hAnsi="Times New Roman"/>
          <w:b w:val="0"/>
          <w:sz w:val="28"/>
        </w:rPr>
        <w:t xml:space="preserve"> У школы могут быть обязательные функции защиты ребёнка и реагирования, даже если службы примирения в ней нет вообще.</w:t>
      </w:r>
    </w:p>
    <w:p>
      <w:r>
        <w:rPr>
          <w:rFonts w:ascii="Times New Roman" w:hAnsi="Times New Roman"/>
          <w:b/>
          <w:sz w:val="28"/>
        </w:rPr>
        <w:t>И второе разведение:</w:t>
      </w:r>
      <w:r>
        <w:rPr>
          <w:rFonts w:ascii="Times New Roman" w:hAnsi="Times New Roman"/>
          <w:b w:val="0"/>
          <w:sz w:val="28"/>
        </w:rPr>
        <w:t xml:space="preserve"> обязанность создать службу ≠ обязательность участия ребёнка в конкретной процедуре. </w:t>
      </w:r>
      <w:r>
        <w:rPr>
          <w:rFonts w:ascii="Times New Roman" w:hAnsi="Times New Roman"/>
          <w:b/>
          <w:sz w:val="28"/>
        </w:rPr>
        <w:t>Даже обязательная служба не вправе принуждать ребёнка к примирению</w:t>
      </w:r>
      <w:r>
        <w:rPr>
          <w:rFonts w:ascii="Times New Roman" w:hAnsi="Times New Roman"/>
          <w:b w:val="0"/>
          <w:sz w:val="28"/>
        </w:rPr>
        <w:t>; участие в медиации добровольно для сторон.</w:t>
      </w:r>
    </w:p>
    <w:p>
      <w:r>
        <w:rPr>
          <w:rFonts w:ascii="Times New Roman" w:hAnsi="Times New Roman"/>
          <w:b/>
          <w:sz w:val="28"/>
        </w:rPr>
        <w:t>Протокол первичной оценки риска.</w:t>
      </w:r>
      <w:r>
        <w:rPr>
          <w:rFonts w:ascii="Times New Roman" w:hAnsi="Times New Roman"/>
          <w:b w:val="0"/>
          <w:sz w:val="28"/>
        </w:rPr>
        <w:t xml:space="preserve"> Восстановительная практика допустима </w:t>
      </w:r>
      <w:r>
        <w:rPr>
          <w:rFonts w:ascii="Times New Roman" w:hAnsi="Times New Roman"/>
          <w:b/>
          <w:sz w:val="28"/>
        </w:rPr>
        <w:t>только после</w:t>
      </w:r>
      <w:r>
        <w:rPr>
          <w:rFonts w:ascii="Times New Roman" w:hAnsi="Times New Roman"/>
          <w:b w:val="0"/>
          <w:sz w:val="28"/>
        </w:rPr>
        <w:t xml:space="preserve"> первичной оценки ситуации. Проверить надо как минимум:</w:t>
      </w:r>
    </w:p>
    <w:p>
      <w:r>
        <w:rPr>
          <w:rFonts w:ascii="Times New Roman" w:hAnsi="Times New Roman"/>
          <w:b w:val="0"/>
          <w:sz w:val="28"/>
        </w:rPr>
        <w:t>— продолжается ли насилие;</w:t>
      </w:r>
    </w:p>
    <w:p>
      <w:r>
        <w:rPr>
          <w:rFonts w:ascii="Times New Roman" w:hAnsi="Times New Roman"/>
          <w:b w:val="0"/>
          <w:sz w:val="28"/>
        </w:rPr>
        <w:t>— есть ли угроза здоровью;</w:t>
      </w:r>
    </w:p>
    <w:p>
      <w:r>
        <w:rPr>
          <w:rFonts w:ascii="Times New Roman" w:hAnsi="Times New Roman"/>
          <w:b w:val="0"/>
          <w:sz w:val="28"/>
        </w:rPr>
        <w:t>— есть ли зависимость пострадавшего от агрессора;</w:t>
      </w:r>
    </w:p>
    <w:p>
      <w:r>
        <w:rPr>
          <w:rFonts w:ascii="Times New Roman" w:hAnsi="Times New Roman"/>
          <w:b w:val="0"/>
          <w:sz w:val="28"/>
        </w:rPr>
        <w:t>— есть ли групповое давление;</w:t>
      </w:r>
    </w:p>
    <w:p>
      <w:r>
        <w:rPr>
          <w:rFonts w:ascii="Times New Roman" w:hAnsi="Times New Roman"/>
          <w:b w:val="0"/>
          <w:sz w:val="28"/>
        </w:rPr>
        <w:t>— есть ли признаки правонарушения.</w:t>
      </w:r>
    </w:p>
    <w:p>
      <w:r>
        <w:rPr>
          <w:rFonts w:ascii="Times New Roman" w:hAnsi="Times New Roman"/>
          <w:b w:val="0"/>
          <w:sz w:val="28"/>
        </w:rPr>
        <w:t xml:space="preserve">До этой оценки восстановительная работа </w:t>
      </w:r>
      <w:r>
        <w:rPr>
          <w:rFonts w:ascii="Times New Roman" w:hAnsi="Times New Roman"/>
          <w:b/>
          <w:sz w:val="28"/>
        </w:rPr>
        <w:t>не начинается</w:t>
      </w:r>
      <w:r>
        <w:rPr>
          <w:rFonts w:ascii="Times New Roman" w:hAnsi="Times New Roman"/>
          <w:b w:val="0"/>
          <w:sz w:val="28"/>
        </w:rPr>
        <w:t>.</w:t>
      </w:r>
    </w:p>
    <w:p>
      <w:r>
        <w:rPr>
          <w:rFonts w:ascii="Times New Roman" w:hAnsi="Times New Roman"/>
          <w:b/>
          <w:sz w:val="28"/>
        </w:rPr>
        <w:t>Разрешение противоречия с перечнем 2025 года.</w:t>
      </w:r>
      <w:r>
        <w:rPr>
          <w:rFonts w:ascii="Times New Roman" w:hAnsi="Times New Roman"/>
          <w:b w:val="0"/>
          <w:sz w:val="28"/>
        </w:rPr>
        <w:t xml:space="preserve"> Рекомендации 2025 года включают травлю в число ситуаций для работы службы (</w:t>
      </w:r>
      <w:hyperlink r:id="rId134">
        <w:r>
          <w:rPr>
            <w:rFonts w:ascii="Times New Roman" w:hAnsi="Times New Roman"/>
            <w:color w:val="0563C1"/>
            <w:u w:val="single"/>
            <w:sz w:val="24"/>
          </w:rPr>
          <w:t xml:space="preserve">письмо № 07-1660</w:t>
        </w:r>
      </w:hyperlink>
      <w:r>
        <w:rPr>
          <w:rFonts w:ascii="Times New Roman" w:hAnsi="Times New Roman"/>
          <w:b w:val="0"/>
          <w:sz w:val="28"/>
        </w:rPr>
        <w:t>), а раздел ограничивает медиацию при неравенстве сил. Это прямое противоречие, и его надо снять формулировкой:</w:t>
      </w:r>
    </w:p>
    <w:p>
      <w:pPr>
        <w:spacing w:after="80"/>
        <w:ind w:firstLine="0"/>
      </w:pPr>
      <w:r>
        <w:rPr>
          <w:rFonts w:ascii="Times New Roman" w:hAnsi="Times New Roman"/>
          <w:b/>
          <w:i/>
          <w:sz w:val="24"/>
        </w:rPr>
        <w:t>«Упоминание травли в перечне возможных случаев не означает автоматической пригодности медиации. Сначала прекращается насилие и проводится оценка риска; восстановительная работа возможна затем — при безопасности и добровольном согласии».</w:t>
      </w:r>
    </w:p>
    <w:p>
      <w:pPr>
        <w:spacing w:after="80"/>
        <w:ind w:firstLine="0"/>
      </w:pPr>
      <w:r>
        <w:rPr>
          <w:rFonts w:ascii="Times New Roman" w:hAnsi="Times New Roman"/>
          <w:b/>
          <w:sz w:val="26"/>
        </w:rPr>
        <w:t>13.9. Практические адреса (проверено по официальным публикациям)</w:t>
      </w:r>
    </w:p>
    <w:p>
      <w:pPr>
        <w:spacing w:after="40"/>
        <w:ind w:firstLine="0"/>
      </w:pPr>
      <w:r>
        <w:rPr>
          <w:rFonts w:ascii="Times New Roman" w:hAnsi="Times New Roman"/>
          <w:b w:val="0"/>
          <w:sz w:val="28"/>
        </w:rPr>
        <w:t xml:space="preserve">– </w:t>
      </w:r>
      <w:r>
        <w:rPr>
          <w:rFonts w:ascii="Times New Roman" w:hAnsi="Times New Roman"/>
          <w:b/>
          <w:sz w:val="28"/>
        </w:rPr>
        <w:t>Горячая линия по урегулированию конфликтов в школе, медиации и примирения</w:t>
      </w:r>
      <w:r>
        <w:rPr>
          <w:rFonts w:ascii="Times New Roman" w:hAnsi="Times New Roman"/>
          <w:b w:val="0"/>
          <w:sz w:val="28"/>
        </w:rPr>
        <w:t xml:space="preserve"> — Центр защиты прав и интересов детей: </w:t>
      </w:r>
      <w:r>
        <w:rPr>
          <w:rFonts w:ascii="Times New Roman" w:hAnsi="Times New Roman"/>
          <w:b/>
          <w:sz w:val="28"/>
        </w:rPr>
        <w:t>8-800-222-34-17</w:t>
      </w:r>
      <w:r>
        <w:rPr>
          <w:rFonts w:ascii="Times New Roman" w:hAnsi="Times New Roman"/>
          <w:b w:val="0"/>
          <w:sz w:val="28"/>
        </w:rPr>
        <w:t>, рабочие дни 09:00–18:00 (</w:t>
      </w:r>
      <w:hyperlink r:id="rId99">
        <w:r>
          <w:rPr>
            <w:rFonts w:ascii="Times New Roman" w:hAnsi="Times New Roman"/>
            <w:color w:val="0563C1"/>
            <w:u w:val="single"/>
            <w:sz w:val="24"/>
          </w:rPr>
          <w:t xml:space="preserve">пресс-релиз Минпросвещения</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Круглосуточная бесплатная линия кризисной психологической помощи</w:t>
      </w:r>
      <w:r>
        <w:rPr>
          <w:rFonts w:ascii="Times New Roman" w:hAnsi="Times New Roman"/>
          <w:b w:val="0"/>
          <w:sz w:val="28"/>
        </w:rPr>
        <w:t xml:space="preserve"> Минпросвещения России: </w:t>
      </w:r>
      <w:r>
        <w:rPr>
          <w:rFonts w:ascii="Times New Roman" w:hAnsi="Times New Roman"/>
          <w:b/>
          <w:sz w:val="28"/>
        </w:rPr>
        <w:t>8-800-600-31-14</w:t>
      </w:r>
      <w:r>
        <w:rPr>
          <w:rFonts w:ascii="Times New Roman" w:hAnsi="Times New Roman"/>
          <w:b w:val="0"/>
          <w:sz w:val="28"/>
        </w:rPr>
        <w:t xml:space="preserve"> (там же).</w:t>
      </w:r>
    </w:p>
    <w:p>
      <w:pPr>
        <w:spacing w:after="40"/>
        <w:ind w:firstLine="0"/>
      </w:pPr>
      <w:r>
        <w:rPr>
          <w:rFonts w:ascii="Times New Roman" w:hAnsi="Times New Roman"/>
          <w:b w:val="0"/>
          <w:sz w:val="28"/>
        </w:rPr>
        <w:t xml:space="preserve">– </w:t>
      </w:r>
      <w:r>
        <w:rPr>
          <w:rFonts w:ascii="Times New Roman" w:hAnsi="Times New Roman"/>
          <w:b/>
          <w:sz w:val="28"/>
        </w:rPr>
        <w:t>Линия психологической помощи «Школа доверия» — 8-800-707-02-01</w:t>
      </w:r>
      <w:r>
        <w:rPr>
          <w:rFonts w:ascii="Times New Roman" w:hAnsi="Times New Roman"/>
          <w:b w:val="0"/>
          <w:sz w:val="28"/>
        </w:rPr>
        <w:t xml:space="preserve"> (открыта </w:t>
      </w:r>
      <w:r>
        <w:rPr>
          <w:rFonts w:ascii="Times New Roman" w:hAnsi="Times New Roman"/>
          <w:b/>
          <w:sz w:val="28"/>
        </w:rPr>
        <w:t>11 сентября 2026 года</w:t>
      </w:r>
      <w:r>
        <w:rPr>
          <w:rFonts w:ascii="Times New Roman" w:hAnsi="Times New Roman"/>
          <w:b w:val="0"/>
          <w:sz w:val="28"/>
        </w:rPr>
        <w:t xml:space="preserve">): оператор — Федеральный координационный центр по обеспечению развития психолого-педагогической помощи в системе образования МГППУ; работает </w:t>
      </w:r>
      <w:r>
        <w:rPr>
          <w:rFonts w:ascii="Times New Roman" w:hAnsi="Times New Roman"/>
          <w:b/>
          <w:sz w:val="28"/>
        </w:rPr>
        <w:t>на всей территории России</w:t>
      </w:r>
      <w:r>
        <w:rPr>
          <w:rFonts w:ascii="Times New Roman" w:hAnsi="Times New Roman"/>
          <w:b w:val="0"/>
          <w:sz w:val="28"/>
        </w:rPr>
        <w:t>, круглосуточно и бесплатно; для школьников, их родителей и педагогов (</w:t>
      </w:r>
      <w:hyperlink r:id="rId106">
        <w:r>
          <w:rPr>
            <w:rFonts w:ascii="Times New Roman" w:hAnsi="Times New Roman"/>
            <w:color w:val="0563C1"/>
            <w:u w:val="single"/>
            <w:sz w:val="24"/>
          </w:rPr>
          <w:t xml:space="preserve">официальная страница линии</w:t>
        </w:r>
      </w:hyperlink>
      <w:r>
        <w:rPr>
          <w:rFonts w:ascii="Times New Roman" w:hAnsi="Times New Roman"/>
          <w:b w:val="0"/>
          <w:sz w:val="28"/>
        </w:rPr>
        <w:t xml:space="preserve">, </w:t>
      </w:r>
      <w:hyperlink r:id="rId105">
        <w:r>
          <w:rPr>
            <w:rFonts w:ascii="Times New Roman" w:hAnsi="Times New Roman"/>
            <w:color w:val="0563C1"/>
            <w:u w:val="single"/>
            <w:sz w:val="24"/>
          </w:rPr>
          <w:t xml:space="preserve">МГППУ — новость об открытии</w:t>
        </w:r>
      </w:hyperlink>
      <w:r>
        <w:rPr>
          <w:rFonts w:ascii="Times New Roman" w:hAnsi="Times New Roman"/>
          <w:b w:val="0"/>
          <w:sz w:val="28"/>
        </w:rPr>
        <w:t xml:space="preserve">). Это </w:t>
      </w:r>
      <w:r>
        <w:rPr>
          <w:rFonts w:ascii="Times New Roman" w:hAnsi="Times New Roman"/>
          <w:b/>
          <w:sz w:val="28"/>
        </w:rPr>
        <w:t>федеральная линия Минпросвещения России</w:t>
      </w:r>
      <w:r>
        <w:rPr>
          <w:rFonts w:ascii="Times New Roman" w:hAnsi="Times New Roman"/>
          <w:b w:val="0"/>
          <w:sz w:val="28"/>
        </w:rPr>
        <w:t xml:space="preserve">, а не московская городская: в Москве находится только оператор. Это </w:t>
      </w:r>
      <w:r>
        <w:rPr>
          <w:rFonts w:ascii="Times New Roman" w:hAnsi="Times New Roman"/>
          <w:b/>
          <w:sz w:val="28"/>
        </w:rPr>
        <w:t>отдельная линия</w:t>
      </w:r>
      <w:r>
        <w:rPr>
          <w:rFonts w:ascii="Times New Roman" w:hAnsi="Times New Roman"/>
          <w:b w:val="0"/>
          <w:sz w:val="28"/>
        </w:rPr>
        <w:t xml:space="preserve"> — она не совпадает с кризисной линией 8-800-600-31-14 и не заменяет её.</w:t>
      </w:r>
    </w:p>
    <w:p>
      <w:pPr>
        <w:spacing w:after="40"/>
        <w:ind w:firstLine="0"/>
      </w:pPr>
      <w:r>
        <w:rPr>
          <w:rFonts w:ascii="Times New Roman" w:hAnsi="Times New Roman"/>
          <w:b w:val="0"/>
          <w:sz w:val="28"/>
        </w:rPr>
        <w:t xml:space="preserve">– </w:t>
      </w:r>
      <w:r>
        <w:rPr>
          <w:rFonts w:ascii="Times New Roman" w:hAnsi="Times New Roman"/>
          <w:b/>
          <w:sz w:val="28"/>
        </w:rPr>
        <w:t>Различие, которое важно объяснить ребёнку.</w:t>
      </w:r>
      <w:r>
        <w:rPr>
          <w:rFonts w:ascii="Times New Roman" w:hAnsi="Times New Roman"/>
          <w:b w:val="0"/>
          <w:sz w:val="28"/>
        </w:rPr>
        <w:t xml:space="preserve"> Детский телефон доверия (</w:t>
      </w:r>
      <w:r>
        <w:rPr>
          <w:rFonts w:ascii="Times New Roman" w:hAnsi="Times New Roman"/>
          <w:b/>
          <w:sz w:val="28"/>
        </w:rPr>
        <w:t>8-800-2000-122</w:t>
      </w:r>
      <w:r>
        <w:rPr>
          <w:rFonts w:ascii="Times New Roman" w:hAnsi="Times New Roman"/>
          <w:b w:val="0"/>
          <w:sz w:val="28"/>
        </w:rPr>
        <w:t xml:space="preserve">) работает </w:t>
      </w:r>
      <w:r>
        <w:rPr>
          <w:rFonts w:ascii="Times New Roman" w:hAnsi="Times New Roman"/>
          <w:b/>
          <w:sz w:val="28"/>
        </w:rPr>
        <w:t>анонимно и конфиденциально</w:t>
      </w:r>
      <w:r>
        <w:rPr>
          <w:rFonts w:ascii="Times New Roman" w:hAnsi="Times New Roman"/>
          <w:b w:val="0"/>
          <w:sz w:val="28"/>
        </w:rPr>
        <w:t xml:space="preserve"> (</w:t>
      </w:r>
      <w:hyperlink r:id="rId144">
        <w:r>
          <w:rPr>
            <w:rFonts w:ascii="Times New Roman" w:hAnsi="Times New Roman"/>
            <w:color w:val="0563C1"/>
            <w:u w:val="single"/>
            <w:sz w:val="24"/>
          </w:rPr>
          <w:t xml:space="preserve">правила работы</w:t>
        </w:r>
      </w:hyperlink>
      <w:r>
        <w:rPr>
          <w:rFonts w:ascii="Times New Roman" w:hAnsi="Times New Roman"/>
          <w:b w:val="0"/>
          <w:sz w:val="28"/>
        </w:rPr>
        <w:t xml:space="preserve">). У «Школы доверия» на официальной странице прямо сказано, что психолог при необходимости </w:t>
      </w:r>
      <w:r>
        <w:rPr>
          <w:rFonts w:ascii="Times New Roman" w:hAnsi="Times New Roman"/>
          <w:b/>
          <w:sz w:val="28"/>
        </w:rPr>
        <w:t>передаёт информацию о сложной ситуации в организации и ведомства</w:t>
      </w:r>
      <w:r>
        <w:rPr>
          <w:rFonts w:ascii="Times New Roman" w:hAnsi="Times New Roman"/>
          <w:b w:val="0"/>
          <w:sz w:val="28"/>
        </w:rPr>
        <w:t xml:space="preserve"> (</w:t>
      </w:r>
      <w:hyperlink r:id="rId106">
        <w:r>
          <w:rPr>
            <w:rFonts w:ascii="Times New Roman" w:hAnsi="Times New Roman"/>
            <w:color w:val="0563C1"/>
            <w:u w:val="single"/>
            <w:sz w:val="24"/>
          </w:rPr>
          <w:t xml:space="preserve">страница линии</w:t>
        </w:r>
      </w:hyperlink>
      <w:r>
        <w:rPr>
          <w:rFonts w:ascii="Times New Roman" w:hAnsi="Times New Roman"/>
          <w:b w:val="0"/>
          <w:sz w:val="28"/>
        </w:rPr>
        <w:t>). Значит, обещать полную анонимность при звонке на неё нельзя — это разные по обещаниям линии, и путать их не следует.</w:t>
      </w:r>
    </w:p>
    <w:p>
      <w:pPr>
        <w:spacing w:after="40"/>
        <w:ind w:firstLine="0"/>
      </w:pPr>
      <w:r>
        <w:rPr>
          <w:rFonts w:ascii="Times New Roman" w:hAnsi="Times New Roman"/>
          <w:b w:val="0"/>
          <w:sz w:val="28"/>
        </w:rPr>
        <w:t xml:space="preserve">– </w:t>
      </w:r>
      <w:r>
        <w:rPr>
          <w:rFonts w:ascii="Times New Roman" w:hAnsi="Times New Roman"/>
          <w:b/>
          <w:sz w:val="28"/>
        </w:rPr>
        <w:t>Это новая линия, а не переименование.</w:t>
      </w:r>
      <w:r>
        <w:rPr>
          <w:rFonts w:ascii="Times New Roman" w:hAnsi="Times New Roman"/>
          <w:b w:val="0"/>
          <w:sz w:val="28"/>
        </w:rPr>
        <w:t xml:space="preserve"> Название «Школа доверия» и номер 8-800-707-02-01 </w:t>
      </w:r>
      <w:r>
        <w:rPr>
          <w:rFonts w:ascii="Times New Roman" w:hAnsi="Times New Roman"/>
          <w:b/>
          <w:sz w:val="28"/>
        </w:rPr>
        <w:t>до 2026 года не встречаются</w:t>
      </w:r>
      <w:r>
        <w:rPr>
          <w:rFonts w:ascii="Times New Roman" w:hAnsi="Times New Roman"/>
          <w:b w:val="0"/>
          <w:sz w:val="28"/>
        </w:rPr>
        <w:t xml:space="preserve">; вместе с тем </w:t>
      </w:r>
      <w:r>
        <w:rPr>
          <w:rFonts w:ascii="Times New Roman" w:hAnsi="Times New Roman"/>
          <w:b/>
          <w:sz w:val="28"/>
        </w:rPr>
        <w:t>оператор не новый</w:t>
      </w:r>
      <w:r>
        <w:rPr>
          <w:rFonts w:ascii="Times New Roman" w:hAnsi="Times New Roman"/>
          <w:b w:val="0"/>
          <w:sz w:val="28"/>
        </w:rPr>
        <w:t xml:space="preserve"> — тот же Федеральный координационный центр МГППУ уже ведёт детский телефон доверия 8-800-2000-122, кризисную линию Минпросвещения 8-800-600-31-14 и линию МГППУ 8-495-624-60-01 (</w:t>
      </w:r>
      <w:hyperlink r:id="rId145">
        <w:r>
          <w:rPr>
            <w:rFonts w:ascii="Times New Roman" w:hAnsi="Times New Roman"/>
            <w:color w:val="0563C1"/>
            <w:u w:val="single"/>
            <w:sz w:val="24"/>
          </w:rPr>
          <w:t xml:space="preserve">история линий МГППУ</w:t>
        </w:r>
      </w:hyperlink>
      <w:r>
        <w:rPr>
          <w:rFonts w:ascii="Times New Roman" w:hAnsi="Times New Roman"/>
          <w:b w:val="0"/>
          <w:sz w:val="28"/>
        </w:rPr>
        <w:t xml:space="preserve">). То есть это </w:t>
      </w:r>
      <w:r>
        <w:rPr>
          <w:rFonts w:ascii="Times New Roman" w:hAnsi="Times New Roman"/>
          <w:b/>
          <w:sz w:val="28"/>
        </w:rPr>
        <w:t>новая линия того же центра</w:t>
      </w:r>
      <w:r>
        <w:rPr>
          <w:rFonts w:ascii="Times New Roman" w:hAnsi="Times New Roman"/>
          <w:b w:val="0"/>
          <w:sz w:val="28"/>
        </w:rPr>
        <w:t>, а не переименование прежней.</w:t>
      </w:r>
    </w:p>
    <w:p>
      <w:pPr>
        <w:spacing w:after="40"/>
        <w:ind w:firstLine="0"/>
      </w:pPr>
      <w:r>
        <w:rPr>
          <w:rFonts w:ascii="Times New Roman" w:hAnsi="Times New Roman"/>
          <w:b w:val="0"/>
          <w:sz w:val="28"/>
        </w:rPr>
        <w:t xml:space="preserve">– </w:t>
      </w:r>
      <w:r>
        <w:rPr>
          <w:rFonts w:ascii="Times New Roman" w:hAnsi="Times New Roman"/>
          <w:b/>
          <w:sz w:val="28"/>
        </w:rPr>
        <w:t>Аналогов в регионах в 2026 году не найдено.</w:t>
      </w:r>
      <w:r>
        <w:rPr>
          <w:rFonts w:ascii="Times New Roman" w:hAnsi="Times New Roman"/>
          <w:b w:val="0"/>
          <w:sz w:val="28"/>
        </w:rPr>
        <w:t xml:space="preserve"> Регионы (например, </w:t>
      </w:r>
      <w:hyperlink r:id="rId110">
        <w:r>
          <w:rPr>
            <w:rFonts w:ascii="Times New Roman" w:hAnsi="Times New Roman"/>
            <w:color w:val="0563C1"/>
            <w:u w:val="single"/>
            <w:sz w:val="24"/>
          </w:rPr>
          <w:t xml:space="preserve">Минпросвещения и воспитания Ульяновской области</w:t>
        </w:r>
      </w:hyperlink>
      <w:r>
        <w:rPr>
          <w:rFonts w:ascii="Times New Roman" w:hAnsi="Times New Roman"/>
          <w:b w:val="0"/>
          <w:sz w:val="28"/>
        </w:rPr>
        <w:t xml:space="preserve">) лишь </w:t>
      </w:r>
      <w:r>
        <w:rPr>
          <w:rFonts w:ascii="Times New Roman" w:hAnsi="Times New Roman"/>
          <w:b/>
          <w:sz w:val="28"/>
        </w:rPr>
        <w:t>переопубликовали федеральную новость</w:t>
      </w:r>
      <w:r>
        <w:rPr>
          <w:rFonts w:ascii="Times New Roman" w:hAnsi="Times New Roman"/>
          <w:b w:val="0"/>
          <w:sz w:val="28"/>
        </w:rPr>
        <w:t xml:space="preserve"> — самостоятельных региональных линий под этим названием не обнаружено. Это </w:t>
      </w:r>
      <w:r>
        <w:rPr>
          <w:rFonts w:ascii="Times New Roman" w:hAnsi="Times New Roman"/>
          <w:b/>
          <w:sz w:val="28"/>
        </w:rPr>
        <w:t>единичный федеральный запуск</w:t>
      </w:r>
      <w:r>
        <w:rPr>
          <w:rFonts w:ascii="Times New Roman" w:hAnsi="Times New Roman"/>
          <w:b w:val="0"/>
          <w:sz w:val="28"/>
        </w:rPr>
        <w:t>, а не серия региональных.</w:t>
      </w:r>
    </w:p>
    <w:p>
      <w:pPr>
        <w:spacing w:after="40"/>
        <w:ind w:firstLine="0"/>
      </w:pPr>
      <w:r>
        <w:rPr>
          <w:rFonts w:ascii="Times New Roman" w:hAnsi="Times New Roman"/>
          <w:b w:val="0"/>
          <w:sz w:val="28"/>
        </w:rPr>
        <w:t xml:space="preserve">– </w:t>
      </w:r>
      <w:r>
        <w:rPr>
          <w:rFonts w:ascii="Times New Roman" w:hAnsi="Times New Roman"/>
          <w:b/>
          <w:sz w:val="28"/>
        </w:rPr>
        <w:t>Второй федеральный канал 2026 года — «Цифровой психолог»</w:t>
      </w:r>
      <w:r>
        <w:rPr>
          <w:rFonts w:ascii="Times New Roman" w:hAnsi="Times New Roman"/>
          <w:b w:val="0"/>
          <w:sz w:val="28"/>
        </w:rPr>
        <w:t xml:space="preserve"> (</w:t>
      </w:r>
      <w:hyperlink r:id="rId111">
        <w:r>
          <w:rPr>
            <w:rFonts w:ascii="Times New Roman" w:hAnsi="Times New Roman"/>
            <w:color w:val="0563C1"/>
            <w:u w:val="single"/>
            <w:sz w:val="24"/>
          </w:rPr>
          <w:t xml:space="preserve">psy.edu.ru</w:t>
        </w:r>
      </w:hyperlink>
      <w:r>
        <w:rPr>
          <w:rFonts w:ascii="Times New Roman" w:hAnsi="Times New Roman"/>
          <w:b w:val="0"/>
          <w:sz w:val="28"/>
        </w:rPr>
        <w:t>): бесплатные онлайн-консультации педагога-психолога для школьников и родителей, запущен в пилотных регионах, полномасштабно — в 2026 году (</w:t>
      </w:r>
      <w:hyperlink r:id="rId112">
        <w:r>
          <w:rPr>
            <w:rFonts w:ascii="Times New Roman" w:hAnsi="Times New Roman"/>
            <w:color w:val="0563C1"/>
            <w:u w:val="single"/>
            <w:sz w:val="24"/>
          </w:rPr>
          <w:t xml:space="preserve">ТАСС</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Насколько велик поток обращений.</w:t>
      </w:r>
      <w:r>
        <w:rPr>
          <w:rFonts w:ascii="Times New Roman" w:hAnsi="Times New Roman"/>
          <w:b w:val="0"/>
          <w:sz w:val="28"/>
        </w:rPr>
        <w:t xml:space="preserve"> За первое полугодие 2026 года на действующие линии экстренной помощи МГППУ поступило </w:t>
      </w:r>
      <w:r>
        <w:rPr>
          <w:rFonts w:ascii="Times New Roman" w:hAnsi="Times New Roman"/>
          <w:b/>
          <w:sz w:val="28"/>
        </w:rPr>
        <w:t>более 12 500 звонков</w:t>
      </w:r>
      <w:r>
        <w:rPr>
          <w:rFonts w:ascii="Times New Roman" w:hAnsi="Times New Roman"/>
          <w:b w:val="0"/>
          <w:sz w:val="28"/>
        </w:rPr>
        <w:t xml:space="preserve">, за первую неделю сентября — </w:t>
      </w:r>
      <w:r>
        <w:rPr>
          <w:rFonts w:ascii="Times New Roman" w:hAnsi="Times New Roman"/>
          <w:b/>
          <w:sz w:val="28"/>
        </w:rPr>
        <w:t>более 500 обращений</w:t>
      </w:r>
      <w:r>
        <w:rPr>
          <w:rFonts w:ascii="Times New Roman" w:hAnsi="Times New Roman"/>
          <w:b w:val="0"/>
          <w:sz w:val="28"/>
        </w:rPr>
        <w:t xml:space="preserve"> (</w:t>
      </w:r>
      <w:hyperlink r:id="rId105">
        <w:r>
          <w:rPr>
            <w:rFonts w:ascii="Times New Roman" w:hAnsi="Times New Roman"/>
            <w:color w:val="0563C1"/>
            <w:u w:val="single"/>
            <w:sz w:val="24"/>
          </w:rPr>
          <w:t xml:space="preserve">МГППУ</w:t>
        </w:r>
      </w:hyperlink>
      <w:r>
        <w:rPr>
          <w:rFonts w:ascii="Times New Roman" w:hAnsi="Times New Roman"/>
          <w:b w:val="0"/>
          <w:sz w:val="28"/>
        </w:rPr>
        <w:t xml:space="preserve">, </w:t>
      </w:r>
      <w:hyperlink r:id="rId109">
        <w:r>
          <w:rPr>
            <w:rFonts w:ascii="Times New Roman" w:hAnsi="Times New Roman"/>
            <w:color w:val="0563C1"/>
            <w:u w:val="single"/>
            <w:sz w:val="24"/>
          </w:rPr>
          <w:t xml:space="preserve">«Первое сентября»</w:t>
        </w:r>
      </w:hyperlink>
      <w:r>
        <w:rPr>
          <w:rFonts w:ascii="Times New Roman" w:hAnsi="Times New Roman"/>
          <w:b w:val="0"/>
          <w:sz w:val="28"/>
        </w:rPr>
        <w:t xml:space="preserve">). Оговорка: это </w:t>
      </w:r>
      <w:r>
        <w:rPr>
          <w:rFonts w:ascii="Times New Roman" w:hAnsi="Times New Roman"/>
          <w:b/>
          <w:sz w:val="28"/>
        </w:rPr>
        <w:t>все</w:t>
      </w:r>
      <w:r>
        <w:rPr>
          <w:rFonts w:ascii="Times New Roman" w:hAnsi="Times New Roman"/>
          <w:b w:val="0"/>
          <w:sz w:val="28"/>
        </w:rPr>
        <w:t xml:space="preserve"> обращения на все линии МГППУ, а не только про травлю; данные о том, что сделано по конкретным случаям, не публикуются.</w:t>
      </w:r>
    </w:p>
    <w:p>
      <w:pPr>
        <w:spacing w:after="80"/>
        <w:ind w:firstLine="0"/>
      </w:pPr>
      <w:r>
        <w:rPr>
          <w:rFonts w:ascii="Times New Roman" w:hAnsi="Times New Roman"/>
          <w:b/>
          <w:sz w:val="26"/>
        </w:rPr>
        <w:t>13.10. Границы этого раздела: что НЕ проверено</w:t>
      </w:r>
    </w:p>
    <w:p>
      <w:pPr>
        <w:spacing w:after="40"/>
        <w:ind w:firstLine="0"/>
      </w:pPr>
      <w:r>
        <w:rPr>
          <w:rFonts w:ascii="Times New Roman" w:hAnsi="Times New Roman"/>
          <w:b w:val="0"/>
          <w:sz w:val="28"/>
        </w:rPr>
        <w:t xml:space="preserve">1. </w:t>
      </w:r>
      <w:r>
        <w:rPr>
          <w:rFonts w:ascii="Times New Roman" w:hAnsi="Times New Roman"/>
          <w:b/>
          <w:sz w:val="28"/>
        </w:rPr>
        <w:t>ФЗ-120 может создавать более предметную обязанность, чем всё медиативное «дерево».</w:t>
      </w:r>
      <w:r>
        <w:rPr>
          <w:rFonts w:ascii="Times New Roman" w:hAnsi="Times New Roman"/>
          <w:b w:val="0"/>
          <w:sz w:val="28"/>
        </w:rPr>
        <w:t xml:space="preserve"> ФЗ-120 «Об основах системы профилактики безнадзорности и правонарушений несовершеннолетних» </w:t>
      </w:r>
      <w:hyperlink r:id="rId41">
        <w:r>
          <w:rPr>
            <w:rFonts w:ascii="Times New Roman" w:hAnsi="Times New Roman"/>
            <w:color w:val="0563C1"/>
            <w:u w:val="single"/>
            <w:sz w:val="24"/>
          </w:rPr>
          <w:t xml:space="preserve">прямо называет школу субъектом системы профилактики</w:t>
        </w:r>
      </w:hyperlink>
      <w:r>
        <w:rPr>
          <w:rFonts w:ascii="Times New Roman" w:hAnsi="Times New Roman"/>
          <w:b w:val="0"/>
          <w:sz w:val="28"/>
        </w:rPr>
        <w:t xml:space="preserve">: через </w:t>
      </w:r>
      <w:r>
        <w:rPr>
          <w:rFonts w:ascii="Times New Roman" w:hAnsi="Times New Roman"/>
          <w:b/>
          <w:sz w:val="28"/>
        </w:rPr>
        <w:t>советы профилактики</w:t>
      </w:r>
      <w:r>
        <w:rPr>
          <w:rFonts w:ascii="Times New Roman" w:hAnsi="Times New Roman"/>
          <w:b w:val="0"/>
          <w:sz w:val="28"/>
        </w:rPr>
        <w:t xml:space="preserve"> и </w:t>
      </w:r>
      <w:r>
        <w:rPr>
          <w:rFonts w:ascii="Times New Roman" w:hAnsi="Times New Roman"/>
          <w:b/>
          <w:sz w:val="28"/>
        </w:rPr>
        <w:t>индивидуальную профилактическую работу</w:t>
      </w:r>
      <w:r>
        <w:rPr>
          <w:rFonts w:ascii="Times New Roman" w:hAnsi="Times New Roman"/>
          <w:b w:val="0"/>
          <w:sz w:val="28"/>
        </w:rPr>
        <w:t xml:space="preserve"> у школы есть обязанности реагирования. Это может оказаться </w:t>
      </w:r>
      <w:r>
        <w:rPr>
          <w:rFonts w:ascii="Times New Roman" w:hAnsi="Times New Roman"/>
          <w:b/>
          <w:sz w:val="28"/>
        </w:rPr>
        <w:t>более жёстким каналом</w:t>
      </w:r>
      <w:r>
        <w:rPr>
          <w:rFonts w:ascii="Times New Roman" w:hAnsi="Times New Roman"/>
          <w:b w:val="0"/>
          <w:sz w:val="28"/>
        </w:rPr>
        <w:t>, чем службы медиации, и его надо проверить отдельно.</w:t>
      </w:r>
    </w:p>
    <w:p>
      <w:pPr>
        <w:spacing w:after="40"/>
        <w:ind w:firstLine="0"/>
      </w:pPr>
      <w:r>
        <w:rPr>
          <w:rFonts w:ascii="Times New Roman" w:hAnsi="Times New Roman"/>
          <w:b w:val="0"/>
          <w:sz w:val="28"/>
        </w:rPr>
        <w:t xml:space="preserve">2. </w:t>
      </w:r>
      <w:r>
        <w:rPr>
          <w:rFonts w:ascii="Times New Roman" w:hAnsi="Times New Roman"/>
          <w:b/>
          <w:sz w:val="28"/>
        </w:rPr>
        <w:t>Применимость ФЗ-193 к несовершеннолетним</w:t>
      </w:r>
      <w:r>
        <w:rPr>
          <w:rFonts w:ascii="Times New Roman" w:hAnsi="Times New Roman"/>
          <w:b w:val="0"/>
          <w:sz w:val="28"/>
        </w:rPr>
        <w:t xml:space="preserve"> — открытая лакуна (см. 13.6).</w:t>
      </w:r>
    </w:p>
    <w:p>
      <w:pPr>
        <w:spacing w:after="40"/>
        <w:ind w:firstLine="0"/>
      </w:pPr>
      <w:r>
        <w:rPr>
          <w:rFonts w:ascii="Times New Roman" w:hAnsi="Times New Roman"/>
          <w:b w:val="0"/>
          <w:sz w:val="28"/>
        </w:rPr>
        <w:t xml:space="preserve">3. </w:t>
      </w:r>
      <w:r>
        <w:rPr>
          <w:rFonts w:ascii="Times New Roman" w:hAnsi="Times New Roman"/>
          <w:b/>
          <w:sz w:val="28"/>
        </w:rPr>
        <w:t>Кадровый контур проверен не полностью.</w:t>
      </w:r>
      <w:r>
        <w:rPr>
          <w:rFonts w:ascii="Times New Roman" w:hAnsi="Times New Roman"/>
          <w:b w:val="0"/>
          <w:sz w:val="28"/>
        </w:rPr>
        <w:t xml:space="preserve"> Кроме «Педагога-психолога» (</w:t>
      </w:r>
      <w:hyperlink r:id="rId138">
        <w:r>
          <w:rPr>
            <w:rFonts w:ascii="Times New Roman" w:hAnsi="Times New Roman"/>
            <w:color w:val="0563C1"/>
            <w:u w:val="single"/>
            <w:sz w:val="24"/>
          </w:rPr>
          <w:t xml:space="preserve">514н</w:t>
        </w:r>
      </w:hyperlink>
      <w:r>
        <w:rPr>
          <w:rFonts w:ascii="Times New Roman" w:hAnsi="Times New Roman"/>
          <w:b w:val="0"/>
          <w:sz w:val="28"/>
        </w:rPr>
        <w:t>) и профстандарта медиатора (</w:t>
      </w:r>
      <w:hyperlink r:id="rId137">
        <w:r>
          <w:rPr>
            <w:rFonts w:ascii="Times New Roman" w:hAnsi="Times New Roman"/>
            <w:color w:val="0563C1"/>
            <w:u w:val="single"/>
            <w:sz w:val="24"/>
          </w:rPr>
          <w:t xml:space="preserve">1041н</w:t>
        </w:r>
      </w:hyperlink>
      <w:r>
        <w:rPr>
          <w:rFonts w:ascii="Times New Roman" w:hAnsi="Times New Roman"/>
          <w:b w:val="0"/>
          <w:sz w:val="28"/>
        </w:rPr>
        <w:t xml:space="preserve">) есть ещё </w:t>
      </w:r>
      <w:r>
        <w:rPr>
          <w:rFonts w:ascii="Times New Roman" w:hAnsi="Times New Roman"/>
          <w:b/>
          <w:sz w:val="28"/>
        </w:rPr>
        <w:t>профстандарт «Специалист в области воспитания»</w:t>
      </w:r>
      <w:r>
        <w:rPr>
          <w:rFonts w:ascii="Times New Roman" w:hAnsi="Times New Roman"/>
          <w:b w:val="0"/>
          <w:sz w:val="28"/>
        </w:rPr>
        <w:t xml:space="preserve"> (приказ Минтруда России от 10.01.2017 № 10н, возможное наименование должности — «социальный педагог») (</w:t>
      </w:r>
      <w:hyperlink r:id="rId146">
        <w:r>
          <w:rPr>
            <w:rFonts w:ascii="Times New Roman" w:hAnsi="Times New Roman"/>
            <w:color w:val="0563C1"/>
            <w:u w:val="single"/>
            <w:sz w:val="24"/>
          </w:rPr>
          <w:t xml:space="preserve">текст</w:t>
        </w:r>
      </w:hyperlink>
      <w:r>
        <w:rPr>
          <w:rFonts w:ascii="Times New Roman" w:hAnsi="Times New Roman"/>
          <w:b w:val="0"/>
          <w:sz w:val="28"/>
        </w:rPr>
        <w:t xml:space="preserve">) — там работа с конфликтами может быть прописана иначе. </w:t>
      </w:r>
      <w:r>
        <w:rPr>
          <w:rFonts w:ascii="Times New Roman" w:hAnsi="Times New Roman"/>
          <w:b/>
          <w:sz w:val="28"/>
        </w:rPr>
        <w:t>Сопоставление его трудовых функций с задачами службы в рамках этой проверки не проводилось — NOT VERIFIED.</w:t>
      </w:r>
      <w:r>
        <w:rPr>
          <w:rFonts w:ascii="Times New Roman" w:hAnsi="Times New Roman"/>
          <w:b w:val="0"/>
          <w:sz w:val="28"/>
        </w:rPr>
        <w:t xml:space="preserve"> Вывод по одному стандарту </w:t>
      </w:r>
      <w:r>
        <w:rPr>
          <w:rFonts w:ascii="Times New Roman" w:hAnsi="Times New Roman"/>
          <w:b/>
          <w:sz w:val="28"/>
        </w:rPr>
        <w:t>нельзя распространять на весь кадровый контур</w:t>
      </w:r>
      <w:r>
        <w:rPr>
          <w:rFonts w:ascii="Times New Roman" w:hAnsi="Times New Roman"/>
          <w:b w:val="0"/>
          <w:sz w:val="28"/>
        </w:rPr>
        <w:t>.</w:t>
      </w:r>
    </w:p>
    <w:p>
      <w:pPr>
        <w:spacing w:after="40"/>
        <w:ind w:firstLine="0"/>
      </w:pPr>
      <w:r>
        <w:rPr>
          <w:rFonts w:ascii="Times New Roman" w:hAnsi="Times New Roman"/>
          <w:b w:val="0"/>
          <w:sz w:val="28"/>
        </w:rPr>
        <w:t xml:space="preserve">4. </w:t>
      </w:r>
      <w:r>
        <w:rPr>
          <w:rFonts w:ascii="Times New Roman" w:hAnsi="Times New Roman"/>
          <w:b/>
          <w:sz w:val="28"/>
        </w:rPr>
        <w:t>Схема неполна на входе.</w:t>
      </w:r>
      <w:r>
        <w:rPr>
          <w:rFonts w:ascii="Times New Roman" w:hAnsi="Times New Roman"/>
          <w:b w:val="0"/>
          <w:sz w:val="28"/>
        </w:rPr>
        <w:t xml:space="preserve"> В </w:t>
      </w:r>
      <w:r>
        <w:rPr>
          <w:rFonts w:ascii="Times New Roman" w:hAnsi="Times New Roman"/>
          <w:b/>
          <w:sz w:val="28"/>
        </w:rPr>
        <w:t>разделе 14</w:t>
      </w:r>
      <w:r>
        <w:rPr>
          <w:rFonts w:ascii="Times New Roman" w:hAnsi="Times New Roman"/>
          <w:b w:val="0"/>
          <w:sz w:val="28"/>
        </w:rPr>
        <w:t xml:space="preserve"> — акторы федерального законодательного и исполнительного уровня. </w:t>
      </w:r>
      <w:r>
        <w:rPr>
          <w:rFonts w:ascii="Times New Roman" w:hAnsi="Times New Roman"/>
          <w:b/>
          <w:sz w:val="28"/>
        </w:rPr>
        <w:t>НКО, правозащитные и родительские организации, педагогические профсоюзы, региональные законодательные инициативы и судебная практика</w:t>
      </w:r>
      <w:r>
        <w:rPr>
          <w:rFonts w:ascii="Times New Roman" w:hAnsi="Times New Roman"/>
          <w:b w:val="0"/>
          <w:sz w:val="28"/>
        </w:rPr>
        <w:t xml:space="preserve"> в него не входят. Это </w:t>
      </w:r>
      <w:r>
        <w:rPr>
          <w:rFonts w:ascii="Times New Roman" w:hAnsi="Times New Roman"/>
          <w:b/>
          <w:sz w:val="28"/>
        </w:rPr>
        <w:t>узкий институциональный срез</w:t>
      </w:r>
      <w:r>
        <w:rPr>
          <w:rFonts w:ascii="Times New Roman" w:hAnsi="Times New Roman"/>
          <w:b w:val="0"/>
          <w:sz w:val="28"/>
        </w:rPr>
        <w:t>, а не публичная повестка целиком.</w:t>
      </w:r>
    </w:p>
    <w:p>
      <w:pPr>
        <w:spacing w:after="80"/>
        <w:ind w:firstLine="0"/>
      </w:pPr>
      <w:r>
        <w:rPr>
          <w:rFonts w:ascii="Times New Roman" w:hAnsi="Times New Roman"/>
          <w:b/>
          <w:sz w:val="26"/>
        </w:rPr>
        <w:t>13.11. Риск, который прямо следует из этого раздела (гипотеза)</w:t>
      </w:r>
    </w:p>
    <w:p>
      <w:r>
        <w:rPr>
          <w:rFonts w:ascii="Times New Roman" w:hAnsi="Times New Roman"/>
          <w:b/>
          <w:sz w:val="28"/>
        </w:rPr>
        <w:t>Службы примирения могут использоваться для замалчивания.</w:t>
      </w:r>
      <w:r>
        <w:rPr>
          <w:rFonts w:ascii="Times New Roman" w:hAnsi="Times New Roman"/>
          <w:b w:val="0"/>
          <w:sz w:val="28"/>
        </w:rPr>
        <w:t xml:space="preserve"> Если служба работает </w:t>
      </w:r>
      <w:r>
        <w:rPr>
          <w:rFonts w:ascii="Times New Roman" w:hAnsi="Times New Roman"/>
          <w:b/>
          <w:sz w:val="28"/>
        </w:rPr>
        <w:t>внутри школы</w:t>
      </w:r>
      <w:r>
        <w:rPr>
          <w:rFonts w:ascii="Times New Roman" w:hAnsi="Times New Roman"/>
          <w:b w:val="0"/>
          <w:sz w:val="28"/>
        </w:rPr>
        <w:t xml:space="preserve"> и по принципу </w:t>
      </w:r>
      <w:r>
        <w:rPr>
          <w:rFonts w:ascii="Times New Roman" w:hAnsi="Times New Roman"/>
          <w:b/>
          <w:sz w:val="28"/>
        </w:rPr>
        <w:t>конфиденциальности</w:t>
      </w:r>
      <w:r>
        <w:rPr>
          <w:rFonts w:ascii="Times New Roman" w:hAnsi="Times New Roman"/>
          <w:b w:val="0"/>
          <w:sz w:val="28"/>
        </w:rPr>
        <w:t xml:space="preserve">, она может стать способом </w:t>
      </w:r>
      <w:r>
        <w:rPr>
          <w:rFonts w:ascii="Times New Roman" w:hAnsi="Times New Roman"/>
          <w:b/>
          <w:sz w:val="28"/>
        </w:rPr>
        <w:t>не фиксировать инцидент во внешней системе учёта</w:t>
      </w:r>
      <w:r>
        <w:rPr>
          <w:rFonts w:ascii="Times New Roman" w:hAnsi="Times New Roman"/>
          <w:b w:val="0"/>
          <w:sz w:val="28"/>
        </w:rPr>
        <w:t>: конфликт «урегулировали» — и в отчётности его нет.</w:t>
      </w:r>
    </w:p>
    <w:p>
      <w:pPr>
        <w:spacing w:after="80"/>
        <w:ind w:firstLine="0"/>
      </w:pPr>
      <w:r>
        <w:rPr>
          <w:rFonts w:ascii="Times New Roman" w:hAnsi="Times New Roman"/>
          <w:b/>
          <w:i/>
          <w:sz w:val="24"/>
        </w:rPr>
        <w:t>Это гипотеза, а не установленный факт.</w:t>
      </w:r>
      <w:r>
        <w:rPr>
          <w:rFonts w:ascii="Times New Roman" w:hAnsi="Times New Roman"/>
          <w:b w:val="0"/>
          <w:i/>
          <w:sz w:val="24"/>
        </w:rPr>
        <w:t xml:space="preserve"> Измеренных данных о том, насколько часто службы примирения используются именно так, </w:t>
      </w:r>
      <w:r>
        <w:rPr>
          <w:rFonts w:ascii="Times New Roman" w:hAnsi="Times New Roman"/>
          <w:b/>
          <w:i/>
          <w:sz w:val="24"/>
        </w:rPr>
        <w:t>нет</w:t>
      </w:r>
      <w:r>
        <w:rPr>
          <w:rFonts w:ascii="Times New Roman" w:hAnsi="Times New Roman"/>
          <w:b w:val="0"/>
          <w:i/>
          <w:sz w:val="24"/>
        </w:rPr>
        <w:t xml:space="preserve">. Формулировка «конфиденциальность» сама по себе не означает сокрытие — но создаёт для него возможность. Установлен </w:t>
      </w:r>
      <w:r>
        <w:rPr>
          <w:rFonts w:ascii="Times New Roman" w:hAnsi="Times New Roman"/>
          <w:b/>
          <w:i/>
          <w:sz w:val="24"/>
        </w:rPr>
        <w:t>лишь возможный механизм риска, а не сам эффект.</w:t>
      </w:r>
    </w:p>
    <w:p>
      <w:r>
        <w:rPr>
          <w:rFonts w:ascii="Times New Roman" w:hAnsi="Times New Roman"/>
          <w:b/>
          <w:sz w:val="28"/>
        </w:rPr>
        <w:t>Что нужно, чтобы эту гипотезу проверить</w:t>
      </w:r>
      <w:r>
        <w:rPr>
          <w:rFonts w:ascii="Times New Roman" w:hAnsi="Times New Roman"/>
          <w:b w:val="0"/>
          <w:sz w:val="28"/>
        </w:rPr>
        <w:t xml:space="preserve"> (перечень для следующего этапа):</w:t>
      </w:r>
    </w:p>
    <w:p>
      <w:r>
        <w:rPr>
          <w:rFonts w:ascii="Times New Roman" w:hAnsi="Times New Roman"/>
          <w:b w:val="0"/>
          <w:sz w:val="28"/>
        </w:rPr>
        <w:t>— правила регистрации обращений в школе;</w:t>
      </w:r>
    </w:p>
    <w:p>
      <w:r>
        <w:rPr>
          <w:rFonts w:ascii="Times New Roman" w:hAnsi="Times New Roman"/>
          <w:b w:val="0"/>
          <w:sz w:val="28"/>
        </w:rPr>
        <w:t>— соотношение журнала службы с общешкольным учётом;</w:t>
      </w:r>
    </w:p>
    <w:p>
      <w:r>
        <w:rPr>
          <w:rFonts w:ascii="Times New Roman" w:hAnsi="Times New Roman"/>
          <w:b w:val="0"/>
          <w:sz w:val="28"/>
        </w:rPr>
        <w:t>— основания передачи сведений директору, КДН, ПДН, опеке и прокуратуре;</w:t>
      </w:r>
    </w:p>
    <w:p>
      <w:r>
        <w:rPr>
          <w:rFonts w:ascii="Times New Roman" w:hAnsi="Times New Roman"/>
          <w:b w:val="0"/>
          <w:sz w:val="28"/>
        </w:rPr>
        <w:t>— выборка случаев, когда после обращения во внутреннюю службу внешняя маршрутизация не произошла;</w:t>
      </w:r>
    </w:p>
    <w:p>
      <w:r>
        <w:rPr>
          <w:rFonts w:ascii="Times New Roman" w:hAnsi="Times New Roman"/>
          <w:b w:val="0"/>
          <w:sz w:val="28"/>
        </w:rPr>
        <w:t>— сопоставление школ со службами и без них.</w:t>
      </w:r>
    </w:p>
    <w:p>
      <w:r>
        <w:rPr>
          <w:rFonts w:ascii="Times New Roman" w:hAnsi="Times New Roman"/>
          <w:b/>
          <w:sz w:val="28"/>
        </w:rPr>
        <w:t>Оговорка о словах Генпрокурора.</w:t>
      </w:r>
      <w:r>
        <w:rPr>
          <w:rFonts w:ascii="Times New Roman" w:hAnsi="Times New Roman"/>
          <w:b w:val="0"/>
          <w:sz w:val="28"/>
        </w:rPr>
        <w:t xml:space="preserve"> В разделе 14 приводится выступление Генпрокурора И. Краснова (</w:t>
      </w:r>
      <w:hyperlink r:id="rId147">
        <w:r>
          <w:rPr>
            <w:rFonts w:ascii="Times New Roman" w:hAnsi="Times New Roman"/>
            <w:color w:val="0563C1"/>
            <w:u w:val="single"/>
            <w:sz w:val="24"/>
          </w:rPr>
          <w:t xml:space="preserve">Совет Федерации, 24.04.2024</w:t>
        </w:r>
      </w:hyperlink>
      <w:r>
        <w:rPr>
          <w:rFonts w:ascii="Times New Roman" w:hAnsi="Times New Roman"/>
          <w:b w:val="0"/>
          <w:sz w:val="28"/>
        </w:rPr>
        <w:t xml:space="preserve">; </w:t>
      </w:r>
      <w:hyperlink r:id="rId32">
        <w:r>
          <w:rPr>
            <w:rFonts w:ascii="Times New Roman" w:hAnsi="Times New Roman"/>
            <w:color w:val="0563C1"/>
            <w:u w:val="single"/>
            <w:sz w:val="24"/>
          </w:rPr>
          <w:t xml:space="preserve">пересказ</w:t>
        </w:r>
      </w:hyperlink>
      <w:r>
        <w:rPr>
          <w:rFonts w:ascii="Times New Roman" w:hAnsi="Times New Roman"/>
          <w:b w:val="0"/>
          <w:sz w:val="28"/>
        </w:rPr>
        <w:t xml:space="preserve">). Здесь важно </w:t>
      </w:r>
      <w:r>
        <w:rPr>
          <w:rFonts w:ascii="Times New Roman" w:hAnsi="Times New Roman"/>
          <w:b/>
          <w:sz w:val="28"/>
        </w:rPr>
        <w:t>не искажать его смысл</w:t>
      </w:r>
      <w:r>
        <w:rPr>
          <w:rFonts w:ascii="Times New Roman" w:hAnsi="Times New Roman"/>
          <w:b w:val="0"/>
          <w:sz w:val="28"/>
        </w:rPr>
        <w:t xml:space="preserve">: он говорил об урегулировании конфликтных и проблемных ситуаций в школах </w:t>
      </w:r>
      <w:r>
        <w:rPr>
          <w:rFonts w:ascii="Times New Roman" w:hAnsi="Times New Roman"/>
          <w:b/>
          <w:sz w:val="28"/>
        </w:rPr>
        <w:t>вообще</w:t>
      </w:r>
      <w:r>
        <w:rPr>
          <w:rFonts w:ascii="Times New Roman" w:hAnsi="Times New Roman"/>
          <w:b w:val="0"/>
          <w:sz w:val="28"/>
        </w:rPr>
        <w:t xml:space="preserve"> и предлагал перевести его в </w:t>
      </w:r>
      <w:r>
        <w:rPr>
          <w:rFonts w:ascii="Times New Roman" w:hAnsi="Times New Roman"/>
          <w:b/>
          <w:sz w:val="28"/>
        </w:rPr>
        <w:t>императивную нормативную плоскость</w:t>
      </w:r>
      <w:r>
        <w:rPr>
          <w:rFonts w:ascii="Times New Roman" w:hAnsi="Times New Roman"/>
          <w:b w:val="0"/>
          <w:sz w:val="28"/>
        </w:rPr>
        <w:t xml:space="preserve"> — это </w:t>
      </w:r>
      <w:r>
        <w:rPr>
          <w:rFonts w:ascii="Times New Roman" w:hAnsi="Times New Roman"/>
          <w:b/>
          <w:sz w:val="28"/>
        </w:rPr>
        <w:t>не только про службы примирения и не только про травлю</w:t>
      </w:r>
      <w:r>
        <w:rPr>
          <w:rFonts w:ascii="Times New Roman" w:hAnsi="Times New Roman"/>
          <w:b w:val="0"/>
          <w:sz w:val="28"/>
        </w:rPr>
        <w:t xml:space="preserve">. Причинную связь «служба + конфиденциальность → сокрытие» из его выступления выводить нельзя: рядом он назвал замалчивание, нехватку психологов и отсутствие служб как </w:t>
      </w:r>
      <w:r>
        <w:rPr>
          <w:rFonts w:ascii="Times New Roman" w:hAnsi="Times New Roman"/>
          <w:b/>
          <w:sz w:val="28"/>
        </w:rPr>
        <w:t>отдельные</w:t>
      </w:r>
      <w:r>
        <w:rPr>
          <w:rFonts w:ascii="Times New Roman" w:hAnsi="Times New Roman"/>
          <w:b w:val="0"/>
          <w:sz w:val="28"/>
        </w:rPr>
        <w:t xml:space="preserve"> проблемы. Связывать его слова с одной и той же «правовой лакуной» раздела 13 также не следует.</w:t>
      </w:r>
    </w:p>
    <w:p>
      <w:pPr>
        <w:spacing w:after="80"/>
        <w:ind w:firstLine="0"/>
      </w:pPr>
      <w:r>
        <w:rPr>
          <w:rFonts w:ascii="Times New Roman" w:hAnsi="Times New Roman"/>
          <w:b/>
          <w:sz w:val="26"/>
        </w:rPr>
        <w:t>13.12. Итог раздела</w:t>
      </w:r>
    </w:p>
    <w:p>
      <w:pPr>
        <w:spacing w:after="40"/>
        <w:ind w:firstLine="0"/>
      </w:pPr>
      <w:r>
        <w:rPr>
          <w:rFonts w:ascii="Times New Roman" w:hAnsi="Times New Roman"/>
          <w:b w:val="0"/>
          <w:sz w:val="28"/>
        </w:rPr>
        <w:t xml:space="preserve">1. </w:t>
      </w:r>
      <w:r>
        <w:rPr>
          <w:rFonts w:ascii="Times New Roman" w:hAnsi="Times New Roman"/>
          <w:b/>
          <w:sz w:val="28"/>
        </w:rPr>
        <w:t>Общей федеральной обязанности иметь службу медиации/примирения для каждой школы не выявлено</w:t>
      </w:r>
      <w:r>
        <w:rPr>
          <w:rFonts w:ascii="Times New Roman" w:hAnsi="Times New Roman"/>
          <w:b w:val="0"/>
          <w:sz w:val="28"/>
        </w:rPr>
        <w:t xml:space="preserve"> — это методическая рекомендация, а не требование федерального закона.</w:t>
      </w:r>
    </w:p>
    <w:p>
      <w:pPr>
        <w:spacing w:after="40"/>
        <w:ind w:firstLine="0"/>
      </w:pPr>
      <w:r>
        <w:rPr>
          <w:rFonts w:ascii="Times New Roman" w:hAnsi="Times New Roman"/>
          <w:b w:val="0"/>
          <w:sz w:val="28"/>
        </w:rPr>
        <w:t xml:space="preserve">2. </w:t>
      </w:r>
      <w:r>
        <w:rPr>
          <w:rFonts w:ascii="Times New Roman" w:hAnsi="Times New Roman"/>
          <w:b/>
          <w:sz w:val="28"/>
        </w:rPr>
        <w:t>Обязанность конкретной школы</w:t>
      </w:r>
      <w:r>
        <w:rPr>
          <w:rFonts w:ascii="Times New Roman" w:hAnsi="Times New Roman"/>
          <w:b w:val="0"/>
          <w:sz w:val="28"/>
        </w:rPr>
        <w:t xml:space="preserve"> может возникнуть из акта субъекта РФ, муниципалитета, учредителя или самой школы — после проверки компетенции, адресата, императивности и последствий неисполнения.</w:t>
      </w:r>
    </w:p>
    <w:p>
      <w:pPr>
        <w:spacing w:after="40"/>
        <w:ind w:firstLine="0"/>
      </w:pPr>
      <w:r>
        <w:rPr>
          <w:rFonts w:ascii="Times New Roman" w:hAnsi="Times New Roman"/>
          <w:b w:val="0"/>
          <w:sz w:val="28"/>
        </w:rPr>
        <w:t xml:space="preserve">3. </w:t>
      </w:r>
      <w:r>
        <w:rPr>
          <w:rFonts w:ascii="Times New Roman" w:hAnsi="Times New Roman"/>
          <w:b/>
          <w:sz w:val="28"/>
        </w:rPr>
        <w:t>Комиссия по урегулированию споров (ст. 45 ФЗ-273) — механизм разрешения разногласий с обязательными решениями, а не примирительная служба.</w:t>
      </w:r>
      <w:r>
        <w:rPr>
          <w:rFonts w:ascii="Times New Roman" w:hAnsi="Times New Roman"/>
          <w:b w:val="0"/>
          <w:sz w:val="28"/>
        </w:rPr>
        <w:t xml:space="preserve"> Общей нормы о службе медиации/примирения не выявлено.</w:t>
      </w:r>
    </w:p>
    <w:p>
      <w:pPr>
        <w:spacing w:after="40"/>
        <w:ind w:firstLine="0"/>
      </w:pPr>
      <w:r>
        <w:rPr>
          <w:rFonts w:ascii="Times New Roman" w:hAnsi="Times New Roman"/>
          <w:b w:val="0"/>
          <w:sz w:val="28"/>
        </w:rPr>
        <w:t xml:space="preserve">4. </w:t>
      </w:r>
      <w:r>
        <w:rPr>
          <w:rFonts w:ascii="Times New Roman" w:hAnsi="Times New Roman"/>
          <w:b/>
          <w:sz w:val="28"/>
        </w:rPr>
        <w:t>«Медиатор» в школе ≠ профессиональный медиатор по ФЗ-193.</w:t>
      </w:r>
      <w:r>
        <w:rPr>
          <w:rFonts w:ascii="Times New Roman" w:hAnsi="Times New Roman"/>
          <w:b w:val="0"/>
          <w:sz w:val="28"/>
        </w:rPr>
        <w:t xml:space="preserve"> Требования 25+/высшее образование/ДПО относятся только к профессиональной медиации; непрофессиональным медиатором может быть совершеннолетнее дееспособное лицо без судимости.</w:t>
      </w:r>
    </w:p>
    <w:p>
      <w:pPr>
        <w:spacing w:after="40"/>
        <w:ind w:firstLine="0"/>
      </w:pPr>
      <w:r>
        <w:rPr>
          <w:rFonts w:ascii="Times New Roman" w:hAnsi="Times New Roman"/>
          <w:b w:val="0"/>
          <w:sz w:val="28"/>
        </w:rPr>
        <w:t xml:space="preserve">5. </w:t>
      </w:r>
      <w:r>
        <w:rPr>
          <w:rFonts w:ascii="Times New Roman" w:hAnsi="Times New Roman"/>
          <w:b/>
          <w:sz w:val="28"/>
        </w:rPr>
        <w:t>Объёмы подготовки в разных документах неодинаковы</w:t>
      </w:r>
      <w:r>
        <w:rPr>
          <w:rFonts w:ascii="Times New Roman" w:hAnsi="Times New Roman"/>
          <w:b w:val="0"/>
          <w:sz w:val="28"/>
        </w:rPr>
        <w:t xml:space="preserve"> (72–200 ч, 144 ч, 72 ч, 36 ч), но это </w:t>
      </w:r>
      <w:r>
        <w:rPr>
          <w:rFonts w:ascii="Times New Roman" w:hAnsi="Times New Roman"/>
          <w:b/>
          <w:sz w:val="28"/>
        </w:rPr>
        <w:t>не доказательство снижения требований</w:t>
      </w:r>
      <w:r>
        <w:rPr>
          <w:rFonts w:ascii="Times New Roman" w:hAnsi="Times New Roman"/>
          <w:b w:val="0"/>
          <w:sz w:val="28"/>
        </w:rPr>
        <w:t xml:space="preserve"> — нужна сопоставимая таблица.</w:t>
      </w:r>
    </w:p>
    <w:p>
      <w:pPr>
        <w:spacing w:after="40"/>
        <w:ind w:firstLine="0"/>
      </w:pPr>
      <w:r>
        <w:rPr>
          <w:rFonts w:ascii="Times New Roman" w:hAnsi="Times New Roman"/>
          <w:b w:val="0"/>
          <w:sz w:val="28"/>
        </w:rPr>
        <w:t xml:space="preserve">6. </w:t>
      </w:r>
      <w:r>
        <w:rPr>
          <w:rFonts w:ascii="Times New Roman" w:hAnsi="Times New Roman"/>
          <w:b/>
          <w:sz w:val="28"/>
        </w:rPr>
        <w:t>Применимость ФЗ-193 к несовершеннолетним не проверена</w:t>
      </w:r>
      <w:r>
        <w:rPr>
          <w:rFonts w:ascii="Times New Roman" w:hAnsi="Times New Roman"/>
          <w:b w:val="0"/>
          <w:sz w:val="28"/>
        </w:rPr>
        <w:t xml:space="preserve"> — это открытая лакуна (см. 13.6).</w:t>
      </w:r>
    </w:p>
    <w:p>
      <w:pPr>
        <w:spacing w:after="40"/>
        <w:ind w:firstLine="0"/>
      </w:pPr>
      <w:r>
        <w:rPr>
          <w:rFonts w:ascii="Times New Roman" w:hAnsi="Times New Roman"/>
          <w:b w:val="0"/>
          <w:sz w:val="28"/>
        </w:rPr>
        <w:t xml:space="preserve">7. </w:t>
      </w:r>
      <w:r>
        <w:rPr>
          <w:rFonts w:ascii="Times New Roman" w:hAnsi="Times New Roman"/>
          <w:b/>
          <w:sz w:val="28"/>
        </w:rPr>
        <w:t>Конфиденциальность не абсолютна</w:t>
      </w:r>
      <w:r>
        <w:rPr>
          <w:rFonts w:ascii="Times New Roman" w:hAnsi="Times New Roman"/>
          <w:b w:val="0"/>
          <w:sz w:val="28"/>
        </w:rPr>
        <w:t xml:space="preserve"> и не отменяет обязательного сообщения компетентным органам.</w:t>
      </w:r>
    </w:p>
    <w:p>
      <w:pPr>
        <w:spacing w:after="40"/>
        <w:ind w:firstLine="0"/>
      </w:pPr>
      <w:r>
        <w:rPr>
          <w:rFonts w:ascii="Times New Roman" w:hAnsi="Times New Roman"/>
          <w:b w:val="0"/>
          <w:sz w:val="28"/>
        </w:rPr>
        <w:t xml:space="preserve">8. </w:t>
      </w:r>
      <w:r>
        <w:rPr>
          <w:rFonts w:ascii="Times New Roman" w:hAnsi="Times New Roman"/>
          <w:b/>
          <w:sz w:val="28"/>
        </w:rPr>
        <w:t>Медиация встроена в федеральную рамку как инструмент, а не обязанность</w:t>
      </w:r>
      <w:r>
        <w:rPr>
          <w:rFonts w:ascii="Times New Roman" w:hAnsi="Times New Roman"/>
          <w:b w:val="0"/>
          <w:sz w:val="28"/>
        </w:rPr>
        <w:t xml:space="preserve"> (</w:t>
      </w:r>
      <w:hyperlink r:id="rId129">
        <w:r>
          <w:rPr>
            <w:rFonts w:ascii="Times New Roman" w:hAnsi="Times New Roman"/>
            <w:color w:val="0563C1"/>
            <w:u w:val="single"/>
            <w:sz w:val="24"/>
          </w:rPr>
          <w:t xml:space="preserve">Указ № 358</w:t>
        </w:r>
      </w:hyperlink>
      <w:r>
        <w:rPr>
          <w:rFonts w:ascii="Times New Roman" w:hAnsi="Times New Roman"/>
          <w:b w:val="0"/>
          <w:sz w:val="28"/>
        </w:rPr>
        <w:t xml:space="preserve">, </w:t>
      </w:r>
      <w:hyperlink r:id="rId134">
        <w:r>
          <w:rPr>
            <w:rFonts w:ascii="Times New Roman" w:hAnsi="Times New Roman"/>
            <w:color w:val="0563C1"/>
            <w:u w:val="single"/>
            <w:sz w:val="24"/>
          </w:rPr>
          <w:t xml:space="preserve">письмо № 07-1660</w:t>
        </w:r>
      </w:hyperlink>
      <w:r>
        <w:rPr>
          <w:rFonts w:ascii="Times New Roman" w:hAnsi="Times New Roman"/>
          <w:b w:val="0"/>
          <w:sz w:val="28"/>
        </w:rPr>
        <w:t xml:space="preserve">) и </w:t>
      </w:r>
      <w:r>
        <w:rPr>
          <w:rFonts w:ascii="Times New Roman" w:hAnsi="Times New Roman"/>
          <w:b/>
          <w:sz w:val="28"/>
        </w:rPr>
        <w:t>не может подменять защиту ребёнка</w:t>
      </w:r>
      <w:r>
        <w:rPr>
          <w:rFonts w:ascii="Times New Roman" w:hAnsi="Times New Roman"/>
          <w:b w:val="0"/>
          <w:sz w:val="28"/>
        </w:rPr>
        <w:t xml:space="preserve"> при неравенстве сил.</w:t>
      </w:r>
    </w:p>
    <w:p>
      <w:r>
        <w:rPr>
          <w:rFonts w:ascii="Times New Roman" w:hAnsi="Times New Roman"/>
          <w:b/>
          <w:sz w:val="28"/>
        </w:rPr>
        <w:t>Итоговый вывод раздела</w:t>
      </w:r>
      <w:r>
        <w:rPr>
          <w:rFonts w:ascii="Times New Roman" w:hAnsi="Times New Roman"/>
          <w:b w:val="0"/>
          <w:sz w:val="28"/>
        </w:rPr>
        <w:t xml:space="preserve"> (рекомендованная формулировка независимой проверки, приведённая к стилю документа):</w:t>
      </w:r>
    </w:p>
    <w:p>
      <w:pPr>
        <w:spacing w:after="80"/>
        <w:ind w:firstLine="0"/>
      </w:pPr>
      <w:r>
        <w:rPr>
          <w:rFonts w:ascii="Times New Roman" w:hAnsi="Times New Roman"/>
          <w:b/>
          <w:i/>
          <w:sz w:val="24"/>
        </w:rPr>
        <w:t>В проверенных федеральных источниках не выявлена непосредственно применимая общая норма, обязывающая каждую общеобразовательную организацию создать отдельную службу медиации или примирения. При этом школа несёт обязательные функции по обеспечению безопасности, защите прав детей и реагированию на установленные законом обстоятельства. Обязанность создать или поддерживать службу может возникнуть для конкретной организации из применимого акта компетентного органа, обязательного акта учредителя либо надлежащим образом принятого акта самой школы. Методические письма, программные ориентиры, мониторинг и KPI сами по себе такой юридической обязанности не создают. Наличие службы не отменяет добровольности участия в конкретной медиации и обязательных процедур защиты и информирования.</w:t>
      </w:r>
    </w:p>
    <w:p>
      <w:pPr>
        <w:spacing w:after="80"/>
        <w:ind w:firstLine="0"/>
      </w:pPr>
      <w:r>
        <w:rPr>
          <w:rFonts w:ascii="Times New Roman" w:hAnsi="Times New Roman"/>
          <w:b/>
          <w:sz w:val="28"/>
        </w:rPr>
        <w:t>14. Публичная и политическая повестка: кто и что говорит</w:t>
      </w:r>
    </w:p>
    <w:p>
      <w:pPr>
        <w:spacing w:after="80"/>
        <w:ind w:firstLine="0"/>
      </w:pPr>
      <w:r>
        <w:rPr>
          <w:rFonts w:ascii="Times New Roman" w:hAnsi="Times New Roman"/>
          <w:b/>
          <w:i/>
          <w:sz w:val="24"/>
        </w:rPr>
        <w:t>Почему раздел появился отдельно (добавлен 13.09.2026; перестроен в версии 6.2 — 13.09.2026).</w:t>
      </w:r>
      <w:r>
        <w:rPr>
          <w:rFonts w:ascii="Times New Roman" w:hAnsi="Times New Roman"/>
          <w:b w:val="0"/>
          <w:i/>
          <w:sz w:val="24"/>
        </w:rPr>
        <w:t xml:space="preserve"> В концепции исследования был раздел «Анализ упоминаний в СМИ», но он </w:t>
      </w:r>
      <w:r>
        <w:rPr>
          <w:rFonts w:ascii="Times New Roman" w:hAnsi="Times New Roman"/>
          <w:b/>
          <w:i/>
          <w:sz w:val="24"/>
        </w:rPr>
        <w:t>не выполнялся</w:t>
      </w:r>
      <w:r>
        <w:rPr>
          <w:rFonts w:ascii="Times New Roman" w:hAnsi="Times New Roman"/>
          <w:b w:val="0"/>
          <w:i/>
          <w:sz w:val="24"/>
        </w:rPr>
        <w:t xml:space="preserve">. Этот раздел закрывает пробел и отвечает на вопрос заказчика: как публика и государство реагируют на проблему сейчас. Версия 6.2 перестроена по замечаниям независимой проверки GPT (gpt-5.6-sol): схема «двух полюсов» заменена </w:t>
      </w:r>
      <w:r>
        <w:rPr>
          <w:rFonts w:ascii="Times New Roman" w:hAnsi="Times New Roman"/>
          <w:b/>
          <w:i/>
          <w:sz w:val="24"/>
        </w:rPr>
        <w:t>матрицей позиций по четырём измерениям</w:t>
      </w:r>
      <w:r>
        <w:rPr>
          <w:rFonts w:ascii="Times New Roman" w:hAnsi="Times New Roman"/>
          <w:b w:val="0"/>
          <w:i/>
          <w:sz w:val="24"/>
        </w:rPr>
        <w:t>, уточнены формулировки опросов, статусы документов и перечень акторов (пункты 13–21 блока «(а)», пункты 8–13 блока «(б)», пункты 5–6 блока «(в)» и блок «(д)» проверки).</w:t>
      </w:r>
    </w:p>
    <w:p>
      <w:r>
        <w:rPr>
          <w:rFonts w:ascii="Times New Roman" w:hAnsi="Times New Roman"/>
          <w:b/>
          <w:sz w:val="28"/>
        </w:rPr>
        <w:t>Главное наблюдение (факт).</w:t>
      </w:r>
      <w:r>
        <w:rPr>
          <w:rFonts w:ascii="Times New Roman" w:hAnsi="Times New Roman"/>
          <w:b w:val="0"/>
          <w:sz w:val="28"/>
        </w:rPr>
        <w:t xml:space="preserve"> Тема перешла из вопроса «есть ли проблема» в нормотворчество: в декабре 2023 Госдума обсуждала саму идею закона о травле, 02.12.2025 в Думу внесли проект об административных штрафах (он отклонён 27.05.2026), а в июле 2026 детский омбудсмен официально рекомендовала Правительству закрепить понятие «травля» (</w:t>
      </w:r>
      <w:hyperlink r:id="rId95">
        <w:r>
          <w:rPr>
            <w:rFonts w:ascii="Times New Roman" w:hAnsi="Times New Roman"/>
            <w:color w:val="0563C1"/>
            <w:u w:val="single"/>
            <w:sz w:val="24"/>
          </w:rPr>
          <w:t xml:space="preserve">СОЗД</w:t>
        </w:r>
      </w:hyperlink>
      <w:r>
        <w:rPr>
          <w:rFonts w:ascii="Times New Roman" w:hAnsi="Times New Roman"/>
          <w:b w:val="0"/>
          <w:sz w:val="28"/>
        </w:rPr>
        <w:t xml:space="preserve">, </w:t>
      </w:r>
      <w:hyperlink r:id="rId148">
        <w:r>
          <w:rPr>
            <w:rFonts w:ascii="Times New Roman" w:hAnsi="Times New Roman"/>
            <w:color w:val="0563C1"/>
            <w:u w:val="single"/>
            <w:sz w:val="24"/>
          </w:rPr>
          <w:t xml:space="preserve">«Интерфакс»</w:t>
        </w:r>
      </w:hyperlink>
      <w:r>
        <w:rPr>
          <w:rFonts w:ascii="Times New Roman" w:hAnsi="Times New Roman"/>
          <w:b w:val="0"/>
          <w:sz w:val="28"/>
        </w:rPr>
        <w:t>).</w:t>
      </w:r>
    </w:p>
    <w:p>
      <w:r>
        <w:rPr>
          <w:rFonts w:ascii="Times New Roman" w:hAnsi="Times New Roman"/>
          <w:b/>
          <w:sz w:val="28"/>
        </w:rPr>
        <w:t>Оговорка о том, что здесь можно утверждать, а что нет.</w:t>
      </w:r>
      <w:r>
        <w:rPr>
          <w:rFonts w:ascii="Times New Roman" w:hAnsi="Times New Roman"/>
          <w:b w:val="0"/>
          <w:sz w:val="28"/>
        </w:rPr>
        <w:t xml:space="preserve"> Прежняя формулировка «спор идёт </w:t>
      </w:r>
      <w:r>
        <w:rPr>
          <w:rFonts w:ascii="Times New Roman" w:hAnsi="Times New Roman"/>
          <w:b/>
          <w:sz w:val="28"/>
        </w:rPr>
        <w:t>в основном</w:t>
      </w:r>
      <w:r>
        <w:rPr>
          <w:rFonts w:ascii="Times New Roman" w:hAnsi="Times New Roman"/>
          <w:b w:val="0"/>
          <w:sz w:val="28"/>
        </w:rPr>
        <w:t xml:space="preserve"> о методе» </w:t>
      </w:r>
      <w:r>
        <w:rPr>
          <w:rFonts w:ascii="Times New Roman" w:hAnsi="Times New Roman"/>
          <w:b/>
          <w:sz w:val="28"/>
        </w:rPr>
        <w:t>снята как недоказанная</w:t>
      </w:r>
      <w:r>
        <w:rPr>
          <w:rFonts w:ascii="Times New Roman" w:hAnsi="Times New Roman"/>
          <w:b w:val="0"/>
          <w:sz w:val="28"/>
        </w:rPr>
        <w:t xml:space="preserve">: для слов «в основном» нужен корпус позиций и правила кодирования текстов, а в нашем распоряжении — несколько законопроектов, ряд публичных заявлений и опросы. Безопасная формулировка, которой дальше и пользуемся: </w:t>
      </w:r>
      <w:r>
        <w:rPr>
          <w:rFonts w:ascii="Times New Roman" w:hAnsi="Times New Roman"/>
          <w:b/>
          <w:sz w:val="28"/>
        </w:rPr>
        <w:t>«В рассмотренной выборке федеральных инициатив разногласия чаще относятся к выбору инструментов реагирования, чем к признанию травли проблемой»</w:t>
      </w:r>
      <w:r>
        <w:rPr>
          <w:rFonts w:ascii="Times New Roman" w:hAnsi="Times New Roman"/>
          <w:b w:val="0"/>
          <w:sz w:val="28"/>
        </w:rPr>
        <w:t>.</w:t>
      </w:r>
    </w:p>
    <w:p>
      <w:pPr>
        <w:spacing w:after="80"/>
        <w:ind w:firstLine="0"/>
      </w:pPr>
      <w:r>
        <w:rPr>
          <w:rFonts w:ascii="Times New Roman" w:hAnsi="Times New Roman"/>
          <w:b/>
          <w:sz w:val="26"/>
        </w:rPr>
        <w:t>14.1. Как читать этот раздел: почему «двух полюсов» больше нет</w:t>
      </w:r>
    </w:p>
    <w:p>
      <w:r>
        <w:rPr>
          <w:rFonts w:ascii="Times New Roman" w:hAnsi="Times New Roman"/>
          <w:b w:val="0"/>
          <w:sz w:val="28"/>
        </w:rPr>
        <w:t xml:space="preserve">Раньше раздел строился как таблица «карательный лагерь / воспитательно-профилактический лагерь». Эта схема </w:t>
      </w:r>
      <w:r>
        <w:rPr>
          <w:rFonts w:ascii="Times New Roman" w:hAnsi="Times New Roman"/>
          <w:b/>
          <w:sz w:val="28"/>
        </w:rPr>
        <w:t>убрана</w:t>
      </w:r>
      <w:r>
        <w:rPr>
          <w:rFonts w:ascii="Times New Roman" w:hAnsi="Times New Roman"/>
          <w:b w:val="0"/>
          <w:sz w:val="28"/>
        </w:rPr>
        <w:t>, потому что она не выдерживала проверки по трём причинам:</w:t>
      </w:r>
    </w:p>
    <w:p>
      <w:pPr>
        <w:spacing w:after="40"/>
        <w:ind w:firstLine="0"/>
      </w:pPr>
      <w:r>
        <w:rPr>
          <w:rFonts w:ascii="Times New Roman" w:hAnsi="Times New Roman"/>
          <w:b w:val="0"/>
          <w:sz w:val="28"/>
        </w:rPr>
        <w:t xml:space="preserve">1. </w:t>
      </w:r>
      <w:r>
        <w:rPr>
          <w:rFonts w:ascii="Times New Roman" w:hAnsi="Times New Roman"/>
          <w:b/>
          <w:sz w:val="28"/>
        </w:rPr>
        <w:t>Акторы разной природы.</w:t>
      </w:r>
      <w:r>
        <w:rPr>
          <w:rFonts w:ascii="Times New Roman" w:hAnsi="Times New Roman"/>
          <w:b w:val="0"/>
          <w:sz w:val="28"/>
        </w:rPr>
        <w:t xml:space="preserve"> В одну колонку попадали партия (ЛДПР), отдельные депутаты и сенатор, уполномоченный по правам ребёнка и федеральное ведомство (Минпросвещения). Это </w:t>
      </w:r>
      <w:r>
        <w:rPr>
          <w:rFonts w:ascii="Times New Roman" w:hAnsi="Times New Roman"/>
          <w:b/>
          <w:sz w:val="28"/>
        </w:rPr>
        <w:t>не политический лагерь</w:t>
      </w:r>
      <w:r>
        <w:rPr>
          <w:rFonts w:ascii="Times New Roman" w:hAnsi="Times New Roman"/>
          <w:b w:val="0"/>
          <w:sz w:val="28"/>
        </w:rPr>
        <w:t xml:space="preserve">, а совпадение итоговых позиций по одному вопросу. Позиция ведомства или уполномоченного по правам ребёнка — </w:t>
      </w:r>
      <w:r>
        <w:rPr>
          <w:rFonts w:ascii="Times New Roman" w:hAnsi="Times New Roman"/>
          <w:b/>
          <w:sz w:val="28"/>
        </w:rPr>
        <w:t>институциональная функция</w:t>
      </w:r>
      <w:r>
        <w:rPr>
          <w:rFonts w:ascii="Times New Roman" w:hAnsi="Times New Roman"/>
          <w:b w:val="0"/>
          <w:sz w:val="28"/>
        </w:rPr>
        <w:t>, а не позиция в политическом споре. *(Оценка/интерпретация.)*</w:t>
      </w:r>
    </w:p>
    <w:p>
      <w:pPr>
        <w:spacing w:after="40"/>
        <w:ind w:firstLine="0"/>
      </w:pPr>
      <w:r>
        <w:rPr>
          <w:rFonts w:ascii="Times New Roman" w:hAnsi="Times New Roman"/>
          <w:b w:val="0"/>
          <w:sz w:val="28"/>
        </w:rPr>
        <w:t xml:space="preserve">2. </w:t>
      </w:r>
      <w:r>
        <w:rPr>
          <w:rFonts w:ascii="Times New Roman" w:hAnsi="Times New Roman"/>
          <w:b/>
          <w:sz w:val="28"/>
        </w:rPr>
        <w:t>Разный доказательный статус.</w:t>
      </w:r>
      <w:r>
        <w:rPr>
          <w:rFonts w:ascii="Times New Roman" w:hAnsi="Times New Roman"/>
          <w:b w:val="0"/>
          <w:sz w:val="28"/>
        </w:rPr>
        <w:t xml:space="preserve"> Проект № 1085766-8 формально внесён и отклонён — завершённый проверяемый факт. Проект Метелева — только направлен на отзыв в Правительство, карточки внесённого законопроекта в СОЗД нет. Ставить их как два равных полюса некорректно.</w:t>
      </w:r>
    </w:p>
    <w:p>
      <w:pPr>
        <w:spacing w:after="40"/>
        <w:ind w:firstLine="0"/>
      </w:pPr>
      <w:r>
        <w:rPr>
          <w:rFonts w:ascii="Times New Roman" w:hAnsi="Times New Roman"/>
          <w:b w:val="0"/>
          <w:sz w:val="28"/>
        </w:rPr>
        <w:t xml:space="preserve">3. </w:t>
      </w:r>
      <w:r>
        <w:rPr>
          <w:rFonts w:ascii="Times New Roman" w:hAnsi="Times New Roman"/>
          <w:b/>
          <w:sz w:val="28"/>
        </w:rPr>
        <w:t>Схема не вмещала часть позиций.</w:t>
      </w:r>
      <w:r>
        <w:rPr>
          <w:rFonts w:ascii="Times New Roman" w:hAnsi="Times New Roman"/>
          <w:b w:val="0"/>
          <w:sz w:val="28"/>
        </w:rPr>
        <w:t xml:space="preserve"> Генпрокурор говорил о переводе урегулирования конфликтов в «императивную нормативную плоскость» — это ни «карательный», ни «воспитательный» полюс, а третий вопрос: обязательность процедуры как таковой.</w:t>
      </w:r>
    </w:p>
    <w:p>
      <w:r>
        <w:rPr>
          <w:rFonts w:ascii="Times New Roman" w:hAnsi="Times New Roman"/>
          <w:b w:val="0"/>
          <w:sz w:val="28"/>
        </w:rPr>
        <w:t xml:space="preserve">Если наглядность нужна, «два полюса» можно сохранить </w:t>
      </w:r>
      <w:r>
        <w:rPr>
          <w:rFonts w:ascii="Times New Roman" w:hAnsi="Times New Roman"/>
          <w:b/>
          <w:sz w:val="28"/>
        </w:rPr>
        <w:t>только как два идеальных типа инструментов</w:t>
      </w:r>
      <w:r>
        <w:rPr>
          <w:rFonts w:ascii="Times New Roman" w:hAnsi="Times New Roman"/>
          <w:b w:val="0"/>
          <w:sz w:val="28"/>
        </w:rPr>
        <w:t xml:space="preserve"> — и прямо оговорить, что это не два реальных лагеря:</w:t>
      </w:r>
    </w:p>
    <w:tbl>
      <w:tblPr>
        <w:tblStyle w:val="TableGrid"/>
        <w:tblW w:type="auto" w:w="0"/>
        <w:jc w:val="center"/>
        <w:tblLook w:firstColumn="1" w:firstRow="1" w:lastColumn="0" w:lastRow="0" w:noHBand="0" w:noVBand="1" w:val="04A0"/>
      </w:tblPr>
      <w:tblGrid>
        <w:gridCol w:w="3118"/>
        <w:gridCol w:w="3118"/>
        <w:gridCol w:w="3118"/>
      </w:tblGrid>
      <w:tr>
        <w:tc>
          <w:tcPr>
            <w:tcW w:type="dxa" w:w="3118"/>
          </w:tcPr>
          <w:p>
            <w:pPr>
              <w:ind w:firstLine="0"/>
            </w:pPr>
            <w:r>
              <w:rPr>
                <w:rFonts w:ascii="Times New Roman" w:hAnsi="Times New Roman"/>
                <w:b/>
                <w:sz w:val="22"/>
              </w:rPr>
              <w:t>Идеальный тип инструмента</w:t>
            </w:r>
          </w:p>
        </w:tc>
        <w:tc>
          <w:tcPr>
            <w:tcW w:type="dxa" w:w="3118"/>
          </w:tcPr>
          <w:p>
            <w:pPr>
              <w:ind w:firstLine="0"/>
            </w:pPr>
            <w:r>
              <w:rPr>
                <w:rFonts w:ascii="Times New Roman" w:hAnsi="Times New Roman"/>
                <w:b/>
                <w:sz w:val="22"/>
              </w:rPr>
              <w:t>Что это значит</w:t>
            </w:r>
          </w:p>
        </w:tc>
        <w:tc>
          <w:tcPr>
            <w:tcW w:type="dxa" w:w="3118"/>
          </w:tcPr>
          <w:p>
            <w:pPr>
              <w:ind w:firstLine="0"/>
            </w:pPr>
            <w:r>
              <w:rPr>
                <w:rFonts w:ascii="Times New Roman" w:hAnsi="Times New Roman"/>
                <w:b/>
                <w:sz w:val="22"/>
              </w:rPr>
              <w:t>Кто и что из него берёт (примеры, а не лагерь)</w:t>
            </w:r>
          </w:p>
        </w:tc>
      </w:tr>
      <w:tr>
        <w:tc>
          <w:tcPr>
            <w:tcW w:type="dxa" w:w="3118"/>
          </w:tcPr>
          <w:p>
            <w:pPr>
              <w:ind w:firstLine="0"/>
            </w:pPr>
            <w:r>
              <w:rPr>
                <w:rFonts w:ascii="Times New Roman" w:hAnsi="Times New Roman"/>
                <w:b/>
                <w:sz w:val="22"/>
              </w:rPr>
              <w:t>Санкционный</w:t>
            </w:r>
          </w:p>
        </w:tc>
        <w:tc>
          <w:tcPr>
            <w:tcW w:type="dxa" w:w="3118"/>
          </w:tcPr>
          <w:p>
            <w:pPr>
              <w:ind w:firstLine="0"/>
            </w:pPr>
            <w:r>
              <w:rPr>
                <w:rFonts w:ascii="Times New Roman" w:hAnsi="Times New Roman"/>
                <w:b w:val="0"/>
                <w:sz w:val="22"/>
              </w:rPr>
              <w:t>специальная ответственность за травлю как отдельный состав</w:t>
            </w:r>
          </w:p>
        </w:tc>
        <w:tc>
          <w:tcPr>
            <w:tcW w:type="dxa" w:w="3118"/>
          </w:tcPr>
          <w:p>
            <w:pPr>
              <w:ind w:firstLine="0"/>
            </w:pPr>
            <w:r>
              <w:rPr>
                <w:rFonts w:ascii="Times New Roman" w:hAnsi="Times New Roman"/>
                <w:b w:val="0"/>
                <w:sz w:val="22"/>
              </w:rPr>
              <w:t>ЛДПР и сенатор Е. Афанасьева (№ 1085766-8); Т. Москалькова — за введение ответственности за буллинг</w:t>
            </w:r>
          </w:p>
        </w:tc>
      </w:tr>
      <w:tr>
        <w:tc>
          <w:tcPr>
            <w:tcW w:type="dxa" w:w="3118"/>
          </w:tcPr>
          <w:p>
            <w:pPr>
              <w:ind w:firstLine="0"/>
            </w:pPr>
            <w:r>
              <w:rPr>
                <w:rFonts w:ascii="Times New Roman" w:hAnsi="Times New Roman"/>
                <w:b/>
                <w:sz w:val="22"/>
              </w:rPr>
              <w:t>Профилактически-восстановительный</w:t>
            </w:r>
          </w:p>
        </w:tc>
        <w:tc>
          <w:tcPr>
            <w:tcW w:type="dxa" w:w="3118"/>
          </w:tcPr>
          <w:p>
            <w:pPr>
              <w:ind w:firstLine="0"/>
            </w:pPr>
            <w:r>
              <w:rPr>
                <w:rFonts w:ascii="Times New Roman" w:hAnsi="Times New Roman"/>
                <w:b w:val="0"/>
                <w:sz w:val="22"/>
              </w:rPr>
              <w:t>помощь пострадавшему, работа с агрессором, медиация, климат школы</w:t>
            </w:r>
          </w:p>
        </w:tc>
        <w:tc>
          <w:tcPr>
            <w:tcW w:type="dxa" w:w="3118"/>
          </w:tcPr>
          <w:p>
            <w:pPr>
              <w:ind w:firstLine="0"/>
            </w:pPr>
            <w:r>
              <w:rPr>
                <w:rFonts w:ascii="Times New Roman" w:hAnsi="Times New Roman"/>
                <w:b w:val="0"/>
                <w:sz w:val="22"/>
              </w:rPr>
              <w:t>Минпросвещения (памятки и регламенты), Метелев («внедрять практику медиации»), Т. Буцкая («в медиаторах, а не в психологах»), детский омбудсмен</w:t>
            </w:r>
          </w:p>
        </w:tc>
      </w:tr>
    </w:tbl>
    <w:p>
      <w:r>
        <w:rPr>
          <w:rFonts w:ascii="Times New Roman" w:hAnsi="Times New Roman"/>
          <w:b/>
          <w:sz w:val="28"/>
        </w:rPr>
        <w:t>Один и тот же актор берёт элементы обоих типов.</w:t>
      </w:r>
      <w:r>
        <w:rPr>
          <w:rFonts w:ascii="Times New Roman" w:hAnsi="Times New Roman"/>
          <w:b w:val="0"/>
          <w:sz w:val="28"/>
        </w:rPr>
        <w:t xml:space="preserve"> Метелев одновременно говорит «методичками эту проблему не решить» и предлагает медиацию; Кузнецова — и обращение в Генпрокуратуру, и законопроект об алгоритме помощи (</w:t>
      </w:r>
      <w:hyperlink r:id="rId149">
        <w:r>
          <w:rPr>
            <w:rFonts w:ascii="Times New Roman" w:hAnsi="Times New Roman"/>
            <w:color w:val="0563C1"/>
            <w:u w:val="single"/>
            <w:sz w:val="24"/>
          </w:rPr>
          <w:t xml:space="preserve">РАПСИ, 05.02.2026</w:t>
        </w:r>
      </w:hyperlink>
      <w:r>
        <w:rPr>
          <w:rFonts w:ascii="Times New Roman" w:hAnsi="Times New Roman"/>
          <w:b w:val="0"/>
          <w:sz w:val="28"/>
        </w:rPr>
        <w:t>).</w:t>
      </w:r>
    </w:p>
    <w:p>
      <w:pPr>
        <w:spacing w:after="80"/>
        <w:ind w:firstLine="0"/>
      </w:pPr>
      <w:r>
        <w:rPr>
          <w:rFonts w:ascii="Times New Roman" w:hAnsi="Times New Roman"/>
          <w:b/>
          <w:sz w:val="26"/>
        </w:rPr>
        <w:t>14.2. Матрица позиций по четырём измерениям</w:t>
      </w:r>
    </w:p>
    <w:p>
      <w:r>
        <w:rPr>
          <w:rFonts w:ascii="Times New Roman" w:hAnsi="Times New Roman"/>
          <w:b w:val="0"/>
          <w:sz w:val="28"/>
        </w:rPr>
        <w:t>Измерения (по ним и описана каждая позиция):</w:t>
      </w:r>
    </w:p>
    <w:p>
      <w:pPr>
        <w:spacing w:after="40"/>
        <w:ind w:firstLine="0"/>
      </w:pPr>
      <w:r>
        <w:rPr>
          <w:rFonts w:ascii="Times New Roman" w:hAnsi="Times New Roman"/>
          <w:b w:val="0"/>
          <w:sz w:val="28"/>
        </w:rPr>
        <w:t xml:space="preserve">1. </w:t>
      </w:r>
      <w:r>
        <w:rPr>
          <w:rFonts w:ascii="Times New Roman" w:hAnsi="Times New Roman"/>
          <w:b/>
          <w:sz w:val="28"/>
        </w:rPr>
        <w:t>Как определяется проблема</w:t>
      </w:r>
      <w:r>
        <w:rPr>
          <w:rFonts w:ascii="Times New Roman" w:hAnsi="Times New Roman"/>
          <w:b w:val="0"/>
          <w:sz w:val="28"/>
        </w:rPr>
        <w:t xml:space="preserve"> — специальное явление «травля» · серия уже предусмотренных правонарушений · проблема школьного климата · сбой выявления и реагирования · цифровой риск.</w:t>
      </w:r>
    </w:p>
    <w:p>
      <w:pPr>
        <w:spacing w:after="40"/>
        <w:ind w:firstLine="0"/>
      </w:pPr>
      <w:r>
        <w:rPr>
          <w:rFonts w:ascii="Times New Roman" w:hAnsi="Times New Roman"/>
          <w:b w:val="0"/>
          <w:sz w:val="28"/>
        </w:rPr>
        <w:t xml:space="preserve">2. </w:t>
      </w:r>
      <w:r>
        <w:rPr>
          <w:rFonts w:ascii="Times New Roman" w:hAnsi="Times New Roman"/>
          <w:b/>
          <w:sz w:val="28"/>
        </w:rPr>
        <w:t>Какой инструмент предлагается</w:t>
      </w:r>
      <w:r>
        <w:rPr>
          <w:rFonts w:ascii="Times New Roman" w:hAnsi="Times New Roman"/>
          <w:b w:val="0"/>
          <w:sz w:val="28"/>
        </w:rPr>
        <w:t xml:space="preserve"> — специальная ответственность · применение действующих санкций · обязательная регистрация · алгоритм школьного реагирования · межведомственная маршрутизация · психологическая помощь · медиация и восстановительные практики · регулирование платформ.</w:t>
      </w:r>
    </w:p>
    <w:p>
      <w:pPr>
        <w:spacing w:after="40"/>
        <w:ind w:firstLine="0"/>
      </w:pPr>
      <w:r>
        <w:rPr>
          <w:rFonts w:ascii="Times New Roman" w:hAnsi="Times New Roman"/>
          <w:b w:val="0"/>
          <w:sz w:val="28"/>
        </w:rPr>
        <w:t xml:space="preserve">3. </w:t>
      </w:r>
      <w:r>
        <w:rPr>
          <w:rFonts w:ascii="Times New Roman" w:hAnsi="Times New Roman"/>
          <w:b/>
          <w:sz w:val="28"/>
        </w:rPr>
        <w:t>На кого возлагается обязанность</w:t>
      </w:r>
      <w:r>
        <w:rPr>
          <w:rFonts w:ascii="Times New Roman" w:hAnsi="Times New Roman"/>
          <w:b w:val="0"/>
          <w:sz w:val="28"/>
        </w:rPr>
        <w:t xml:space="preserve"> — агрессор · родители · педагог · директор · учредитель · органы профилактики · цифровая платформа.</w:t>
      </w:r>
    </w:p>
    <w:p>
      <w:pPr>
        <w:spacing w:after="40"/>
        <w:ind w:firstLine="0"/>
      </w:pPr>
      <w:r>
        <w:rPr>
          <w:rFonts w:ascii="Times New Roman" w:hAnsi="Times New Roman"/>
          <w:b w:val="0"/>
          <w:sz w:val="28"/>
        </w:rPr>
        <w:t xml:space="preserve">4. </w:t>
      </w:r>
      <w:r>
        <w:rPr>
          <w:rFonts w:ascii="Times New Roman" w:hAnsi="Times New Roman"/>
          <w:b/>
          <w:sz w:val="28"/>
        </w:rPr>
        <w:t>Каков статус позиции</w:t>
      </w:r>
      <w:r>
        <w:rPr>
          <w:rFonts w:ascii="Times New Roman" w:hAnsi="Times New Roman"/>
          <w:b w:val="0"/>
          <w:sz w:val="28"/>
        </w:rPr>
        <w:t xml:space="preserve"> — действующая норма · методическая рекомендация · внесённый законопроект · предвнесённая инициатива · официальный отзыв · политическое заявление · общественная установка по опросу · судебная практика.</w:t>
      </w:r>
    </w:p>
    <w:p>
      <w:r>
        <w:rPr>
          <w:rFonts w:ascii="Times New Roman" w:hAnsi="Times New Roman"/>
          <w:b/>
          <w:sz w:val="28"/>
        </w:rPr>
        <w:t>Матрица 14.2. Позиции по четырём измерениям (строки — акторы и инициативы, столбцы — измерения 1–4)</w:t>
      </w:r>
    </w:p>
    <w:tbl>
      <w:tblPr>
        <w:tblStyle w:val="TableGrid"/>
        <w:tblW w:type="auto" w:w="0"/>
        <w:jc w:val="center"/>
        <w:tblLook w:firstColumn="1" w:firstRow="1" w:lastColumn="0" w:lastRow="0" w:noHBand="0" w:noVBand="1" w:val="04A0"/>
      </w:tblPr>
      <w:tblGrid>
        <w:gridCol w:w="1559"/>
        <w:gridCol w:w="1559"/>
        <w:gridCol w:w="1559"/>
        <w:gridCol w:w="1559"/>
        <w:gridCol w:w="1559"/>
        <w:gridCol w:w="1559"/>
      </w:tblGrid>
      <w:tr>
        <w:tc>
          <w:tcPr>
            <w:tcW w:type="dxa" w:w="1559"/>
          </w:tcPr>
          <w:p>
            <w:pPr>
              <w:ind w:firstLine="0"/>
            </w:pPr>
            <w:r>
              <w:rPr>
                <w:rFonts w:ascii="Times New Roman" w:hAnsi="Times New Roman"/>
                <w:b/>
                <w:sz w:val="22"/>
              </w:rPr>
              <w:t>Актор / инициатива</w:t>
            </w:r>
          </w:p>
        </w:tc>
        <w:tc>
          <w:tcPr>
            <w:tcW w:type="dxa" w:w="1559"/>
          </w:tcPr>
          <w:p>
            <w:pPr>
              <w:ind w:firstLine="0"/>
            </w:pPr>
            <w:r>
              <w:rPr>
                <w:rFonts w:ascii="Times New Roman" w:hAnsi="Times New Roman"/>
                <w:b/>
                <w:sz w:val="22"/>
              </w:rPr>
              <w:t>1. Как определяется проблема</w:t>
            </w:r>
          </w:p>
        </w:tc>
        <w:tc>
          <w:tcPr>
            <w:tcW w:type="dxa" w:w="1559"/>
          </w:tcPr>
          <w:p>
            <w:pPr>
              <w:ind w:firstLine="0"/>
            </w:pPr>
            <w:r>
              <w:rPr>
                <w:rFonts w:ascii="Times New Roman" w:hAnsi="Times New Roman"/>
                <w:b/>
                <w:sz w:val="22"/>
              </w:rPr>
              <w:t>2. Инструмент</w:t>
            </w:r>
          </w:p>
        </w:tc>
        <w:tc>
          <w:tcPr>
            <w:tcW w:type="dxa" w:w="1559"/>
          </w:tcPr>
          <w:p>
            <w:pPr>
              <w:ind w:firstLine="0"/>
            </w:pPr>
            <w:r>
              <w:rPr>
                <w:rFonts w:ascii="Times New Roman" w:hAnsi="Times New Roman"/>
                <w:b/>
                <w:sz w:val="22"/>
              </w:rPr>
              <w:t>3. На кого обязанность</w:t>
            </w:r>
          </w:p>
        </w:tc>
        <w:tc>
          <w:tcPr>
            <w:tcW w:type="dxa" w:w="1559"/>
          </w:tcPr>
          <w:p>
            <w:pPr>
              <w:ind w:firstLine="0"/>
            </w:pPr>
            <w:r>
              <w:rPr>
                <w:rFonts w:ascii="Times New Roman" w:hAnsi="Times New Roman"/>
                <w:b/>
                <w:sz w:val="22"/>
              </w:rPr>
              <w:t>4. Статус</w:t>
            </w:r>
          </w:p>
        </w:tc>
        <w:tc>
          <w:tcPr>
            <w:tcW w:type="dxa" w:w="1559"/>
          </w:tcPr>
          <w:p>
            <w:pPr>
              <w:ind w:firstLine="0"/>
            </w:pPr>
            <w:r>
              <w:rPr>
                <w:rFonts w:ascii="Times New Roman" w:hAnsi="Times New Roman"/>
                <w:b/>
                <w:sz w:val="22"/>
              </w:rPr>
              <w:t>Ссылка</w:t>
            </w:r>
          </w:p>
        </w:tc>
      </w:tr>
      <w:tr>
        <w:tc>
          <w:tcPr>
            <w:tcW w:type="dxa" w:w="1559"/>
          </w:tcPr>
          <w:p>
            <w:pPr>
              <w:ind w:firstLine="0"/>
            </w:pPr>
            <w:r>
              <w:rPr>
                <w:rFonts w:ascii="Times New Roman" w:hAnsi="Times New Roman"/>
                <w:b/>
                <w:sz w:val="22"/>
              </w:rPr>
              <w:t>Правительство РФ</w:t>
            </w:r>
            <w:r>
              <w:rPr>
                <w:rFonts w:ascii="Times New Roman" w:hAnsi="Times New Roman"/>
                <w:b w:val="0"/>
                <w:sz w:val="22"/>
              </w:rPr>
              <w:t xml:space="preserve"> (отзыв на № 1085766-8)</w:t>
            </w:r>
          </w:p>
        </w:tc>
        <w:tc>
          <w:tcPr>
            <w:tcW w:type="dxa" w:w="1559"/>
          </w:tcPr>
          <w:p>
            <w:pPr>
              <w:ind w:firstLine="0"/>
            </w:pPr>
            <w:r>
              <w:rPr>
                <w:rFonts w:ascii="Times New Roman" w:hAnsi="Times New Roman"/>
                <w:b w:val="0"/>
                <w:sz w:val="22"/>
              </w:rPr>
              <w:t>серия уже предусмотренных правонарушений; формулировка «систематическое унижение» слишком расплывчата</w:t>
            </w:r>
          </w:p>
        </w:tc>
        <w:tc>
          <w:tcPr>
            <w:tcW w:type="dxa" w:w="1559"/>
          </w:tcPr>
          <w:p>
            <w:pPr>
              <w:ind w:firstLine="0"/>
            </w:pPr>
            <w:r>
              <w:rPr>
                <w:rFonts w:ascii="Times New Roman" w:hAnsi="Times New Roman"/>
                <w:b w:val="0"/>
                <w:sz w:val="22"/>
              </w:rPr>
              <w:t>применение действующих санкций (ст. 5.61 КоАП) + доработка</w:t>
            </w:r>
          </w:p>
        </w:tc>
        <w:tc>
          <w:tcPr>
            <w:tcW w:type="dxa" w:w="1559"/>
          </w:tcPr>
          <w:p>
            <w:pPr>
              <w:ind w:firstLine="0"/>
            </w:pPr>
            <w:r>
              <w:rPr>
                <w:rFonts w:ascii="Times New Roman" w:hAnsi="Times New Roman"/>
                <w:b w:val="0"/>
                <w:sz w:val="22"/>
              </w:rPr>
              <w:t>законодатель (переработка проекта)</w:t>
            </w:r>
          </w:p>
        </w:tc>
        <w:tc>
          <w:tcPr>
            <w:tcW w:type="dxa" w:w="1559"/>
          </w:tcPr>
          <w:p>
            <w:pPr>
              <w:ind w:firstLine="0"/>
            </w:pPr>
            <w:r>
              <w:rPr>
                <w:rFonts w:ascii="Times New Roman" w:hAnsi="Times New Roman"/>
                <w:b/>
                <w:sz w:val="22"/>
              </w:rPr>
              <w:t>официальный отзыв</w:t>
            </w:r>
          </w:p>
        </w:tc>
        <w:tc>
          <w:tcPr>
            <w:tcW w:type="dxa" w:w="1559"/>
          </w:tcPr>
          <w:p>
            <w:pPr>
              <w:ind w:firstLine="0"/>
            </w:pPr>
            <w:hyperlink r:id="rId96">
              <w:r>
                <w:rPr>
                  <w:rFonts w:ascii="Times New Roman" w:hAnsi="Times New Roman"/>
                  <w:color w:val="0563C1"/>
                  <w:u w:val="single"/>
                  <w:sz w:val="22"/>
                </w:rPr>
                <w:t xml:space="preserve">РАПСИ, 02.12.2025</w:t>
              </w:r>
            </w:hyperlink>
          </w:p>
        </w:tc>
      </w:tr>
      <w:tr>
        <w:tc>
          <w:tcPr>
            <w:tcW w:type="dxa" w:w="1559"/>
          </w:tcPr>
          <w:p>
            <w:pPr>
              <w:ind w:firstLine="0"/>
            </w:pPr>
            <w:r>
              <w:rPr>
                <w:rFonts w:ascii="Times New Roman" w:hAnsi="Times New Roman"/>
                <w:b/>
                <w:sz w:val="22"/>
              </w:rPr>
              <w:t>Комитет ГД по госстроительству</w:t>
            </w:r>
            <w:r>
              <w:rPr>
                <w:rFonts w:ascii="Times New Roman" w:hAnsi="Times New Roman"/>
                <w:b w:val="0"/>
                <w:sz w:val="22"/>
              </w:rPr>
              <w:t xml:space="preserve"> (А. Волоцков)</w:t>
            </w:r>
          </w:p>
        </w:tc>
        <w:tc>
          <w:tcPr>
            <w:tcW w:type="dxa" w:w="1559"/>
          </w:tcPr>
          <w:p>
            <w:pPr>
              <w:ind w:firstLine="0"/>
            </w:pPr>
            <w:r>
              <w:rPr>
                <w:rFonts w:ascii="Times New Roman" w:hAnsi="Times New Roman"/>
                <w:b w:val="0"/>
                <w:sz w:val="22"/>
              </w:rPr>
              <w:t>дублирование действующей нормы; нет данных о её неэффективности</w:t>
            </w:r>
          </w:p>
        </w:tc>
        <w:tc>
          <w:tcPr>
            <w:tcW w:type="dxa" w:w="1559"/>
          </w:tcPr>
          <w:p>
            <w:pPr>
              <w:ind w:firstLine="0"/>
            </w:pPr>
            <w:r>
              <w:rPr>
                <w:rFonts w:ascii="Times New Roman" w:hAnsi="Times New Roman"/>
                <w:b w:val="0"/>
                <w:sz w:val="22"/>
              </w:rPr>
              <w:t>применение действующих санкций; отклонить проект</w:t>
            </w:r>
          </w:p>
        </w:tc>
        <w:tc>
          <w:tcPr>
            <w:tcW w:type="dxa" w:w="1559"/>
          </w:tcPr>
          <w:p>
            <w:pPr>
              <w:ind w:firstLine="0"/>
            </w:pPr>
            <w:r>
              <w:rPr>
                <w:rFonts w:ascii="Times New Roman" w:hAnsi="Times New Roman"/>
                <w:b w:val="0"/>
                <w:sz w:val="22"/>
              </w:rPr>
              <w:t>— (решение по проекту)</w:t>
            </w:r>
          </w:p>
        </w:tc>
        <w:tc>
          <w:tcPr>
            <w:tcW w:type="dxa" w:w="1559"/>
          </w:tcPr>
          <w:p>
            <w:pPr>
              <w:ind w:firstLine="0"/>
            </w:pPr>
            <w:r>
              <w:rPr>
                <w:rFonts w:ascii="Times New Roman" w:hAnsi="Times New Roman"/>
                <w:b/>
                <w:sz w:val="22"/>
              </w:rPr>
              <w:t>решение комитета, исполнено 27.05.2026</w:t>
            </w:r>
          </w:p>
        </w:tc>
        <w:tc>
          <w:tcPr>
            <w:tcW w:type="dxa" w:w="1559"/>
          </w:tcPr>
          <w:p>
            <w:pPr>
              <w:ind w:firstLine="0"/>
            </w:pPr>
            <w:hyperlink r:id="rId150">
              <w:r>
                <w:rPr>
                  <w:rFonts w:ascii="Times New Roman" w:hAnsi="Times New Roman"/>
                  <w:color w:val="0563C1"/>
                  <w:u w:val="single"/>
                  <w:sz w:val="22"/>
                </w:rPr>
                <w:t xml:space="preserve">стенограмма ГД</w:t>
              </w:r>
            </w:hyperlink>
          </w:p>
        </w:tc>
      </w:tr>
      <w:tr>
        <w:tc>
          <w:tcPr>
            <w:tcW w:type="dxa" w:w="1559"/>
          </w:tcPr>
          <w:p>
            <w:pPr>
              <w:ind w:firstLine="0"/>
            </w:pPr>
            <w:r>
              <w:rPr>
                <w:rFonts w:ascii="Times New Roman" w:hAnsi="Times New Roman"/>
                <w:b/>
                <w:sz w:val="22"/>
              </w:rPr>
              <w:t>ЛДПР (17 депутатов во главе со Л. Слуцким) + сенатор Е. Афанасьева</w:t>
            </w:r>
          </w:p>
        </w:tc>
        <w:tc>
          <w:tcPr>
            <w:tcW w:type="dxa" w:w="1559"/>
          </w:tcPr>
          <w:p>
            <w:pPr>
              <w:ind w:firstLine="0"/>
            </w:pPr>
            <w:r>
              <w:rPr>
                <w:rFonts w:ascii="Times New Roman" w:hAnsi="Times New Roman"/>
                <w:b w:val="0"/>
                <w:sz w:val="22"/>
              </w:rPr>
              <w:t>специальное явление «травля» = систематическое (более двух раз) унижение, включая интернет и СМИ</w:t>
            </w:r>
          </w:p>
        </w:tc>
        <w:tc>
          <w:tcPr>
            <w:tcW w:type="dxa" w:w="1559"/>
          </w:tcPr>
          <w:p>
            <w:pPr>
              <w:ind w:firstLine="0"/>
            </w:pPr>
            <w:r>
              <w:rPr>
                <w:rFonts w:ascii="Times New Roman" w:hAnsi="Times New Roman"/>
                <w:b w:val="0"/>
                <w:sz w:val="22"/>
              </w:rPr>
              <w:t>специальная ответственность: новая ст. 5.61-2 КоАП, штрафы (10–50 тыс. ₽ гражданам; 100–200 тыс. ₽ должностным лицам; 100–500 тыс. ₽ организациям)</w:t>
            </w:r>
          </w:p>
        </w:tc>
        <w:tc>
          <w:tcPr>
            <w:tcW w:type="dxa" w:w="1559"/>
          </w:tcPr>
          <w:p>
            <w:pPr>
              <w:ind w:firstLine="0"/>
            </w:pPr>
            <w:r>
              <w:rPr>
                <w:rFonts w:ascii="Times New Roman" w:hAnsi="Times New Roman"/>
                <w:b w:val="0"/>
                <w:sz w:val="22"/>
              </w:rPr>
              <w:t>агрессор (в т. ч. должностные лица и организации)</w:t>
            </w:r>
          </w:p>
        </w:tc>
        <w:tc>
          <w:tcPr>
            <w:tcW w:type="dxa" w:w="1559"/>
          </w:tcPr>
          <w:p>
            <w:pPr>
              <w:ind w:firstLine="0"/>
            </w:pPr>
            <w:r>
              <w:rPr>
                <w:rFonts w:ascii="Times New Roman" w:hAnsi="Times New Roman"/>
                <w:b/>
                <w:sz w:val="22"/>
              </w:rPr>
              <w:t>внесённый законопроект № 1085766-8, отклонён 27.05.2026</w:t>
            </w:r>
          </w:p>
        </w:tc>
        <w:tc>
          <w:tcPr>
            <w:tcW w:type="dxa" w:w="1559"/>
          </w:tcPr>
          <w:p>
            <w:pPr>
              <w:ind w:firstLine="0"/>
            </w:pPr>
            <w:hyperlink r:id="rId95">
              <w:r>
                <w:rPr>
                  <w:rFonts w:ascii="Times New Roman" w:hAnsi="Times New Roman"/>
                  <w:color w:val="0563C1"/>
                  <w:u w:val="single"/>
                  <w:sz w:val="22"/>
                </w:rPr>
                <w:t xml:space="preserve">СОЗД</w:t>
              </w:r>
            </w:hyperlink>
            <w:r>
              <w:rPr>
                <w:rFonts w:ascii="Times New Roman" w:hAnsi="Times New Roman"/>
                <w:b w:val="0"/>
                <w:sz w:val="22"/>
              </w:rPr>
              <w:t xml:space="preserve">, </w:t>
            </w:r>
            <w:hyperlink r:id="rId151">
              <w:r>
                <w:rPr>
                  <w:rFonts w:ascii="Times New Roman" w:hAnsi="Times New Roman"/>
                  <w:color w:val="0563C1"/>
                  <w:u w:val="single"/>
                  <w:sz w:val="22"/>
                </w:rPr>
                <w:t xml:space="preserve">ЛДПР</w:t>
              </w:r>
            </w:hyperlink>
            <w:r>
              <w:rPr>
                <w:rFonts w:ascii="Times New Roman" w:hAnsi="Times New Roman"/>
                <w:b w:val="0"/>
                <w:sz w:val="22"/>
              </w:rPr>
              <w:t xml:space="preserve">, </w:t>
            </w:r>
            <w:hyperlink r:id="rId96">
              <w:r>
                <w:rPr>
                  <w:rFonts w:ascii="Times New Roman" w:hAnsi="Times New Roman"/>
                  <w:color w:val="0563C1"/>
                  <w:u w:val="single"/>
                  <w:sz w:val="22"/>
                </w:rPr>
                <w:t xml:space="preserve">РАПСИ</w:t>
              </w:r>
            </w:hyperlink>
          </w:p>
        </w:tc>
      </w:tr>
      <w:tr>
        <w:tc>
          <w:tcPr>
            <w:tcW w:type="dxa" w:w="1559"/>
          </w:tcPr>
          <w:p>
            <w:pPr>
              <w:ind w:firstLine="0"/>
            </w:pPr>
            <w:r>
              <w:rPr>
                <w:rFonts w:ascii="Times New Roman" w:hAnsi="Times New Roman"/>
                <w:b/>
                <w:sz w:val="22"/>
              </w:rPr>
              <w:t>А. Метелев</w:t>
            </w:r>
            <w:r>
              <w:rPr>
                <w:rFonts w:ascii="Times New Roman" w:hAnsi="Times New Roman"/>
                <w:b w:val="0"/>
                <w:sz w:val="22"/>
              </w:rPr>
              <w:t xml:space="preserve"> (комитет ГД по молодёжной политике)</w:t>
            </w:r>
          </w:p>
        </w:tc>
        <w:tc>
          <w:tcPr>
            <w:tcW w:type="dxa" w:w="1559"/>
          </w:tcPr>
          <w:p>
            <w:pPr>
              <w:ind w:firstLine="0"/>
            </w:pPr>
            <w:r>
              <w:rPr>
                <w:rFonts w:ascii="Times New Roman" w:hAnsi="Times New Roman"/>
                <w:b w:val="0"/>
                <w:sz w:val="22"/>
              </w:rPr>
              <w:t>проблема климата и профилактики: «система образования не справляется с купированием агрессии»</w:t>
            </w:r>
          </w:p>
        </w:tc>
        <w:tc>
          <w:tcPr>
            <w:tcW w:type="dxa" w:w="1559"/>
          </w:tcPr>
          <w:p>
            <w:pPr>
              <w:ind w:firstLine="0"/>
            </w:pPr>
            <w:r>
              <w:rPr>
                <w:rFonts w:ascii="Times New Roman" w:hAnsi="Times New Roman"/>
                <w:b w:val="0"/>
                <w:sz w:val="22"/>
              </w:rPr>
              <w:t>определения «травля» и «организатор травли», единый алгоритм, помощь жертве и свидетелям, работа с агрессором, медиация, роль «Движения первых»; порядок утверждает Минпросвещения с МВД, Минздравом и Росмолодёжью</w:t>
            </w:r>
          </w:p>
        </w:tc>
        <w:tc>
          <w:tcPr>
            <w:tcW w:type="dxa" w:w="1559"/>
          </w:tcPr>
          <w:p>
            <w:pPr>
              <w:ind w:firstLine="0"/>
            </w:pPr>
            <w:r>
              <w:rPr>
                <w:rFonts w:ascii="Times New Roman" w:hAnsi="Times New Roman"/>
                <w:b w:val="0"/>
                <w:sz w:val="22"/>
              </w:rPr>
              <w:t>школа и ведомства</w:t>
            </w:r>
          </w:p>
        </w:tc>
        <w:tc>
          <w:tcPr>
            <w:tcW w:type="dxa" w:w="1559"/>
          </w:tcPr>
          <w:p>
            <w:pPr>
              <w:ind w:firstLine="0"/>
            </w:pPr>
            <w:r>
              <w:rPr>
                <w:rFonts w:ascii="Times New Roman" w:hAnsi="Times New Roman"/>
                <w:b/>
                <w:sz w:val="22"/>
              </w:rPr>
              <w:t>предвнесённая инициатива</w:t>
            </w:r>
            <w:r>
              <w:rPr>
                <w:rFonts w:ascii="Times New Roman" w:hAnsi="Times New Roman"/>
                <w:b w:val="0"/>
                <w:sz w:val="22"/>
              </w:rPr>
              <w:t xml:space="preserve"> (20.11.2025 направлена в Правительство на отзыв)</w:t>
            </w:r>
          </w:p>
        </w:tc>
        <w:tc>
          <w:tcPr>
            <w:tcW w:type="dxa" w:w="1559"/>
          </w:tcPr>
          <w:p>
            <w:pPr>
              <w:ind w:firstLine="0"/>
            </w:pPr>
            <w:hyperlink r:id="rId149">
              <w:r>
                <w:rPr>
                  <w:rFonts w:ascii="Times New Roman" w:hAnsi="Times New Roman"/>
                  <w:color w:val="0563C1"/>
                  <w:u w:val="single"/>
                  <w:sz w:val="22"/>
                </w:rPr>
                <w:t xml:space="preserve">РАПСИ</w:t>
              </w:r>
            </w:hyperlink>
            <w:r>
              <w:rPr>
                <w:rFonts w:ascii="Times New Roman" w:hAnsi="Times New Roman"/>
                <w:b w:val="0"/>
                <w:sz w:val="22"/>
              </w:rPr>
              <w:t xml:space="preserve">, </w:t>
            </w:r>
            <w:hyperlink r:id="rId97">
              <w:r>
                <w:rPr>
                  <w:rFonts w:ascii="Times New Roman" w:hAnsi="Times New Roman"/>
                  <w:color w:val="0563C1"/>
                  <w:u w:val="single"/>
                  <w:sz w:val="22"/>
                </w:rPr>
                <w:t xml:space="preserve">«Коммерсантъ»</w:t>
              </w:r>
            </w:hyperlink>
          </w:p>
        </w:tc>
      </w:tr>
      <w:tr>
        <w:tc>
          <w:tcPr>
            <w:tcW w:type="dxa" w:w="1559"/>
          </w:tcPr>
          <w:p>
            <w:pPr>
              <w:ind w:firstLine="0"/>
            </w:pPr>
            <w:r>
              <w:rPr>
                <w:rFonts w:ascii="Times New Roman" w:hAnsi="Times New Roman"/>
                <w:b/>
                <w:sz w:val="22"/>
              </w:rPr>
              <w:t>А. Кузнецова</w:t>
            </w:r>
            <w:r>
              <w:rPr>
                <w:rFonts w:ascii="Times New Roman" w:hAnsi="Times New Roman"/>
                <w:b w:val="0"/>
                <w:sz w:val="22"/>
              </w:rPr>
              <w:t xml:space="preserve"> (вице-спикер ГД)</w:t>
            </w:r>
          </w:p>
        </w:tc>
        <w:tc>
          <w:tcPr>
            <w:tcW w:type="dxa" w:w="1559"/>
          </w:tcPr>
          <w:p>
            <w:pPr>
              <w:ind w:firstLine="0"/>
            </w:pPr>
            <w:r>
              <w:rPr>
                <w:rFonts w:ascii="Times New Roman" w:hAnsi="Times New Roman"/>
                <w:b w:val="0"/>
                <w:sz w:val="22"/>
              </w:rPr>
              <w:t>сбой профилактики и реагирования на местах</w:t>
            </w:r>
          </w:p>
        </w:tc>
        <w:tc>
          <w:tcPr>
            <w:tcW w:type="dxa" w:w="1559"/>
          </w:tcPr>
          <w:p>
            <w:pPr>
              <w:ind w:firstLine="0"/>
            </w:pPr>
            <w:r>
              <w:rPr>
                <w:rFonts w:ascii="Times New Roman" w:hAnsi="Times New Roman"/>
                <w:b w:val="0"/>
                <w:sz w:val="22"/>
              </w:rPr>
              <w:t>проверка всех регионов Генпрокуратурой + единый алгоритм помощи детям, родителям, педагогам</w:t>
            </w:r>
          </w:p>
        </w:tc>
        <w:tc>
          <w:tcPr>
            <w:tcW w:type="dxa" w:w="1559"/>
          </w:tcPr>
          <w:p>
            <w:pPr>
              <w:ind w:firstLine="0"/>
            </w:pPr>
            <w:r>
              <w:rPr>
                <w:rFonts w:ascii="Times New Roman" w:hAnsi="Times New Roman"/>
                <w:b w:val="0"/>
                <w:sz w:val="22"/>
              </w:rPr>
              <w:t>органы профилактики, школа</w:t>
            </w:r>
          </w:p>
        </w:tc>
        <w:tc>
          <w:tcPr>
            <w:tcW w:type="dxa" w:w="1559"/>
          </w:tcPr>
          <w:p>
            <w:pPr>
              <w:ind w:firstLine="0"/>
            </w:pPr>
            <w:r>
              <w:rPr>
                <w:rFonts w:ascii="Times New Roman" w:hAnsi="Times New Roman"/>
                <w:b/>
                <w:sz w:val="22"/>
              </w:rPr>
              <w:t>обращение и работа над проектом (заявление)</w:t>
            </w:r>
          </w:p>
        </w:tc>
        <w:tc>
          <w:tcPr>
            <w:tcW w:type="dxa" w:w="1559"/>
          </w:tcPr>
          <w:p>
            <w:pPr>
              <w:ind w:firstLine="0"/>
            </w:pPr>
            <w:hyperlink r:id="rId149">
              <w:r>
                <w:rPr>
                  <w:rFonts w:ascii="Times New Roman" w:hAnsi="Times New Roman"/>
                  <w:color w:val="0563C1"/>
                  <w:u w:val="single"/>
                  <w:sz w:val="22"/>
                </w:rPr>
                <w:t xml:space="preserve">РАПСИ</w:t>
              </w:r>
            </w:hyperlink>
          </w:p>
        </w:tc>
      </w:tr>
      <w:tr>
        <w:tc>
          <w:tcPr>
            <w:tcW w:type="dxa" w:w="1559"/>
          </w:tcPr>
          <w:p>
            <w:pPr>
              <w:ind w:firstLine="0"/>
            </w:pPr>
            <w:r>
              <w:rPr>
                <w:rFonts w:ascii="Times New Roman" w:hAnsi="Times New Roman"/>
                <w:b/>
                <w:sz w:val="22"/>
              </w:rPr>
              <w:t>Т. Буцкая</w:t>
            </w:r>
            <w:r>
              <w:rPr>
                <w:rFonts w:ascii="Times New Roman" w:hAnsi="Times New Roman"/>
                <w:b w:val="0"/>
                <w:sz w:val="22"/>
              </w:rPr>
              <w:t xml:space="preserve"> (комитет по защите семьи)</w:t>
            </w:r>
          </w:p>
        </w:tc>
        <w:tc>
          <w:tcPr>
            <w:tcW w:type="dxa" w:w="1559"/>
          </w:tcPr>
          <w:p>
            <w:pPr>
              <w:ind w:firstLine="0"/>
            </w:pPr>
            <w:r>
              <w:rPr>
                <w:rFonts w:ascii="Times New Roman" w:hAnsi="Times New Roman"/>
                <w:b w:val="0"/>
                <w:sz w:val="22"/>
              </w:rPr>
              <w:t>цифровой риск: видео нападений как «инструкция» и «эффект подражания»</w:t>
            </w:r>
          </w:p>
        </w:tc>
        <w:tc>
          <w:tcPr>
            <w:tcW w:type="dxa" w:w="1559"/>
          </w:tcPr>
          <w:p>
            <w:pPr>
              <w:ind w:firstLine="0"/>
            </w:pPr>
            <w:r>
              <w:rPr>
                <w:rFonts w:ascii="Times New Roman" w:hAnsi="Times New Roman"/>
                <w:b w:val="0"/>
                <w:sz w:val="22"/>
              </w:rPr>
              <w:t>ограничить публикацию видео нападений; изменения в закон о распространении такого контента; ставка на медиаторов, а не психологов</w:t>
            </w:r>
          </w:p>
        </w:tc>
        <w:tc>
          <w:tcPr>
            <w:tcW w:type="dxa" w:w="1559"/>
          </w:tcPr>
          <w:p>
            <w:pPr>
              <w:ind w:firstLine="0"/>
            </w:pPr>
            <w:r>
              <w:rPr>
                <w:rFonts w:ascii="Times New Roman" w:hAnsi="Times New Roman"/>
                <w:b w:val="0"/>
                <w:sz w:val="22"/>
              </w:rPr>
              <w:t>СМИ, платформы, школа</w:t>
            </w:r>
          </w:p>
        </w:tc>
        <w:tc>
          <w:tcPr>
            <w:tcW w:type="dxa" w:w="1559"/>
          </w:tcPr>
          <w:p>
            <w:pPr>
              <w:ind w:firstLine="0"/>
            </w:pPr>
            <w:r>
              <w:rPr>
                <w:rFonts w:ascii="Times New Roman" w:hAnsi="Times New Roman"/>
                <w:b/>
                <w:sz w:val="22"/>
              </w:rPr>
              <w:t>письмо в Роскомнадзор (04.02.2026); заявление (2025)</w:t>
            </w:r>
          </w:p>
        </w:tc>
        <w:tc>
          <w:tcPr>
            <w:tcW w:type="dxa" w:w="1559"/>
          </w:tcPr>
          <w:p>
            <w:pPr>
              <w:ind w:firstLine="0"/>
            </w:pPr>
            <w:hyperlink r:id="rId152">
              <w:r>
                <w:rPr>
                  <w:rFonts w:ascii="Times New Roman" w:hAnsi="Times New Roman"/>
                  <w:color w:val="0563C1"/>
                  <w:u w:val="single"/>
                  <w:sz w:val="22"/>
                </w:rPr>
                <w:t xml:space="preserve">«Бизнес Online»</w:t>
              </w:r>
            </w:hyperlink>
            <w:r>
              <w:rPr>
                <w:rFonts w:ascii="Times New Roman" w:hAnsi="Times New Roman"/>
                <w:b w:val="0"/>
                <w:sz w:val="22"/>
              </w:rPr>
              <w:t xml:space="preserve">, </w:t>
            </w:r>
            <w:hyperlink r:id="rId153">
              <w:r>
                <w:rPr>
                  <w:rFonts w:ascii="Times New Roman" w:hAnsi="Times New Roman"/>
                  <w:color w:val="0563C1"/>
                  <w:u w:val="single"/>
                  <w:sz w:val="22"/>
                </w:rPr>
                <w:t xml:space="preserve">«Парламентская газета»</w:t>
              </w:r>
            </w:hyperlink>
          </w:p>
        </w:tc>
      </w:tr>
      <w:tr>
        <w:tc>
          <w:tcPr>
            <w:tcW w:type="dxa" w:w="1559"/>
          </w:tcPr>
          <w:p>
            <w:pPr>
              <w:ind w:firstLine="0"/>
            </w:pPr>
            <w:r>
              <w:rPr>
                <w:rFonts w:ascii="Times New Roman" w:hAnsi="Times New Roman"/>
                <w:b/>
                <w:sz w:val="22"/>
              </w:rPr>
              <w:t>М. Киселёв</w:t>
            </w:r>
            <w:r>
              <w:rPr>
                <w:rFonts w:ascii="Times New Roman" w:hAnsi="Times New Roman"/>
                <w:b w:val="0"/>
                <w:sz w:val="22"/>
              </w:rPr>
              <w:t xml:space="preserve"> (комитет по молодёжной политике)</w:t>
            </w:r>
          </w:p>
        </w:tc>
        <w:tc>
          <w:tcPr>
            <w:tcW w:type="dxa" w:w="1559"/>
          </w:tcPr>
          <w:p>
            <w:pPr>
              <w:ind w:firstLine="0"/>
            </w:pPr>
            <w:r>
              <w:rPr>
                <w:rFonts w:ascii="Times New Roman" w:hAnsi="Times New Roman"/>
                <w:b w:val="0"/>
                <w:sz w:val="22"/>
              </w:rPr>
              <w:t>проблема есть, но новых структур не требует</w:t>
            </w:r>
          </w:p>
        </w:tc>
        <w:tc>
          <w:tcPr>
            <w:tcW w:type="dxa" w:w="1559"/>
          </w:tcPr>
          <w:p>
            <w:pPr>
              <w:ind w:firstLine="0"/>
            </w:pPr>
            <w:r>
              <w:rPr>
                <w:rFonts w:ascii="Times New Roman" w:hAnsi="Times New Roman"/>
                <w:b/>
                <w:sz w:val="22"/>
              </w:rPr>
              <w:t>новое регулирование не требуется, «ответственные структуры уже есть»</w:t>
            </w:r>
          </w:p>
        </w:tc>
        <w:tc>
          <w:tcPr>
            <w:tcW w:type="dxa" w:w="1559"/>
          </w:tcPr>
          <w:p>
            <w:pPr>
              <w:ind w:firstLine="0"/>
            </w:pPr>
            <w:r>
              <w:rPr>
                <w:rFonts w:ascii="Times New Roman" w:hAnsi="Times New Roman"/>
                <w:b w:val="0"/>
                <w:sz w:val="22"/>
              </w:rPr>
              <w:t>существующие органы</w:t>
            </w:r>
          </w:p>
        </w:tc>
        <w:tc>
          <w:tcPr>
            <w:tcW w:type="dxa" w:w="1559"/>
          </w:tcPr>
          <w:p>
            <w:pPr>
              <w:ind w:firstLine="0"/>
            </w:pPr>
            <w:r>
              <w:rPr>
                <w:rFonts w:ascii="Times New Roman" w:hAnsi="Times New Roman"/>
                <w:b w:val="0"/>
                <w:sz w:val="22"/>
              </w:rPr>
              <w:t>политическое заявление</w:t>
            </w:r>
          </w:p>
        </w:tc>
        <w:tc>
          <w:tcPr>
            <w:tcW w:type="dxa" w:w="1559"/>
          </w:tcPr>
          <w:p>
            <w:pPr>
              <w:ind w:firstLine="0"/>
            </w:pPr>
            <w:hyperlink r:id="rId154">
              <w:r>
                <w:rPr>
                  <w:rFonts w:ascii="Times New Roman" w:hAnsi="Times New Roman"/>
                  <w:color w:val="0563C1"/>
                  <w:u w:val="single"/>
                  <w:sz w:val="22"/>
                </w:rPr>
                <w:t xml:space="preserve">M24, 18.02.2026</w:t>
              </w:r>
            </w:hyperlink>
          </w:p>
        </w:tc>
      </w:tr>
      <w:tr>
        <w:tc>
          <w:tcPr>
            <w:tcW w:type="dxa" w:w="1559"/>
          </w:tcPr>
          <w:p>
            <w:pPr>
              <w:ind w:firstLine="0"/>
            </w:pPr>
            <w:r>
              <w:rPr>
                <w:rFonts w:ascii="Times New Roman" w:hAnsi="Times New Roman"/>
                <w:b/>
                <w:sz w:val="22"/>
              </w:rPr>
              <w:t>В. Даванков, «Новые люди»</w:t>
            </w:r>
          </w:p>
        </w:tc>
        <w:tc>
          <w:tcPr>
            <w:tcW w:type="dxa" w:w="1559"/>
          </w:tcPr>
          <w:p>
            <w:pPr>
              <w:ind w:firstLine="0"/>
            </w:pPr>
            <w:r>
              <w:rPr>
                <w:rFonts w:ascii="Times New Roman" w:hAnsi="Times New Roman"/>
                <w:b w:val="0"/>
                <w:sz w:val="22"/>
              </w:rPr>
              <w:t>нет законодательного определения буллинга; меры разрозненны и зависят от школ</w:t>
            </w:r>
          </w:p>
        </w:tc>
        <w:tc>
          <w:tcPr>
            <w:tcW w:type="dxa" w:w="1559"/>
          </w:tcPr>
          <w:p>
            <w:pPr>
              <w:ind w:firstLine="0"/>
            </w:pPr>
            <w:r>
              <w:rPr>
                <w:rFonts w:ascii="Times New Roman" w:hAnsi="Times New Roman"/>
                <w:b w:val="0"/>
                <w:sz w:val="22"/>
              </w:rPr>
              <w:t>федеральное агентство как единый координатор: стандарты, горячая линия, ресурс, переподготовка педагогов</w:t>
            </w:r>
          </w:p>
        </w:tc>
        <w:tc>
          <w:tcPr>
            <w:tcW w:type="dxa" w:w="1559"/>
          </w:tcPr>
          <w:p>
            <w:pPr>
              <w:ind w:firstLine="0"/>
            </w:pPr>
            <w:r>
              <w:rPr>
                <w:rFonts w:ascii="Times New Roman" w:hAnsi="Times New Roman"/>
                <w:b w:val="0"/>
                <w:sz w:val="22"/>
              </w:rPr>
              <w:t>новое ведомство</w:t>
            </w:r>
          </w:p>
        </w:tc>
        <w:tc>
          <w:tcPr>
            <w:tcW w:type="dxa" w:w="1559"/>
          </w:tcPr>
          <w:p>
            <w:pPr>
              <w:ind w:firstLine="0"/>
            </w:pPr>
            <w:r>
              <w:rPr>
                <w:rFonts w:ascii="Times New Roman" w:hAnsi="Times New Roman"/>
                <w:b/>
                <w:sz w:val="22"/>
              </w:rPr>
              <w:t>предвнесённая инициатива</w:t>
            </w:r>
            <w:r>
              <w:rPr>
                <w:rFonts w:ascii="Times New Roman" w:hAnsi="Times New Roman"/>
                <w:b w:val="0"/>
                <w:sz w:val="22"/>
              </w:rPr>
              <w:t xml:space="preserve"> (письмо премьер-министру)</w:t>
            </w:r>
          </w:p>
        </w:tc>
        <w:tc>
          <w:tcPr>
            <w:tcW w:type="dxa" w:w="1559"/>
          </w:tcPr>
          <w:p>
            <w:pPr>
              <w:ind w:firstLine="0"/>
            </w:pPr>
            <w:hyperlink r:id="rId154">
              <w:r>
                <w:rPr>
                  <w:rFonts w:ascii="Times New Roman" w:hAnsi="Times New Roman"/>
                  <w:color w:val="0563C1"/>
                  <w:u w:val="single"/>
                  <w:sz w:val="22"/>
                </w:rPr>
                <w:t xml:space="preserve">M24</w:t>
              </w:r>
            </w:hyperlink>
          </w:p>
        </w:tc>
      </w:tr>
      <w:tr>
        <w:tc>
          <w:tcPr>
            <w:tcW w:type="dxa" w:w="1559"/>
          </w:tcPr>
          <w:p>
            <w:pPr>
              <w:ind w:firstLine="0"/>
            </w:pPr>
            <w:r>
              <w:rPr>
                <w:rFonts w:ascii="Times New Roman" w:hAnsi="Times New Roman"/>
                <w:b/>
                <w:sz w:val="22"/>
              </w:rPr>
              <w:t>А. Скрозникова, «Новые люди»</w:t>
            </w:r>
          </w:p>
        </w:tc>
        <w:tc>
          <w:tcPr>
            <w:tcW w:type="dxa" w:w="1559"/>
          </w:tcPr>
          <w:p>
            <w:pPr>
              <w:ind w:firstLine="0"/>
            </w:pPr>
            <w:r>
              <w:rPr>
                <w:rFonts w:ascii="Times New Roman" w:hAnsi="Times New Roman"/>
                <w:b w:val="0"/>
                <w:sz w:val="22"/>
              </w:rPr>
              <w:t>проблема климата школы, выявляемая измерением</w:t>
            </w:r>
          </w:p>
        </w:tc>
        <w:tc>
          <w:tcPr>
            <w:tcW w:type="dxa" w:w="1559"/>
          </w:tcPr>
          <w:p>
            <w:pPr>
              <w:ind w:firstLine="0"/>
            </w:pPr>
            <w:r>
              <w:rPr>
                <w:rFonts w:ascii="Times New Roman" w:hAnsi="Times New Roman"/>
                <w:b w:val="0"/>
                <w:sz w:val="22"/>
              </w:rPr>
              <w:t>«Индекс дружелюбия школ»: анонимные опросы школьников, школы «группы риска»</w:t>
            </w:r>
          </w:p>
        </w:tc>
        <w:tc>
          <w:tcPr>
            <w:tcW w:type="dxa" w:w="1559"/>
          </w:tcPr>
          <w:p>
            <w:pPr>
              <w:ind w:firstLine="0"/>
            </w:pPr>
            <w:r>
              <w:rPr>
                <w:rFonts w:ascii="Times New Roman" w:hAnsi="Times New Roman"/>
                <w:b w:val="0"/>
                <w:sz w:val="22"/>
              </w:rPr>
              <w:t>школа, регион</w:t>
            </w:r>
          </w:p>
        </w:tc>
        <w:tc>
          <w:tcPr>
            <w:tcW w:type="dxa" w:w="1559"/>
          </w:tcPr>
          <w:p>
            <w:pPr>
              <w:ind w:firstLine="0"/>
            </w:pPr>
            <w:r>
              <w:rPr>
                <w:rFonts w:ascii="Times New Roman" w:hAnsi="Times New Roman"/>
                <w:b w:val="0"/>
                <w:sz w:val="22"/>
              </w:rPr>
              <w:t>предвнесённая инициатива (письмо вице-премьеру)</w:t>
            </w:r>
          </w:p>
        </w:tc>
        <w:tc>
          <w:tcPr>
            <w:tcW w:type="dxa" w:w="1559"/>
          </w:tcPr>
          <w:p>
            <w:pPr>
              <w:ind w:firstLine="0"/>
            </w:pPr>
            <w:hyperlink r:id="rId155">
              <w:r>
                <w:rPr>
                  <w:rFonts w:ascii="Times New Roman" w:hAnsi="Times New Roman"/>
                  <w:color w:val="0563C1"/>
                  <w:u w:val="single"/>
                  <w:sz w:val="22"/>
                </w:rPr>
                <w:t xml:space="preserve">«МК», 02.11.2023</w:t>
              </w:r>
            </w:hyperlink>
          </w:p>
        </w:tc>
      </w:tr>
      <w:tr>
        <w:tc>
          <w:tcPr>
            <w:tcW w:type="dxa" w:w="1559"/>
          </w:tcPr>
          <w:p>
            <w:pPr>
              <w:ind w:firstLine="0"/>
            </w:pPr>
            <w:r>
              <w:rPr>
                <w:rFonts w:ascii="Times New Roman" w:hAnsi="Times New Roman"/>
                <w:b/>
                <w:sz w:val="22"/>
              </w:rPr>
              <w:t>Минпросвещения</w:t>
            </w:r>
          </w:p>
        </w:tc>
        <w:tc>
          <w:tcPr>
            <w:tcW w:type="dxa" w:w="1559"/>
          </w:tcPr>
          <w:p>
            <w:pPr>
              <w:ind w:firstLine="0"/>
            </w:pPr>
            <w:r>
              <w:rPr>
                <w:rFonts w:ascii="Times New Roman" w:hAnsi="Times New Roman"/>
                <w:b w:val="0"/>
                <w:sz w:val="22"/>
              </w:rPr>
              <w:t>сбой реагирования и климат; травля названа прямо</w:t>
            </w:r>
          </w:p>
        </w:tc>
        <w:tc>
          <w:tcPr>
            <w:tcW w:type="dxa" w:w="1559"/>
          </w:tcPr>
          <w:p>
            <w:pPr>
              <w:ind w:firstLine="0"/>
            </w:pPr>
            <w:r>
              <w:rPr>
                <w:rFonts w:ascii="Times New Roman" w:hAnsi="Times New Roman"/>
                <w:b w:val="0"/>
                <w:sz w:val="22"/>
              </w:rPr>
              <w:t>памятка (26.03.2025), инструкция педагогу (11.12.2025), пятиэтапный регламент разрешения конфликтов 5–9 дней (26.12.2025), круглосуточные линии помощи</w:t>
            </w:r>
          </w:p>
        </w:tc>
        <w:tc>
          <w:tcPr>
            <w:tcW w:type="dxa" w:w="1559"/>
          </w:tcPr>
          <w:p>
            <w:pPr>
              <w:ind w:firstLine="0"/>
            </w:pPr>
            <w:r>
              <w:rPr>
                <w:rFonts w:ascii="Times New Roman" w:hAnsi="Times New Roman"/>
                <w:b w:val="0"/>
                <w:sz w:val="22"/>
              </w:rPr>
              <w:t>педагог, директор, школа</w:t>
            </w:r>
          </w:p>
        </w:tc>
        <w:tc>
          <w:tcPr>
            <w:tcW w:type="dxa" w:w="1559"/>
          </w:tcPr>
          <w:p>
            <w:pPr>
              <w:ind w:firstLine="0"/>
            </w:pPr>
            <w:r>
              <w:rPr>
                <w:rFonts w:ascii="Times New Roman" w:hAnsi="Times New Roman"/>
                <w:b/>
                <w:sz w:val="22"/>
              </w:rPr>
              <w:t>методические акты и действующие сервисы</w:t>
            </w:r>
          </w:p>
        </w:tc>
        <w:tc>
          <w:tcPr>
            <w:tcW w:type="dxa" w:w="1559"/>
          </w:tcPr>
          <w:p>
            <w:pPr>
              <w:ind w:firstLine="0"/>
            </w:pPr>
            <w:hyperlink r:id="rId99">
              <w:r>
                <w:rPr>
                  <w:rFonts w:ascii="Times New Roman" w:hAnsi="Times New Roman"/>
                  <w:color w:val="0563C1"/>
                  <w:u w:val="single"/>
                  <w:sz w:val="22"/>
                </w:rPr>
                <w:t xml:space="preserve">памятка</w:t>
              </w:r>
            </w:hyperlink>
            <w:r>
              <w:rPr>
                <w:rFonts w:ascii="Times New Roman" w:hAnsi="Times New Roman"/>
                <w:b w:val="0"/>
                <w:sz w:val="22"/>
              </w:rPr>
              <w:t xml:space="preserve">, </w:t>
            </w:r>
            <w:hyperlink r:id="rId156">
              <w:r>
                <w:rPr>
                  <w:rFonts w:ascii="Times New Roman" w:hAnsi="Times New Roman"/>
                  <w:color w:val="0563C1"/>
                  <w:u w:val="single"/>
                  <w:sz w:val="22"/>
                </w:rPr>
                <w:t xml:space="preserve">инструкция</w:t>
              </w:r>
            </w:hyperlink>
            <w:r>
              <w:rPr>
                <w:rFonts w:ascii="Times New Roman" w:hAnsi="Times New Roman"/>
                <w:b w:val="0"/>
                <w:sz w:val="22"/>
              </w:rPr>
              <w:t xml:space="preserve">, </w:t>
            </w:r>
            <w:hyperlink r:id="rId157">
              <w:r>
                <w:rPr>
                  <w:rFonts w:ascii="Times New Roman" w:hAnsi="Times New Roman"/>
                  <w:color w:val="0563C1"/>
                  <w:u w:val="single"/>
                  <w:sz w:val="22"/>
                </w:rPr>
                <w:t xml:space="preserve">регламент</w:t>
              </w:r>
            </w:hyperlink>
            <w:r>
              <w:rPr>
                <w:rFonts w:ascii="Times New Roman" w:hAnsi="Times New Roman"/>
                <w:b w:val="0"/>
                <w:sz w:val="22"/>
              </w:rPr>
              <w:t xml:space="preserve">, </w:t>
            </w:r>
            <w:hyperlink r:id="rId158">
              <w:r>
                <w:rPr>
                  <w:rFonts w:ascii="Times New Roman" w:hAnsi="Times New Roman"/>
                  <w:color w:val="0563C1"/>
                  <w:u w:val="single"/>
                  <w:sz w:val="22"/>
                </w:rPr>
                <w:t xml:space="preserve">линия «Школа доверия»</w:t>
              </w:r>
            </w:hyperlink>
          </w:p>
        </w:tc>
      </w:tr>
      <w:tr>
        <w:tc>
          <w:tcPr>
            <w:tcW w:type="dxa" w:w="1559"/>
          </w:tcPr>
          <w:p>
            <w:pPr>
              <w:ind w:firstLine="0"/>
            </w:pPr>
            <w:r>
              <w:rPr>
                <w:rFonts w:ascii="Times New Roman" w:hAnsi="Times New Roman"/>
                <w:b/>
                <w:sz w:val="22"/>
              </w:rPr>
              <w:t>Уполномоченный по правам ребёнка М. Львова-Белова</w:t>
            </w:r>
          </w:p>
        </w:tc>
        <w:tc>
          <w:tcPr>
            <w:tcW w:type="dxa" w:w="1559"/>
          </w:tcPr>
          <w:p>
            <w:pPr>
              <w:ind w:firstLine="0"/>
            </w:pPr>
            <w:r>
              <w:rPr>
                <w:rFonts w:ascii="Times New Roman" w:hAnsi="Times New Roman"/>
                <w:b w:val="0"/>
                <w:sz w:val="22"/>
              </w:rPr>
              <w:t>сбой выявления: конфликты не фиксируются</w:t>
            </w:r>
          </w:p>
        </w:tc>
        <w:tc>
          <w:tcPr>
            <w:tcW w:type="dxa" w:w="1559"/>
          </w:tcPr>
          <w:p>
            <w:pPr>
              <w:ind w:firstLine="0"/>
            </w:pPr>
            <w:r>
              <w:rPr>
                <w:rFonts w:ascii="Times New Roman" w:hAnsi="Times New Roman"/>
                <w:b w:val="0"/>
                <w:sz w:val="22"/>
              </w:rPr>
              <w:t>закрепить в законе понятие «травля» + создать систему регистрации конфликтов</w:t>
            </w:r>
          </w:p>
        </w:tc>
        <w:tc>
          <w:tcPr>
            <w:tcW w:type="dxa" w:w="1559"/>
          </w:tcPr>
          <w:p>
            <w:pPr>
              <w:ind w:firstLine="0"/>
            </w:pPr>
            <w:r>
              <w:rPr>
                <w:rFonts w:ascii="Times New Roman" w:hAnsi="Times New Roman"/>
                <w:b w:val="0"/>
                <w:sz w:val="22"/>
              </w:rPr>
              <w:t>законодатель, школа</w:t>
            </w:r>
          </w:p>
        </w:tc>
        <w:tc>
          <w:tcPr>
            <w:tcW w:type="dxa" w:w="1559"/>
          </w:tcPr>
          <w:p>
            <w:pPr>
              <w:ind w:firstLine="0"/>
            </w:pPr>
            <w:r>
              <w:rPr>
                <w:rFonts w:ascii="Times New Roman" w:hAnsi="Times New Roman"/>
                <w:b/>
                <w:sz w:val="22"/>
              </w:rPr>
              <w:t>официальная рекомендация Правительству (июль 2026)</w:t>
            </w:r>
          </w:p>
        </w:tc>
        <w:tc>
          <w:tcPr>
            <w:tcW w:type="dxa" w:w="1559"/>
          </w:tcPr>
          <w:p>
            <w:pPr>
              <w:ind w:firstLine="0"/>
            </w:pPr>
            <w:hyperlink r:id="rId159">
              <w:r>
                <w:rPr>
                  <w:rFonts w:ascii="Times New Roman" w:hAnsi="Times New Roman"/>
                  <w:color w:val="0563C1"/>
                  <w:u w:val="single"/>
                  <w:sz w:val="22"/>
                </w:rPr>
                <w:t xml:space="preserve">АСИ, 2023</w:t>
              </w:r>
            </w:hyperlink>
            <w:r>
              <w:rPr>
                <w:rFonts w:ascii="Times New Roman" w:hAnsi="Times New Roman"/>
                <w:b w:val="0"/>
                <w:sz w:val="22"/>
              </w:rPr>
              <w:t xml:space="preserve">, </w:t>
            </w:r>
            <w:hyperlink r:id="rId148">
              <w:r>
                <w:rPr>
                  <w:rFonts w:ascii="Times New Roman" w:hAnsi="Times New Roman"/>
                  <w:color w:val="0563C1"/>
                  <w:u w:val="single"/>
                  <w:sz w:val="22"/>
                </w:rPr>
                <w:t xml:space="preserve">«Интерфакс», 2026</w:t>
              </w:r>
            </w:hyperlink>
          </w:p>
        </w:tc>
      </w:tr>
      <w:tr>
        <w:tc>
          <w:tcPr>
            <w:tcW w:type="dxa" w:w="1559"/>
          </w:tcPr>
          <w:p>
            <w:pPr>
              <w:ind w:firstLine="0"/>
            </w:pPr>
            <w:r>
              <w:rPr>
                <w:rFonts w:ascii="Times New Roman" w:hAnsi="Times New Roman"/>
                <w:b/>
                <w:sz w:val="22"/>
              </w:rPr>
              <w:t>Генеральный прокурор И. Краснов; органы прокуратуры</w:t>
            </w:r>
          </w:p>
        </w:tc>
        <w:tc>
          <w:tcPr>
            <w:tcW w:type="dxa" w:w="1559"/>
          </w:tcPr>
          <w:p>
            <w:pPr>
              <w:ind w:firstLine="0"/>
            </w:pPr>
            <w:r>
              <w:rPr>
                <w:rFonts w:ascii="Times New Roman" w:hAnsi="Times New Roman"/>
                <w:b w:val="0"/>
                <w:sz w:val="22"/>
              </w:rPr>
              <w:t>сбой выявления и реагирования; названы замалчивание педагогами, нехватка психологов, отсутствие служб</w:t>
            </w:r>
          </w:p>
        </w:tc>
        <w:tc>
          <w:tcPr>
            <w:tcW w:type="dxa" w:w="1559"/>
          </w:tcPr>
          <w:p>
            <w:pPr>
              <w:ind w:firstLine="0"/>
            </w:pPr>
            <w:r>
              <w:rPr>
                <w:rFonts w:ascii="Times New Roman" w:hAnsi="Times New Roman"/>
                <w:b w:val="0"/>
                <w:sz w:val="22"/>
              </w:rPr>
              <w:t>перевести урегулирование конфликтных и проблемных ситуаций в школах в «императивную нормативную плоскость» — открытый перечень вариантов (регистрация, алгоритм реагирования, межведомственная передача, кадровые требования, создание служб)</w:t>
            </w:r>
          </w:p>
        </w:tc>
        <w:tc>
          <w:tcPr>
            <w:tcW w:type="dxa" w:w="1559"/>
          </w:tcPr>
          <w:p>
            <w:pPr>
              <w:ind w:firstLine="0"/>
            </w:pPr>
            <w:r>
              <w:rPr>
                <w:rFonts w:ascii="Times New Roman" w:hAnsi="Times New Roman"/>
                <w:b w:val="0"/>
                <w:sz w:val="22"/>
              </w:rPr>
              <w:t>школа, ведомства</w:t>
            </w:r>
          </w:p>
        </w:tc>
        <w:tc>
          <w:tcPr>
            <w:tcW w:type="dxa" w:w="1559"/>
          </w:tcPr>
          <w:p>
            <w:pPr>
              <w:ind w:firstLine="0"/>
            </w:pPr>
            <w:r>
              <w:rPr>
                <w:rFonts w:ascii="Times New Roman" w:hAnsi="Times New Roman"/>
                <w:b/>
                <w:sz w:val="22"/>
              </w:rPr>
              <w:t>политическое заявление</w:t>
            </w:r>
            <w:r>
              <w:rPr>
                <w:rFonts w:ascii="Times New Roman" w:hAnsi="Times New Roman"/>
                <w:b w:val="0"/>
                <w:sz w:val="22"/>
              </w:rPr>
              <w:t xml:space="preserve"> (нормы не приняты)</w:t>
            </w:r>
          </w:p>
        </w:tc>
        <w:tc>
          <w:tcPr>
            <w:tcW w:type="dxa" w:w="1559"/>
          </w:tcPr>
          <w:p>
            <w:pPr>
              <w:ind w:firstLine="0"/>
            </w:pPr>
            <w:hyperlink r:id="rId147">
              <w:r>
                <w:rPr>
                  <w:rFonts w:ascii="Times New Roman" w:hAnsi="Times New Roman"/>
                  <w:color w:val="0563C1"/>
                  <w:u w:val="single"/>
                  <w:sz w:val="22"/>
                </w:rPr>
                <w:t xml:space="preserve">ЕПП Генпрокуратуры, 24.04.2024</w:t>
              </w:r>
            </w:hyperlink>
            <w:r>
              <w:rPr>
                <w:rFonts w:ascii="Times New Roman" w:hAnsi="Times New Roman"/>
                <w:b w:val="0"/>
                <w:sz w:val="22"/>
              </w:rPr>
              <w:t xml:space="preserve">, </w:t>
            </w:r>
            <w:hyperlink r:id="rId32">
              <w:r>
                <w:rPr>
                  <w:rFonts w:ascii="Times New Roman" w:hAnsi="Times New Roman"/>
                  <w:color w:val="0563C1"/>
                  <w:u w:val="single"/>
                  <w:sz w:val="22"/>
                </w:rPr>
                <w:t xml:space="preserve">«Психологическая газета»</w:t>
              </w:r>
            </w:hyperlink>
          </w:p>
        </w:tc>
      </w:tr>
      <w:tr>
        <w:tc>
          <w:tcPr>
            <w:tcW w:type="dxa" w:w="1559"/>
          </w:tcPr>
          <w:p>
            <w:pPr>
              <w:ind w:firstLine="0"/>
            </w:pPr>
            <w:r>
              <w:rPr>
                <w:rFonts w:ascii="Times New Roman" w:hAnsi="Times New Roman"/>
                <w:b/>
                <w:sz w:val="22"/>
              </w:rPr>
              <w:t>Следственный комитет (А. Бастрыкин)</w:t>
            </w:r>
          </w:p>
        </w:tc>
        <w:tc>
          <w:tcPr>
            <w:tcW w:type="dxa" w:w="1559"/>
          </w:tcPr>
          <w:p>
            <w:pPr>
              <w:ind w:firstLine="0"/>
            </w:pPr>
            <w:r>
              <w:rPr>
                <w:rFonts w:ascii="Times New Roman" w:hAnsi="Times New Roman"/>
                <w:b w:val="0"/>
                <w:sz w:val="22"/>
              </w:rPr>
              <w:t>конкретный случай как противоправные действия; процессуальная проверка</w:t>
            </w:r>
          </w:p>
        </w:tc>
        <w:tc>
          <w:tcPr>
            <w:tcW w:type="dxa" w:w="1559"/>
          </w:tcPr>
          <w:p>
            <w:pPr>
              <w:ind w:firstLine="0"/>
            </w:pPr>
            <w:r>
              <w:rPr>
                <w:rFonts w:ascii="Times New Roman" w:hAnsi="Times New Roman"/>
                <w:b w:val="0"/>
                <w:sz w:val="22"/>
              </w:rPr>
              <w:t>применение действующих норм, доклад по проверке</w:t>
            </w:r>
          </w:p>
        </w:tc>
        <w:tc>
          <w:tcPr>
            <w:tcW w:type="dxa" w:w="1559"/>
          </w:tcPr>
          <w:p>
            <w:pPr>
              <w:ind w:firstLine="0"/>
            </w:pPr>
            <w:r>
              <w:rPr>
                <w:rFonts w:ascii="Times New Roman" w:hAnsi="Times New Roman"/>
                <w:b w:val="0"/>
                <w:sz w:val="22"/>
              </w:rPr>
              <w:t>следственные органы</w:t>
            </w:r>
          </w:p>
        </w:tc>
        <w:tc>
          <w:tcPr>
            <w:tcW w:type="dxa" w:w="1559"/>
          </w:tcPr>
          <w:p>
            <w:pPr>
              <w:ind w:firstLine="0"/>
            </w:pPr>
            <w:r>
              <w:rPr>
                <w:rFonts w:ascii="Times New Roman" w:hAnsi="Times New Roman"/>
                <w:b w:val="0"/>
                <w:sz w:val="22"/>
              </w:rPr>
              <w:t>поручение по конкретному делу</w:t>
            </w:r>
          </w:p>
        </w:tc>
        <w:tc>
          <w:tcPr>
            <w:tcW w:type="dxa" w:w="1559"/>
          </w:tcPr>
          <w:p>
            <w:pPr>
              <w:ind w:firstLine="0"/>
            </w:pPr>
            <w:hyperlink r:id="rId160">
              <w:r>
                <w:rPr>
                  <w:rFonts w:ascii="Times New Roman" w:hAnsi="Times New Roman"/>
                  <w:color w:val="0563C1"/>
                  <w:u w:val="single"/>
                  <w:sz w:val="22"/>
                </w:rPr>
                <w:t xml:space="preserve">Ki-news, 16.07.2026</w:t>
              </w:r>
            </w:hyperlink>
          </w:p>
        </w:tc>
      </w:tr>
      <w:tr>
        <w:tc>
          <w:tcPr>
            <w:tcW w:type="dxa" w:w="1559"/>
          </w:tcPr>
          <w:p>
            <w:pPr>
              <w:ind w:firstLine="0"/>
            </w:pPr>
            <w:r>
              <w:rPr>
                <w:rFonts w:ascii="Times New Roman" w:hAnsi="Times New Roman"/>
                <w:b/>
                <w:sz w:val="22"/>
              </w:rPr>
              <w:t>Уполномоченный по правам человека Т. Москалькова</w:t>
            </w:r>
          </w:p>
        </w:tc>
        <w:tc>
          <w:tcPr>
            <w:tcW w:type="dxa" w:w="1559"/>
          </w:tcPr>
          <w:p>
            <w:pPr>
              <w:ind w:firstLine="0"/>
            </w:pPr>
            <w:r>
              <w:rPr>
                <w:rFonts w:ascii="Times New Roman" w:hAnsi="Times New Roman"/>
                <w:b w:val="0"/>
                <w:sz w:val="22"/>
              </w:rPr>
              <w:t>специальное явление, требующее ответственности</w:t>
            </w:r>
          </w:p>
        </w:tc>
        <w:tc>
          <w:tcPr>
            <w:tcW w:type="dxa" w:w="1559"/>
          </w:tcPr>
          <w:p>
            <w:pPr>
              <w:ind w:firstLine="0"/>
            </w:pPr>
            <w:r>
              <w:rPr>
                <w:rFonts w:ascii="Times New Roman" w:hAnsi="Times New Roman"/>
                <w:b w:val="0"/>
                <w:sz w:val="22"/>
              </w:rPr>
              <w:t>ввести ответственность за буллинг</w:t>
            </w:r>
          </w:p>
        </w:tc>
        <w:tc>
          <w:tcPr>
            <w:tcW w:type="dxa" w:w="1559"/>
          </w:tcPr>
          <w:p>
            <w:pPr>
              <w:ind w:firstLine="0"/>
            </w:pPr>
            <w:r>
              <w:rPr>
                <w:rFonts w:ascii="Times New Roman" w:hAnsi="Times New Roman"/>
                <w:b w:val="0"/>
                <w:sz w:val="22"/>
              </w:rPr>
              <w:t>агрессор</w:t>
            </w:r>
          </w:p>
        </w:tc>
        <w:tc>
          <w:tcPr>
            <w:tcW w:type="dxa" w:w="1559"/>
          </w:tcPr>
          <w:p>
            <w:pPr>
              <w:ind w:firstLine="0"/>
            </w:pPr>
            <w:r>
              <w:rPr>
                <w:rFonts w:ascii="Times New Roman" w:hAnsi="Times New Roman"/>
                <w:b w:val="0"/>
                <w:sz w:val="22"/>
              </w:rPr>
              <w:t>политическое заявление</w:t>
            </w:r>
          </w:p>
        </w:tc>
        <w:tc>
          <w:tcPr>
            <w:tcW w:type="dxa" w:w="1559"/>
          </w:tcPr>
          <w:p>
            <w:pPr>
              <w:ind w:firstLine="0"/>
            </w:pPr>
            <w:hyperlink r:id="rId161">
              <w:r>
                <w:rPr>
                  <w:rFonts w:ascii="Times New Roman" w:hAnsi="Times New Roman"/>
                  <w:color w:val="0563C1"/>
                  <w:u w:val="single"/>
                  <w:sz w:val="22"/>
                </w:rPr>
                <w:t xml:space="preserve">«Ведомости», 30.10.2024</w:t>
              </w:r>
            </w:hyperlink>
          </w:p>
        </w:tc>
      </w:tr>
      <w:tr>
        <w:tc>
          <w:tcPr>
            <w:tcW w:type="dxa" w:w="1559"/>
          </w:tcPr>
          <w:p>
            <w:pPr>
              <w:ind w:firstLine="0"/>
            </w:pPr>
            <w:r>
              <w:rPr>
                <w:rFonts w:ascii="Times New Roman" w:hAnsi="Times New Roman"/>
                <w:b/>
                <w:sz w:val="22"/>
              </w:rPr>
              <w:t>Цифровые платформы и регулятор цифровой среды</w:t>
            </w:r>
            <w:r>
              <w:rPr>
                <w:rFonts w:ascii="Times New Roman" w:hAnsi="Times New Roman"/>
                <w:b w:val="0"/>
                <w:sz w:val="22"/>
              </w:rPr>
              <w:t xml:space="preserve"> (VK — кампании; Роскомнадзор — адресат обращений)</w:t>
            </w:r>
          </w:p>
        </w:tc>
        <w:tc>
          <w:tcPr>
            <w:tcW w:type="dxa" w:w="1559"/>
          </w:tcPr>
          <w:p>
            <w:pPr>
              <w:ind w:firstLine="0"/>
            </w:pPr>
            <w:r>
              <w:rPr>
                <w:rFonts w:ascii="Times New Roman" w:hAnsi="Times New Roman"/>
                <w:b w:val="0"/>
                <w:sz w:val="22"/>
              </w:rPr>
              <w:t>цифровой риск</w:t>
            </w:r>
          </w:p>
        </w:tc>
        <w:tc>
          <w:tcPr>
            <w:tcW w:type="dxa" w:w="1559"/>
          </w:tcPr>
          <w:p>
            <w:pPr>
              <w:ind w:firstLine="0"/>
            </w:pPr>
            <w:r>
              <w:rPr>
                <w:rFonts w:ascii="Times New Roman" w:hAnsi="Times New Roman"/>
                <w:b w:val="0"/>
                <w:sz w:val="22"/>
              </w:rPr>
              <w:t>регулирование платформ и контента; просветительские кампании</w:t>
            </w:r>
          </w:p>
        </w:tc>
        <w:tc>
          <w:tcPr>
            <w:tcW w:type="dxa" w:w="1559"/>
          </w:tcPr>
          <w:p>
            <w:pPr>
              <w:ind w:firstLine="0"/>
            </w:pPr>
            <w:r>
              <w:rPr>
                <w:rFonts w:ascii="Times New Roman" w:hAnsi="Times New Roman"/>
                <w:b w:val="0"/>
                <w:sz w:val="22"/>
              </w:rPr>
              <w:t>платформа, регулятор</w:t>
            </w:r>
          </w:p>
        </w:tc>
        <w:tc>
          <w:tcPr>
            <w:tcW w:type="dxa" w:w="1559"/>
          </w:tcPr>
          <w:p>
            <w:pPr>
              <w:ind w:firstLine="0"/>
            </w:pPr>
            <w:r>
              <w:rPr>
                <w:rFonts w:ascii="Times New Roman" w:hAnsi="Times New Roman"/>
                <w:b w:val="0"/>
                <w:sz w:val="22"/>
              </w:rPr>
              <w:t>действующие нормы (</w:t>
            </w:r>
            <w:hyperlink r:id="rId30">
              <w:r>
                <w:rPr>
                  <w:rFonts w:ascii="Times New Roman" w:hAnsi="Times New Roman"/>
                  <w:color w:val="0563C1"/>
                  <w:u w:val="single"/>
                  <w:sz w:val="22"/>
                </w:rPr>
                <w:t xml:space="preserve">ФЗ-149</w:t>
              </w:r>
            </w:hyperlink>
            <w:r>
              <w:rPr>
                <w:rFonts w:ascii="Times New Roman" w:hAnsi="Times New Roman"/>
                <w:b w:val="0"/>
                <w:sz w:val="22"/>
              </w:rPr>
              <w:t>) + публичные кампании</w:t>
            </w:r>
          </w:p>
        </w:tc>
        <w:tc>
          <w:tcPr>
            <w:tcW w:type="dxa" w:w="1559"/>
          </w:tcPr>
          <w:p>
            <w:pPr>
              <w:ind w:firstLine="0"/>
            </w:pPr>
            <w:hyperlink r:id="rId162">
              <w:r>
                <w:rPr>
                  <w:rFonts w:ascii="Times New Roman" w:hAnsi="Times New Roman"/>
                  <w:color w:val="0563C1"/>
                  <w:u w:val="single"/>
                  <w:sz w:val="22"/>
                </w:rPr>
                <w:t xml:space="preserve">VK</w:t>
              </w:r>
            </w:hyperlink>
            <w:r>
              <w:rPr>
                <w:rFonts w:ascii="Times New Roman" w:hAnsi="Times New Roman"/>
                <w:b w:val="0"/>
                <w:sz w:val="22"/>
              </w:rPr>
              <w:t xml:space="preserve">, </w:t>
            </w:r>
            <w:hyperlink r:id="rId152">
              <w:r>
                <w:rPr>
                  <w:rFonts w:ascii="Times New Roman" w:hAnsi="Times New Roman"/>
                  <w:color w:val="0563C1"/>
                  <w:u w:val="single"/>
                  <w:sz w:val="22"/>
                </w:rPr>
                <w:t xml:space="preserve">«Бизнес Online»</w:t>
              </w:r>
            </w:hyperlink>
          </w:p>
        </w:tc>
      </w:tr>
      <w:tr>
        <w:tc>
          <w:tcPr>
            <w:tcW w:type="dxa" w:w="1559"/>
          </w:tcPr>
          <w:p>
            <w:pPr>
              <w:ind w:firstLine="0"/>
            </w:pPr>
            <w:r>
              <w:rPr>
                <w:rFonts w:ascii="Times New Roman" w:hAnsi="Times New Roman"/>
                <w:b/>
                <w:sz w:val="22"/>
              </w:rPr>
              <w:t>Суды (гражданские иски к школам)</w:t>
            </w:r>
          </w:p>
        </w:tc>
        <w:tc>
          <w:tcPr>
            <w:tcW w:type="dxa" w:w="1559"/>
          </w:tcPr>
          <w:p>
            <w:pPr>
              <w:ind w:firstLine="0"/>
            </w:pPr>
            <w:r>
              <w:rPr>
                <w:rFonts w:ascii="Times New Roman" w:hAnsi="Times New Roman"/>
                <w:b w:val="0"/>
                <w:sz w:val="22"/>
              </w:rPr>
              <w:t>бездействие школы, а не «конфликт детей»</w:t>
            </w:r>
          </w:p>
        </w:tc>
        <w:tc>
          <w:tcPr>
            <w:tcW w:type="dxa" w:w="1559"/>
          </w:tcPr>
          <w:p>
            <w:pPr>
              <w:ind w:firstLine="0"/>
            </w:pPr>
            <w:r>
              <w:rPr>
                <w:rFonts w:ascii="Times New Roman" w:hAnsi="Times New Roman"/>
                <w:b w:val="0"/>
                <w:sz w:val="22"/>
              </w:rPr>
              <w:t>возмещение морального вреда и защита прав ребёнка</w:t>
            </w:r>
          </w:p>
        </w:tc>
        <w:tc>
          <w:tcPr>
            <w:tcW w:type="dxa" w:w="1559"/>
          </w:tcPr>
          <w:p>
            <w:pPr>
              <w:ind w:firstLine="0"/>
            </w:pPr>
            <w:r>
              <w:rPr>
                <w:rFonts w:ascii="Times New Roman" w:hAnsi="Times New Roman"/>
                <w:b w:val="0"/>
                <w:sz w:val="22"/>
              </w:rPr>
              <w:t>школа (как организация)</w:t>
            </w:r>
          </w:p>
        </w:tc>
        <w:tc>
          <w:tcPr>
            <w:tcW w:type="dxa" w:w="1559"/>
          </w:tcPr>
          <w:p>
            <w:pPr>
              <w:ind w:firstLine="0"/>
            </w:pPr>
            <w:r>
              <w:rPr>
                <w:rFonts w:ascii="Times New Roman" w:hAnsi="Times New Roman"/>
                <w:b/>
                <w:sz w:val="22"/>
              </w:rPr>
              <w:t>судебная практика</w:t>
            </w:r>
          </w:p>
        </w:tc>
        <w:tc>
          <w:tcPr>
            <w:tcW w:type="dxa" w:w="1559"/>
          </w:tcPr>
          <w:p>
            <w:pPr>
              <w:ind w:firstLine="0"/>
            </w:pPr>
            <w:hyperlink r:id="rId52">
              <w:r>
                <w:rPr>
                  <w:rFonts w:ascii="Times New Roman" w:hAnsi="Times New Roman"/>
                  <w:color w:val="0563C1"/>
                  <w:u w:val="single"/>
                  <w:sz w:val="22"/>
                </w:rPr>
                <w:t xml:space="preserve">«Коммерсантъ»</w:t>
              </w:r>
            </w:hyperlink>
          </w:p>
        </w:tc>
      </w:tr>
      <w:tr>
        <w:tc>
          <w:tcPr>
            <w:tcW w:type="dxa" w:w="1559"/>
          </w:tcPr>
          <w:p>
            <w:pPr>
              <w:ind w:firstLine="0"/>
            </w:pPr>
            <w:r>
              <w:rPr>
                <w:rFonts w:ascii="Times New Roman" w:hAnsi="Times New Roman"/>
                <w:b/>
                <w:sz w:val="22"/>
              </w:rPr>
              <w:t>Учредители школ, региональные органы образования, КДН и ЗП, ПДН, органы опеки, районные прокуратуры и советы профилактики</w:t>
            </w:r>
          </w:p>
        </w:tc>
        <w:tc>
          <w:tcPr>
            <w:tcW w:type="dxa" w:w="1559"/>
          </w:tcPr>
          <w:p>
            <w:pPr>
              <w:ind w:firstLine="0"/>
            </w:pPr>
            <w:r>
              <w:rPr>
                <w:rFonts w:ascii="Times New Roman" w:hAnsi="Times New Roman"/>
                <w:b w:val="0"/>
                <w:sz w:val="22"/>
              </w:rPr>
              <w:t xml:space="preserve">на федеральном уровне общей позиции по травле </w:t>
            </w:r>
            <w:r>
              <w:rPr>
                <w:rFonts w:ascii="Times New Roman" w:hAnsi="Times New Roman"/>
                <w:b/>
                <w:sz w:val="22"/>
              </w:rPr>
              <w:t>не зафиксировано</w:t>
            </w:r>
            <w:r>
              <w:rPr>
                <w:rFonts w:ascii="Times New Roman" w:hAnsi="Times New Roman"/>
                <w:b w:val="0"/>
                <w:sz w:val="22"/>
              </w:rPr>
              <w:t>; действуют в рамках ФЗ-120</w:t>
            </w:r>
          </w:p>
        </w:tc>
        <w:tc>
          <w:tcPr>
            <w:tcW w:type="dxa" w:w="1559"/>
          </w:tcPr>
          <w:p>
            <w:pPr>
              <w:ind w:firstLine="0"/>
            </w:pPr>
            <w:r>
              <w:rPr>
                <w:rFonts w:ascii="Times New Roman" w:hAnsi="Times New Roman"/>
                <w:b w:val="0"/>
                <w:sz w:val="22"/>
              </w:rPr>
              <w:t>индивидуальная профилактическая работа, проверки, представления</w:t>
            </w:r>
          </w:p>
        </w:tc>
        <w:tc>
          <w:tcPr>
            <w:tcW w:type="dxa" w:w="1559"/>
          </w:tcPr>
          <w:p>
            <w:pPr>
              <w:ind w:firstLine="0"/>
            </w:pPr>
            <w:r>
              <w:rPr>
                <w:rFonts w:ascii="Times New Roman" w:hAnsi="Times New Roman"/>
                <w:b w:val="0"/>
                <w:sz w:val="22"/>
              </w:rPr>
              <w:t>школа, семья, органы профилактики</w:t>
            </w:r>
          </w:p>
        </w:tc>
        <w:tc>
          <w:tcPr>
            <w:tcW w:type="dxa" w:w="1559"/>
          </w:tcPr>
          <w:p>
            <w:pPr>
              <w:ind w:firstLine="0"/>
            </w:pPr>
            <w:r>
              <w:rPr>
                <w:rFonts w:ascii="Times New Roman" w:hAnsi="Times New Roman"/>
                <w:b/>
                <w:sz w:val="22"/>
              </w:rPr>
              <w:t>действующие нормы</w:t>
            </w:r>
            <w:r>
              <w:rPr>
                <w:rFonts w:ascii="Times New Roman" w:hAnsi="Times New Roman"/>
                <w:b w:val="0"/>
                <w:sz w:val="22"/>
              </w:rPr>
              <w:t xml:space="preserve"> (</w:t>
            </w:r>
            <w:hyperlink r:id="rId41">
              <w:r>
                <w:rPr>
                  <w:rFonts w:ascii="Times New Roman" w:hAnsi="Times New Roman"/>
                  <w:color w:val="0563C1"/>
                  <w:u w:val="single"/>
                  <w:sz w:val="22"/>
                </w:rPr>
                <w:t xml:space="preserve">ФЗ-120</w:t>
              </w:r>
            </w:hyperlink>
            <w:r>
              <w:rPr>
                <w:rFonts w:ascii="Times New Roman" w:hAnsi="Times New Roman"/>
                <w:b w:val="0"/>
                <w:sz w:val="22"/>
              </w:rPr>
              <w:t xml:space="preserve">); пример местной проверки — </w:t>
            </w:r>
            <w:hyperlink r:id="rId149">
              <w:r>
                <w:rPr>
                  <w:rFonts w:ascii="Times New Roman" w:hAnsi="Times New Roman"/>
                  <w:color w:val="0563C1"/>
                  <w:u w:val="single"/>
                  <w:sz w:val="22"/>
                </w:rPr>
                <w:t xml:space="preserve">РАПСИ</w:t>
              </w:r>
            </w:hyperlink>
          </w:p>
        </w:tc>
        <w:tc>
          <w:tcPr>
            <w:tcW w:type="dxa" w:w="1559"/>
          </w:tcPr>
          <w:p>
            <w:pPr>
              <w:ind w:firstLine="0"/>
            </w:pPr>
            <w:hyperlink r:id="rId41">
              <w:r>
                <w:rPr>
                  <w:rFonts w:ascii="Times New Roman" w:hAnsi="Times New Roman"/>
                  <w:color w:val="0563C1"/>
                  <w:u w:val="single"/>
                  <w:sz w:val="22"/>
                </w:rPr>
                <w:t xml:space="preserve">ФЗ-120</w:t>
              </w:r>
            </w:hyperlink>
          </w:p>
        </w:tc>
      </w:tr>
      <w:tr>
        <w:tc>
          <w:tcPr>
            <w:tcW w:type="dxa" w:w="1559"/>
          </w:tcPr>
          <w:p>
            <w:pPr>
              <w:ind w:firstLine="0"/>
            </w:pPr>
            <w:r>
              <w:rPr>
                <w:rFonts w:ascii="Times New Roman" w:hAnsi="Times New Roman"/>
                <w:b/>
                <w:sz w:val="22"/>
              </w:rPr>
              <w:t>Непосредственные участники: дети (в роли жертвы, агрессора, свидетеля), родители, педагоги, школьные психологи, директора</w:t>
            </w:r>
          </w:p>
        </w:tc>
        <w:tc>
          <w:tcPr>
            <w:tcW w:type="dxa" w:w="1559"/>
          </w:tcPr>
          <w:p>
            <w:pPr>
              <w:ind w:firstLine="0"/>
            </w:pPr>
            <w:r>
              <w:rPr>
                <w:rFonts w:ascii="Times New Roman" w:hAnsi="Times New Roman"/>
                <w:b w:val="0"/>
                <w:sz w:val="22"/>
              </w:rPr>
              <w:t xml:space="preserve">сведений о позициях </w:t>
            </w:r>
            <w:r>
              <w:rPr>
                <w:rFonts w:ascii="Times New Roman" w:hAnsi="Times New Roman"/>
                <w:b/>
                <w:sz w:val="22"/>
              </w:rPr>
              <w:t>почти нет</w:t>
            </w:r>
            <w:r>
              <w:rPr>
                <w:rFonts w:ascii="Times New Roman" w:hAnsi="Times New Roman"/>
                <w:b w:val="0"/>
                <w:sz w:val="22"/>
              </w:rPr>
              <w:t>: измеряются мнения взрослых о детях</w:t>
            </w:r>
          </w:p>
        </w:tc>
        <w:tc>
          <w:tcPr>
            <w:tcW w:type="dxa" w:w="1559"/>
          </w:tcPr>
          <w:p>
            <w:pPr>
              <w:ind w:firstLine="0"/>
            </w:pPr>
            <w:r>
              <w:rPr>
                <w:rFonts w:ascii="Times New Roman" w:hAnsi="Times New Roman"/>
                <w:b w:val="0"/>
                <w:sz w:val="22"/>
              </w:rPr>
              <w:t>нет консолидированной позиции; у родителей — переход к юридическим действиям; у педагогов — жалоба на переложение ответственности</w:t>
            </w:r>
          </w:p>
        </w:tc>
        <w:tc>
          <w:tcPr>
            <w:tcW w:type="dxa" w:w="1559"/>
          </w:tcPr>
          <w:p>
            <w:pPr>
              <w:ind w:firstLine="0"/>
            </w:pPr>
            <w:r>
              <w:rPr>
                <w:rFonts w:ascii="Times New Roman" w:hAnsi="Times New Roman"/>
                <w:b w:val="0"/>
                <w:sz w:val="22"/>
              </w:rPr>
              <w:t>—</w:t>
            </w:r>
          </w:p>
        </w:tc>
        <w:tc>
          <w:tcPr>
            <w:tcW w:type="dxa" w:w="1559"/>
          </w:tcPr>
          <w:p>
            <w:pPr>
              <w:ind w:firstLine="0"/>
            </w:pPr>
            <w:r>
              <w:rPr>
                <w:rFonts w:ascii="Times New Roman" w:hAnsi="Times New Roman"/>
                <w:b/>
                <w:sz w:val="22"/>
              </w:rPr>
              <w:t>общественная установка по опросу</w:t>
            </w:r>
            <w:r>
              <w:rPr>
                <w:rFonts w:ascii="Times New Roman" w:hAnsi="Times New Roman"/>
                <w:b w:val="0"/>
                <w:sz w:val="22"/>
              </w:rPr>
              <w:t xml:space="preserve"> (</w:t>
            </w:r>
            <w:hyperlink r:id="rId19">
              <w:r>
                <w:rPr>
                  <w:rFonts w:ascii="Times New Roman" w:hAnsi="Times New Roman"/>
                  <w:color w:val="0563C1"/>
                  <w:u w:val="single"/>
                  <w:sz w:val="22"/>
                </w:rPr>
                <w:t xml:space="preserve">ВЦИОМ</w:t>
              </w:r>
            </w:hyperlink>
            <w:r>
              <w:rPr>
                <w:rFonts w:ascii="Times New Roman" w:hAnsi="Times New Roman"/>
                <w:b w:val="0"/>
                <w:sz w:val="22"/>
              </w:rPr>
              <w:t>) и отдельные высказывания (</w:t>
            </w:r>
            <w:hyperlink r:id="rId52">
              <w:r>
                <w:rPr>
                  <w:rFonts w:ascii="Times New Roman" w:hAnsi="Times New Roman"/>
                  <w:color w:val="0563C1"/>
                  <w:u w:val="single"/>
                  <w:sz w:val="22"/>
                </w:rPr>
                <w:t xml:space="preserve">«Коммерсантъ»</w:t>
              </w:r>
            </w:hyperlink>
            <w:r>
              <w:rPr>
                <w:rFonts w:ascii="Times New Roman" w:hAnsi="Times New Roman"/>
                <w:b w:val="0"/>
                <w:sz w:val="22"/>
              </w:rPr>
              <w:t>)</w:t>
            </w:r>
          </w:p>
        </w:tc>
        <w:tc>
          <w:tcPr>
            <w:tcW w:type="dxa" w:w="1559"/>
          </w:tcPr>
          <w:p>
            <w:pPr>
              <w:ind w:firstLine="0"/>
            </w:pPr>
            <w:r>
              <w:rPr>
                <w:rFonts w:ascii="Times New Roman" w:hAnsi="Times New Roman"/>
                <w:b w:val="0"/>
                <w:sz w:val="22"/>
              </w:rPr>
              <w:t>—</w:t>
            </w:r>
          </w:p>
        </w:tc>
      </w:tr>
    </w:tbl>
    <w:p>
      <w:r>
        <w:rPr>
          <w:rFonts w:ascii="Times New Roman" w:hAnsi="Times New Roman"/>
          <w:b/>
          <w:sz w:val="28"/>
        </w:rPr>
        <w:t>Что показывает матрица (вывод, а не факт-лист).</w:t>
      </w:r>
      <w:r>
        <w:rPr>
          <w:rFonts w:ascii="Times New Roman" w:hAnsi="Times New Roman"/>
          <w:b w:val="0"/>
          <w:sz w:val="28"/>
        </w:rPr>
        <w:t xml:space="preserve"> В федеральной дискуссии представлены </w:t>
      </w:r>
      <w:r>
        <w:rPr>
          <w:rFonts w:ascii="Times New Roman" w:hAnsi="Times New Roman"/>
          <w:b/>
          <w:sz w:val="28"/>
        </w:rPr>
        <w:t>не два устойчивых лагеря</w:t>
      </w:r>
      <w:r>
        <w:rPr>
          <w:rFonts w:ascii="Times New Roman" w:hAnsi="Times New Roman"/>
          <w:b w:val="0"/>
          <w:sz w:val="28"/>
        </w:rPr>
        <w:t xml:space="preserve">, а несколько пересекающихся линий выбора: нужно ли специальное определение травли; усиливать ли ответственность; нужны ли обязательные регистрация и алгоритм реагирования; какую роль играют помощь и восстановительные практики; нужен ли новый механизм координации. Один актор может сочетать элементы разных подходов, а позиции имеют </w:t>
      </w:r>
      <w:r>
        <w:rPr>
          <w:rFonts w:ascii="Times New Roman" w:hAnsi="Times New Roman"/>
          <w:b/>
          <w:sz w:val="28"/>
        </w:rPr>
        <w:t>неодинаковый процедурный и доказательный статус</w:t>
      </w:r>
      <w:r>
        <w:rPr>
          <w:rFonts w:ascii="Times New Roman" w:hAnsi="Times New Roman"/>
          <w:b w:val="0"/>
          <w:sz w:val="28"/>
        </w:rPr>
        <w:t>.</w:t>
      </w:r>
    </w:p>
    <w:p>
      <w:r>
        <w:rPr>
          <w:rFonts w:ascii="Times New Roman" w:hAnsi="Times New Roman"/>
          <w:b/>
          <w:sz w:val="28"/>
        </w:rPr>
        <w:t>Две ловушки матрицы, о которых надо помнить.</w:t>
      </w:r>
      <w:r>
        <w:rPr>
          <w:rFonts w:ascii="Times New Roman" w:hAnsi="Times New Roman"/>
          <w:b w:val="0"/>
          <w:sz w:val="28"/>
        </w:rPr>
        <w:t xml:space="preserve"> (1) Строка «статус» у одного актора часто не одна: у Минпросвещения одновременно действующие методические акты и заявления министра. (2) Наличие строки в матрице не означает, что у актора есть публичная позиция </w:t>
      </w:r>
      <w:r>
        <w:rPr>
          <w:rFonts w:ascii="Times New Roman" w:hAnsi="Times New Roman"/>
          <w:b/>
          <w:sz w:val="28"/>
        </w:rPr>
        <w:t>по школьной травле</w:t>
      </w:r>
      <w:r>
        <w:rPr>
          <w:rFonts w:ascii="Times New Roman" w:hAnsi="Times New Roman"/>
          <w:b w:val="0"/>
          <w:sz w:val="28"/>
        </w:rPr>
        <w:t>: у ряда ведомств (МВД/ПДН, учредители, суды) зафиксировано участие в процедурах, а не позиция в споре.</w:t>
      </w:r>
    </w:p>
    <w:p>
      <w:pPr>
        <w:spacing w:after="80"/>
        <w:ind w:firstLine="0"/>
      </w:pPr>
      <w:r>
        <w:rPr>
          <w:rFonts w:ascii="Times New Roman" w:hAnsi="Times New Roman"/>
          <w:b/>
          <w:sz w:val="26"/>
        </w:rPr>
        <w:t>14.3. Датированные детали и отдельные заявления (дополнение к матрице)</w:t>
      </w:r>
    </w:p>
    <w:p>
      <w:r>
        <w:rPr>
          <w:rFonts w:ascii="Times New Roman" w:hAnsi="Times New Roman"/>
          <w:b w:val="0"/>
          <w:sz w:val="28"/>
        </w:rPr>
        <w:t>То, что не укладывается в четыре измерения матрицы, — даты, формулировки и статус документов:</w:t>
      </w:r>
    </w:p>
    <w:p>
      <w:pPr>
        <w:spacing w:after="40"/>
        <w:ind w:firstLine="0"/>
      </w:pPr>
      <w:r>
        <w:rPr>
          <w:rFonts w:ascii="Times New Roman" w:hAnsi="Times New Roman"/>
          <w:b w:val="0"/>
          <w:sz w:val="28"/>
        </w:rPr>
        <w:t xml:space="preserve">– </w:t>
      </w:r>
      <w:r>
        <w:rPr>
          <w:rFonts w:ascii="Times New Roman" w:hAnsi="Times New Roman"/>
          <w:b/>
          <w:sz w:val="28"/>
        </w:rPr>
        <w:t>А. Метелев (05.02.2026, после серии нападений в школах):</w:t>
      </w:r>
      <w:r>
        <w:rPr>
          <w:rFonts w:ascii="Times New Roman" w:hAnsi="Times New Roman"/>
          <w:b w:val="0"/>
          <w:sz w:val="28"/>
        </w:rPr>
        <w:t xml:space="preserve"> «методичками эту проблему решить невозможно»; предлагает готовить учителей, внедрять медиацию и предотвращение конфликтов, ограничить освещение трагедий в медиа («эффект Вертера») (</w:t>
      </w:r>
      <w:hyperlink r:id="rId149">
        <w:r>
          <w:rPr>
            <w:rFonts w:ascii="Times New Roman" w:hAnsi="Times New Roman"/>
            <w:color w:val="0563C1"/>
            <w:u w:val="single"/>
            <w:sz w:val="24"/>
          </w:rPr>
          <w:t xml:space="preserve">РАПСИ</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А. Метелев (22.10.2025):</w:t>
      </w:r>
      <w:r>
        <w:rPr>
          <w:rFonts w:ascii="Times New Roman" w:hAnsi="Times New Roman"/>
          <w:b w:val="0"/>
          <w:sz w:val="28"/>
        </w:rPr>
        <w:t xml:space="preserve"> проект затронет и травлю </w:t>
      </w:r>
      <w:r>
        <w:rPr>
          <w:rFonts w:ascii="Times New Roman" w:hAnsi="Times New Roman"/>
          <w:b/>
          <w:sz w:val="28"/>
        </w:rPr>
        <w:t>учителей</w:t>
      </w:r>
      <w:r>
        <w:rPr>
          <w:rFonts w:ascii="Times New Roman" w:hAnsi="Times New Roman"/>
          <w:b w:val="0"/>
          <w:sz w:val="28"/>
        </w:rPr>
        <w:t xml:space="preserve"> — «ребёнок — ребёнок, ребёнок — учитель, учитель — ребёнок» (</w:t>
      </w:r>
      <w:hyperlink r:id="rId163">
        <w:r>
          <w:rPr>
            <w:rFonts w:ascii="Times New Roman" w:hAnsi="Times New Roman"/>
            <w:color w:val="0563C1"/>
            <w:u w:val="single"/>
            <w:sz w:val="24"/>
          </w:rPr>
          <w:t xml:space="preserve">Education Managers</w:t>
        </w:r>
      </w:hyperlink>
      <w:r>
        <w:rPr>
          <w:rFonts w:ascii="Times New Roman" w:hAnsi="Times New Roman"/>
          <w:b w:val="0"/>
          <w:sz w:val="28"/>
        </w:rPr>
        <w:t xml:space="preserve">). По данным «Коммерсанта», проект предусматривает, что порядок профилактики травли утвердит </w:t>
      </w:r>
      <w:r>
        <w:rPr>
          <w:rFonts w:ascii="Times New Roman" w:hAnsi="Times New Roman"/>
          <w:b/>
          <w:sz w:val="28"/>
        </w:rPr>
        <w:t>Минпросвещения вместе с МВД, Минздравом и Росмолодёжью</w:t>
      </w:r>
      <w:r>
        <w:rPr>
          <w:rFonts w:ascii="Times New Roman" w:hAnsi="Times New Roman"/>
          <w:b w:val="0"/>
          <w:sz w:val="28"/>
        </w:rPr>
        <w:t>, и что он определит, какое поведение считать травлей (</w:t>
      </w:r>
      <w:hyperlink r:id="rId97">
        <w:r>
          <w:rPr>
            <w:rFonts w:ascii="Times New Roman" w:hAnsi="Times New Roman"/>
            <w:color w:val="0563C1"/>
            <w:u w:val="single"/>
            <w:sz w:val="24"/>
          </w:rPr>
          <w:t xml:space="preserve">«Коммерсантъ»</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Т. Буцкая (апр. 2025):</w:t>
      </w:r>
      <w:r>
        <w:rPr>
          <w:rFonts w:ascii="Times New Roman" w:hAnsi="Times New Roman"/>
          <w:b w:val="0"/>
          <w:sz w:val="28"/>
        </w:rPr>
        <w:t xml:space="preserve"> «в теме буллинга </w:t>
      </w:r>
      <w:r>
        <w:rPr>
          <w:rFonts w:ascii="Times New Roman" w:hAnsi="Times New Roman"/>
          <w:b/>
          <w:sz w:val="28"/>
        </w:rPr>
        <w:t>не психологи, а медиаторы</w:t>
      </w:r>
      <w:r>
        <w:rPr>
          <w:rFonts w:ascii="Times New Roman" w:hAnsi="Times New Roman"/>
          <w:b w:val="0"/>
          <w:sz w:val="28"/>
        </w:rPr>
        <w:t xml:space="preserve"> должны сыграть основную роль» (</w:t>
      </w:r>
      <w:hyperlink r:id="rId153">
        <w:r>
          <w:rPr>
            <w:rFonts w:ascii="Times New Roman" w:hAnsi="Times New Roman"/>
            <w:color w:val="0563C1"/>
            <w:u w:val="single"/>
            <w:sz w:val="24"/>
          </w:rPr>
          <w:t xml:space="preserve">«Парламентская газета»</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С. Кравцов (16.09.2022):</w:t>
      </w:r>
      <w:r>
        <w:rPr>
          <w:rFonts w:ascii="Times New Roman" w:hAnsi="Times New Roman"/>
          <w:b w:val="0"/>
          <w:sz w:val="28"/>
        </w:rPr>
        <w:t xml:space="preserve"> предложил совместную горячую линию по буллингу — «нужна чёткая обратная связь»; реализовано как линии психологической помощи (</w:t>
      </w:r>
      <w:hyperlink r:id="rId164">
        <w:r>
          <w:rPr>
            <w:rFonts w:ascii="Times New Roman" w:hAnsi="Times New Roman"/>
            <w:color w:val="0563C1"/>
            <w:u w:val="single"/>
            <w:sz w:val="24"/>
          </w:rPr>
          <w:t xml:space="preserve">«Единая Россия»</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История № 1085766-8:</w:t>
      </w:r>
      <w:r>
        <w:rPr>
          <w:rFonts w:ascii="Times New Roman" w:hAnsi="Times New Roman"/>
          <w:b w:val="0"/>
          <w:sz w:val="28"/>
        </w:rPr>
        <w:t xml:space="preserve"> внесён 02.12.2025; профильный комитет 13.04.2026 и 28.04.2026 предложил отклонить; 13.05.2026 и 26.05.2026 законопроект не рассматривался; 27.05.2026 отклонён (постановление 10772-8 ГД; 54 голоса «за», 396 не голосовали, результат — «не принято») (</w:t>
      </w:r>
      <w:hyperlink r:id="rId95">
        <w:r>
          <w:rPr>
            <w:rFonts w:ascii="Times New Roman" w:hAnsi="Times New Roman"/>
            <w:color w:val="0563C1"/>
            <w:u w:val="single"/>
            <w:sz w:val="24"/>
          </w:rPr>
          <w:t xml:space="preserve">СОЗД</w:t>
        </w:r>
      </w:hyperlink>
      <w:r>
        <w:rPr>
          <w:rFonts w:ascii="Times New Roman" w:hAnsi="Times New Roman"/>
          <w:b w:val="0"/>
          <w:sz w:val="28"/>
        </w:rPr>
        <w:t xml:space="preserve">, </w:t>
      </w:r>
      <w:hyperlink r:id="rId150">
        <w:r>
          <w:rPr>
            <w:rFonts w:ascii="Times New Roman" w:hAnsi="Times New Roman"/>
            <w:color w:val="0563C1"/>
            <w:u w:val="single"/>
            <w:sz w:val="24"/>
          </w:rPr>
          <w:t xml:space="preserve">стенограмма ГД</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Минпросвещения — датированные методические акты:</w:t>
      </w:r>
      <w:r>
        <w:rPr>
          <w:rFonts w:ascii="Times New Roman" w:hAnsi="Times New Roman"/>
          <w:b w:val="0"/>
          <w:sz w:val="28"/>
        </w:rPr>
        <w:t xml:space="preserve"> памятка (26.03.2025) — </w:t>
      </w:r>
      <w:hyperlink r:id="rId99">
        <w:r>
          <w:rPr>
            <w:rFonts w:ascii="Times New Roman" w:hAnsi="Times New Roman"/>
            <w:color w:val="0563C1"/>
            <w:u w:val="single"/>
            <w:sz w:val="24"/>
          </w:rPr>
          <w:t xml:space="preserve">ссылка</w:t>
        </w:r>
      </w:hyperlink>
      <w:r>
        <w:rPr>
          <w:rFonts w:ascii="Times New Roman" w:hAnsi="Times New Roman"/>
          <w:b w:val="0"/>
          <w:sz w:val="28"/>
        </w:rPr>
        <w:t xml:space="preserve">; инструкция педагогу «Как остановить агрессивное поведение» от Совета Минпросвещения по защите чести педагога (11.12.2025) — </w:t>
      </w:r>
      <w:hyperlink r:id="rId156">
        <w:r>
          <w:rPr>
            <w:rFonts w:ascii="Times New Roman" w:hAnsi="Times New Roman"/>
            <w:color w:val="0563C1"/>
            <w:u w:val="single"/>
            <w:sz w:val="24"/>
          </w:rPr>
          <w:t xml:space="preserve">НАЦАКЦЕНТ</w:t>
        </w:r>
      </w:hyperlink>
      <w:r>
        <w:rPr>
          <w:rFonts w:ascii="Times New Roman" w:hAnsi="Times New Roman"/>
          <w:b w:val="0"/>
          <w:sz w:val="28"/>
        </w:rPr>
        <w:t xml:space="preserve">; пятиэтапный регламент разрешения конфликтов с учениками, от заявления до решения 5–9 дней (26.12.2025) — </w:t>
      </w:r>
      <w:hyperlink r:id="rId165">
        <w:r>
          <w:rPr>
            <w:rFonts w:ascii="Times New Roman" w:hAnsi="Times New Roman"/>
            <w:color w:val="0563C1"/>
            <w:u w:val="single"/>
            <w:sz w:val="24"/>
          </w:rPr>
          <w:t xml:space="preserve">«Российская газета» *(401 для автоматических запросов)*</w:t>
        </w:r>
      </w:hyperlink>
      <w:r>
        <w:rPr>
          <w:rFonts w:ascii="Times New Roman" w:hAnsi="Times New Roman"/>
          <w:b w:val="0"/>
          <w:sz w:val="28"/>
        </w:rPr>
        <w:t xml:space="preserve">, </w:t>
      </w:r>
      <w:hyperlink r:id="rId157">
        <w:r>
          <w:rPr>
            <w:rFonts w:ascii="Times New Roman" w:hAnsi="Times New Roman"/>
            <w:color w:val="0563C1"/>
            <w:u w:val="single"/>
            <w:sz w:val="24"/>
          </w:rPr>
          <w:t xml:space="preserve">RT</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А. Гибатдинов (Совет Федерации, 2024):</w:t>
      </w:r>
      <w:r>
        <w:rPr>
          <w:rFonts w:ascii="Times New Roman" w:hAnsi="Times New Roman"/>
          <w:b w:val="0"/>
          <w:sz w:val="28"/>
        </w:rPr>
        <w:t xml:space="preserve"> нужен комплекс мер по разбору причин травли с включением родителей и учителей, а не только директоров *(пересказ, дословная формулировка не сверена)* (</w:t>
      </w:r>
      <w:hyperlink r:id="rId166">
        <w:r>
          <w:rPr>
            <w:rFonts w:ascii="Times New Roman" w:hAnsi="Times New Roman"/>
            <w:color w:val="0563C1"/>
            <w:u w:val="single"/>
            <w:sz w:val="24"/>
          </w:rPr>
          <w:t xml:space="preserve">senatinform</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М. Львова-Белова (27.04.2023):</w:t>
      </w:r>
      <w:r>
        <w:rPr>
          <w:rFonts w:ascii="Times New Roman" w:hAnsi="Times New Roman"/>
          <w:b w:val="0"/>
          <w:sz w:val="28"/>
        </w:rPr>
        <w:t xml:space="preserve"> «не должно быть стыдно говорить о том, что ребёнка травят» (</w:t>
      </w:r>
      <w:hyperlink r:id="rId159">
        <w:r>
          <w:rPr>
            <w:rFonts w:ascii="Times New Roman" w:hAnsi="Times New Roman"/>
            <w:color w:val="0563C1"/>
            <w:u w:val="single"/>
            <w:sz w:val="24"/>
          </w:rPr>
          <w:t xml:space="preserve">АСИ</w:t>
        </w:r>
      </w:hyperlink>
      <w:r>
        <w:rPr>
          <w:rFonts w:ascii="Times New Roman" w:hAnsi="Times New Roman"/>
          <w:b w:val="0"/>
          <w:sz w:val="28"/>
        </w:rPr>
        <w:t>); её доклад июля 2026 — основание рекомендации Правительству (</w:t>
      </w:r>
      <w:hyperlink r:id="rId148">
        <w:r>
          <w:rPr>
            <w:rFonts w:ascii="Times New Roman" w:hAnsi="Times New Roman"/>
            <w:color w:val="0563C1"/>
            <w:u w:val="single"/>
            <w:sz w:val="24"/>
          </w:rPr>
          <w:t xml:space="preserve">«Интерфакс»</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А. Бастрыкин (16.07.2026):</w:t>
      </w:r>
      <w:r>
        <w:rPr>
          <w:rFonts w:ascii="Times New Roman" w:hAnsi="Times New Roman"/>
          <w:b w:val="0"/>
          <w:sz w:val="28"/>
        </w:rPr>
        <w:t xml:space="preserve"> поручил доложить о ходе процессуальной проверки по обращению матери 11-летней школьницы (Краснодар), заявившей о систематических противоправных действиях сверстников и непринятии мер школой (</w:t>
      </w:r>
      <w:hyperlink r:id="rId160">
        <w:r>
          <w:rPr>
            <w:rFonts w:ascii="Times New Roman" w:hAnsi="Times New Roman"/>
            <w:color w:val="0563C1"/>
            <w:u w:val="single"/>
            <w:sz w:val="24"/>
          </w:rPr>
          <w:t xml:space="preserve">Ki-news</w:t>
        </w:r>
      </w:hyperlink>
      <w:r>
        <w:rPr>
          <w:rFonts w:ascii="Times New Roman" w:hAnsi="Times New Roman"/>
          <w:b w:val="0"/>
          <w:sz w:val="28"/>
        </w:rPr>
        <w:t>).</w:t>
      </w:r>
    </w:p>
    <w:p>
      <w:pPr>
        <w:spacing w:after="80"/>
        <w:ind w:firstLine="0"/>
      </w:pPr>
      <w:r>
        <w:rPr>
          <w:rFonts w:ascii="Times New Roman" w:hAnsi="Times New Roman"/>
          <w:b/>
          <w:i/>
          <w:sz w:val="24"/>
        </w:rPr>
        <w:t>Как проверялся статус проекта Метелева — отрицательный факт требует даты и способа проверки.</w:t>
      </w:r>
      <w:r>
        <w:rPr>
          <w:rFonts w:ascii="Times New Roman" w:hAnsi="Times New Roman"/>
          <w:b w:val="0"/>
          <w:i/>
          <w:sz w:val="24"/>
        </w:rPr>
        <w:t xml:space="preserve"> </w:t>
      </w:r>
      <w:r>
        <w:rPr>
          <w:rFonts w:ascii="Times New Roman" w:hAnsi="Times New Roman"/>
          <w:b/>
          <w:i/>
          <w:sz w:val="24"/>
        </w:rPr>
        <w:t>Контрольная дата: 13.09.2026.</w:t>
      </w:r>
      <w:r>
        <w:rPr>
          <w:rFonts w:ascii="Times New Roman" w:hAnsi="Times New Roman"/>
          <w:b w:val="0"/>
          <w:i/>
          <w:sz w:val="24"/>
        </w:rPr>
        <w:t xml:space="preserve"> Способ: поиск в СОЗД ГАС «Законотворчество» (</w:t>
      </w:r>
      <w:hyperlink r:id="rId98">
        <w:r>
          <w:rPr>
            <w:rFonts w:ascii="Times New Roman" w:hAnsi="Times New Roman"/>
            <w:color w:val="0563C1"/>
            <w:u w:val="single"/>
            <w:sz w:val="24"/>
          </w:rPr>
          <w:t xml:space="preserve">sozd.duma.gov.ru</w:t>
        </w:r>
      </w:hyperlink>
      <w:r>
        <w:rPr>
          <w:rFonts w:ascii="Times New Roman" w:hAnsi="Times New Roman"/>
          <w:b w:val="0"/>
          <w:i/>
          <w:sz w:val="24"/>
        </w:rPr>
        <w:t xml:space="preserve">) по запросам «буллинг», «буллинга», «моббинг», «профилактика травли» — </w:t>
      </w:r>
      <w:r>
        <w:rPr>
          <w:rFonts w:ascii="Times New Roman" w:hAnsi="Times New Roman"/>
          <w:b/>
          <w:i/>
          <w:sz w:val="24"/>
        </w:rPr>
        <w:t>0 законопроектов</w:t>
      </w:r>
      <w:r>
        <w:rPr>
          <w:rFonts w:ascii="Times New Roman" w:hAnsi="Times New Roman"/>
          <w:b w:val="0"/>
          <w:i/>
          <w:sz w:val="24"/>
        </w:rPr>
        <w:t xml:space="preserve">; по запросу «травля» — </w:t>
      </w:r>
      <w:r>
        <w:rPr>
          <w:rFonts w:ascii="Times New Roman" w:hAnsi="Times New Roman"/>
          <w:b/>
          <w:i/>
          <w:sz w:val="24"/>
        </w:rPr>
        <w:t>1 законопроект</w:t>
      </w:r>
      <w:r>
        <w:rPr>
          <w:rFonts w:ascii="Times New Roman" w:hAnsi="Times New Roman"/>
          <w:b w:val="0"/>
          <w:i/>
          <w:sz w:val="24"/>
        </w:rPr>
        <w:t xml:space="preserve"> (№ 1085766-8). Вывод: </w:t>
      </w:r>
      <w:r>
        <w:rPr>
          <w:rFonts w:ascii="Times New Roman" w:hAnsi="Times New Roman"/>
          <w:b/>
          <w:i/>
          <w:sz w:val="24"/>
        </w:rPr>
        <w:t>по состоянию на 13.09.2026 карточка внесённого законопроекта о профилактике травли в СОЗД не обнаружена.</w:t>
      </w:r>
      <w:r>
        <w:rPr>
          <w:rFonts w:ascii="Times New Roman" w:hAnsi="Times New Roman"/>
          <w:b w:val="0"/>
          <w:i/>
          <w:sz w:val="24"/>
        </w:rPr>
        <w:t xml:space="preserve"> Ранее, 20.11.2025, проект был направлен в Правительство на отзыв (</w:t>
      </w:r>
      <w:hyperlink r:id="rId93">
        <w:r>
          <w:rPr>
            <w:rFonts w:ascii="Times New Roman" w:hAnsi="Times New Roman"/>
            <w:color w:val="0563C1"/>
            <w:u w:val="single"/>
            <w:sz w:val="24"/>
          </w:rPr>
          <w:t xml:space="preserve">dumatv.ru</w:t>
        </w:r>
      </w:hyperlink>
      <w:r>
        <w:rPr>
          <w:rFonts w:ascii="Times New Roman" w:hAnsi="Times New Roman"/>
          <w:b w:val="0"/>
          <w:i/>
          <w:sz w:val="24"/>
        </w:rPr>
        <w:t>). Отрицательный факт быстро устаревает — при следующей сверке его надо проверять заново.</w:t>
      </w:r>
    </w:p>
    <w:p>
      <w:pPr>
        <w:spacing w:after="80"/>
        <w:ind w:firstLine="0"/>
      </w:pPr>
      <w:r>
        <w:rPr>
          <w:rFonts w:ascii="Times New Roman" w:hAnsi="Times New Roman"/>
          <w:b/>
          <w:i/>
          <w:sz w:val="24"/>
        </w:rPr>
        <w:t>Расхождение, которое снять не удалось.</w:t>
      </w:r>
      <w:r>
        <w:rPr>
          <w:rFonts w:ascii="Times New Roman" w:hAnsi="Times New Roman"/>
          <w:b w:val="0"/>
          <w:i/>
          <w:sz w:val="24"/>
        </w:rPr>
        <w:t xml:space="preserve"> В карточке № 1085766-8 СОЗД указывает: «Заключение Правительства РФ на законопроект — не требуется», тогда как РАПСИ сообщает об официальном отзыве Правительства. Юридическое соотношение «заключения» и «отзыва» по открытым источникам </w:t>
      </w:r>
      <w:r>
        <w:rPr>
          <w:rFonts w:ascii="Times New Roman" w:hAnsi="Times New Roman"/>
          <w:b/>
          <w:i/>
          <w:sz w:val="24"/>
        </w:rPr>
        <w:t>неясно — NOT VERIFIED</w:t>
      </w:r>
      <w:r>
        <w:rPr>
          <w:rFonts w:ascii="Times New Roman" w:hAnsi="Times New Roman"/>
          <w:b w:val="0"/>
          <w:i/>
          <w:sz w:val="24"/>
        </w:rPr>
        <w:t>.</w:t>
      </w:r>
    </w:p>
    <w:p>
      <w:pPr>
        <w:spacing w:after="80"/>
        <w:ind w:firstLine="0"/>
      </w:pPr>
      <w:r>
        <w:rPr>
          <w:rFonts w:ascii="Times New Roman" w:hAnsi="Times New Roman"/>
          <w:b/>
          <w:sz w:val="26"/>
        </w:rPr>
        <w:t>14.4. Отобранные федеральные события и публичные заявления, 2018–2026</w:t>
      </w:r>
    </w:p>
    <w:p>
      <w:r>
        <w:rPr>
          <w:rFonts w:ascii="Times New Roman" w:hAnsi="Times New Roman"/>
          <w:b w:val="0"/>
          <w:sz w:val="28"/>
        </w:rPr>
        <w:t xml:space="preserve">*(Прежнее название «крупные инфоповоды» снято: слово «крупный» предполагает критерий — охват, число публикаций, длительность, институциональное значение, — а таких измерений не задано. Ниже — </w:t>
      </w:r>
      <w:r>
        <w:rPr>
          <w:rFonts w:ascii="Times New Roman" w:hAnsi="Times New Roman"/>
          <w:b/>
          <w:sz w:val="28"/>
        </w:rPr>
        <w:t>отбор по датам</w:t>
      </w:r>
      <w:r>
        <w:rPr>
          <w:rFonts w:ascii="Times New Roman" w:hAnsi="Times New Roman"/>
          <w:b w:val="0"/>
          <w:sz w:val="28"/>
        </w:rPr>
        <w:t>, а не ранжирование.)*</w:t>
      </w:r>
    </w:p>
    <w:tbl>
      <w:tblPr>
        <w:tblStyle w:val="TableGrid"/>
        <w:tblW w:type="auto" w:w="0"/>
        <w:jc w:val="center"/>
        <w:tblLook w:firstColumn="1" w:firstRow="1" w:lastColumn="0" w:lastRow="0" w:noHBand="0" w:noVBand="1" w:val="04A0"/>
      </w:tblPr>
      <w:tblGrid>
        <w:gridCol w:w="4677"/>
        <w:gridCol w:w="4677"/>
      </w:tblGrid>
      <w:tr>
        <w:tc>
          <w:tcPr>
            <w:tcW w:type="dxa" w:w="4677"/>
          </w:tcPr>
          <w:p>
            <w:pPr>
              <w:ind w:firstLine="0"/>
            </w:pPr>
            <w:r>
              <w:rPr>
                <w:rFonts w:ascii="Times New Roman" w:hAnsi="Times New Roman"/>
                <w:b/>
                <w:sz w:val="22"/>
              </w:rPr>
              <w:t>Период</w:t>
            </w:r>
          </w:p>
        </w:tc>
        <w:tc>
          <w:tcPr>
            <w:tcW w:type="dxa" w:w="4677"/>
          </w:tcPr>
          <w:p>
            <w:pPr>
              <w:ind w:firstLine="0"/>
            </w:pPr>
            <w:r>
              <w:rPr>
                <w:rFonts w:ascii="Times New Roman" w:hAnsi="Times New Roman"/>
                <w:b/>
                <w:sz w:val="22"/>
              </w:rPr>
              <w:t>С чем связано внимание</w:t>
            </w:r>
          </w:p>
        </w:tc>
      </w:tr>
      <w:tr>
        <w:tc>
          <w:tcPr>
            <w:tcW w:type="dxa" w:w="4677"/>
          </w:tcPr>
          <w:p>
            <w:pPr>
              <w:ind w:firstLine="0"/>
            </w:pPr>
            <w:r>
              <w:rPr>
                <w:rFonts w:ascii="Times New Roman" w:hAnsi="Times New Roman"/>
                <w:b w:val="0"/>
                <w:sz w:val="22"/>
              </w:rPr>
              <w:t>февраль–апрель 2018</w:t>
            </w:r>
          </w:p>
        </w:tc>
        <w:tc>
          <w:tcPr>
            <w:tcW w:type="dxa" w:w="4677"/>
          </w:tcPr>
          <w:p>
            <w:pPr>
              <w:ind w:firstLine="0"/>
            </w:pPr>
            <w:r>
              <w:rPr>
                <w:rFonts w:ascii="Times New Roman" w:hAnsi="Times New Roman"/>
                <w:b w:val="0"/>
                <w:sz w:val="22"/>
              </w:rPr>
              <w:t>нападения в школах Перми и Улан-Удэ — первый устойчивый всплеск темы (</w:t>
            </w:r>
            <w:hyperlink r:id="rId167">
              <w:r>
                <w:rPr>
                  <w:rFonts w:ascii="Times New Roman" w:hAnsi="Times New Roman"/>
                  <w:color w:val="0563C1"/>
                  <w:u w:val="single"/>
                  <w:sz w:val="22"/>
                </w:rPr>
                <w:t xml:space="preserve">НИУ ВШЭ</w:t>
              </w:r>
            </w:hyperlink>
            <w:r>
              <w:rPr>
                <w:rFonts w:ascii="Times New Roman" w:hAnsi="Times New Roman"/>
                <w:b w:val="0"/>
                <w:sz w:val="22"/>
              </w:rPr>
              <w:t>)</w:t>
            </w:r>
          </w:p>
        </w:tc>
      </w:tr>
      <w:tr>
        <w:tc>
          <w:tcPr>
            <w:tcW w:type="dxa" w:w="4677"/>
          </w:tcPr>
          <w:p>
            <w:pPr>
              <w:ind w:firstLine="0"/>
            </w:pPr>
            <w:r>
              <w:rPr>
                <w:rFonts w:ascii="Times New Roman" w:hAnsi="Times New Roman"/>
                <w:b w:val="0"/>
                <w:sz w:val="22"/>
              </w:rPr>
              <w:t>11 мая 2021</w:t>
            </w:r>
          </w:p>
        </w:tc>
        <w:tc>
          <w:tcPr>
            <w:tcW w:type="dxa" w:w="4677"/>
          </w:tcPr>
          <w:p>
            <w:pPr>
              <w:ind w:firstLine="0"/>
            </w:pPr>
            <w:r>
              <w:rPr>
                <w:rFonts w:ascii="Times New Roman" w:hAnsi="Times New Roman"/>
                <w:b w:val="0"/>
                <w:sz w:val="22"/>
              </w:rPr>
              <w:t xml:space="preserve">нападение на школу в Казани; связь с травлей </w:t>
            </w:r>
            <w:r>
              <w:rPr>
                <w:rFonts w:ascii="Times New Roman" w:hAnsi="Times New Roman"/>
                <w:b/>
                <w:sz w:val="22"/>
              </w:rPr>
              <w:t>официально не подтверждена</w:t>
            </w:r>
          </w:p>
        </w:tc>
      </w:tr>
      <w:tr>
        <w:tc>
          <w:tcPr>
            <w:tcW w:type="dxa" w:w="4677"/>
          </w:tcPr>
          <w:p>
            <w:pPr>
              <w:ind w:firstLine="0"/>
            </w:pPr>
            <w:r>
              <w:rPr>
                <w:rFonts w:ascii="Times New Roman" w:hAnsi="Times New Roman"/>
                <w:b w:val="0"/>
                <w:sz w:val="22"/>
              </w:rPr>
              <w:t>май 2021</w:t>
            </w:r>
          </w:p>
        </w:tc>
        <w:tc>
          <w:tcPr>
            <w:tcW w:type="dxa" w:w="4677"/>
          </w:tcPr>
          <w:p>
            <w:pPr>
              <w:ind w:firstLine="0"/>
            </w:pPr>
            <w:r>
              <w:rPr>
                <w:rFonts w:ascii="Times New Roman" w:hAnsi="Times New Roman"/>
                <w:b w:val="0"/>
                <w:sz w:val="22"/>
              </w:rPr>
              <w:t>публикация исследования «Травли NET» и «Где мои дети» (</w:t>
            </w:r>
            <w:hyperlink r:id="rId168">
              <w:r>
                <w:rPr>
                  <w:rFonts w:ascii="Times New Roman" w:hAnsi="Times New Roman"/>
                  <w:color w:val="0563C1"/>
                  <w:u w:val="single"/>
                  <w:sz w:val="22"/>
                </w:rPr>
                <w:t xml:space="preserve">«Такие дела»</w:t>
              </w:r>
            </w:hyperlink>
            <w:r>
              <w:rPr>
                <w:rFonts w:ascii="Times New Roman" w:hAnsi="Times New Roman"/>
                <w:b w:val="0"/>
                <w:sz w:val="22"/>
              </w:rPr>
              <w:t>)</w:t>
            </w:r>
          </w:p>
        </w:tc>
      </w:tr>
      <w:tr>
        <w:tc>
          <w:tcPr>
            <w:tcW w:type="dxa" w:w="4677"/>
          </w:tcPr>
          <w:p>
            <w:pPr>
              <w:ind w:firstLine="0"/>
            </w:pPr>
            <w:r>
              <w:rPr>
                <w:rFonts w:ascii="Times New Roman" w:hAnsi="Times New Roman"/>
                <w:b w:val="0"/>
                <w:sz w:val="22"/>
              </w:rPr>
              <w:t>30 марта 2023</w:t>
            </w:r>
          </w:p>
        </w:tc>
        <w:tc>
          <w:tcPr>
            <w:tcW w:type="dxa" w:w="4677"/>
          </w:tcPr>
          <w:p>
            <w:pPr>
              <w:ind w:firstLine="0"/>
            </w:pPr>
            <w:r>
              <w:rPr>
                <w:rFonts w:ascii="Times New Roman" w:hAnsi="Times New Roman"/>
                <w:b/>
                <w:sz w:val="22"/>
              </w:rPr>
              <w:t>первый</w:t>
            </w:r>
            <w:r>
              <w:rPr>
                <w:rFonts w:ascii="Times New Roman" w:hAnsi="Times New Roman"/>
                <w:b w:val="0"/>
                <w:sz w:val="22"/>
              </w:rPr>
              <w:t xml:space="preserve"> Всероссийский антибуллинговый форум «Надо поговорить!»</w:t>
            </w:r>
          </w:p>
        </w:tc>
      </w:tr>
      <w:tr>
        <w:tc>
          <w:tcPr>
            <w:tcW w:type="dxa" w:w="4677"/>
          </w:tcPr>
          <w:p>
            <w:pPr>
              <w:ind w:firstLine="0"/>
            </w:pPr>
            <w:r>
              <w:rPr>
                <w:rFonts w:ascii="Times New Roman" w:hAnsi="Times New Roman"/>
                <w:b w:val="0"/>
                <w:sz w:val="22"/>
              </w:rPr>
              <w:t>7–11 декабря 2023</w:t>
            </w:r>
          </w:p>
        </w:tc>
        <w:tc>
          <w:tcPr>
            <w:tcW w:type="dxa" w:w="4677"/>
          </w:tcPr>
          <w:p>
            <w:pPr>
              <w:ind w:firstLine="0"/>
            </w:pPr>
            <w:r>
              <w:rPr>
                <w:rFonts w:ascii="Times New Roman" w:hAnsi="Times New Roman"/>
                <w:b w:val="0"/>
                <w:sz w:val="22"/>
              </w:rPr>
              <w:t>трагедия в брянской гимназии → Госдума возвращается к теме травли</w:t>
            </w:r>
          </w:p>
        </w:tc>
      </w:tr>
      <w:tr>
        <w:tc>
          <w:tcPr>
            <w:tcW w:type="dxa" w:w="4677"/>
          </w:tcPr>
          <w:p>
            <w:pPr>
              <w:ind w:firstLine="0"/>
            </w:pPr>
            <w:r>
              <w:rPr>
                <w:rFonts w:ascii="Times New Roman" w:hAnsi="Times New Roman"/>
                <w:b w:val="0"/>
                <w:sz w:val="22"/>
              </w:rPr>
              <w:t>17–24 сентября 2024</w:t>
            </w:r>
          </w:p>
        </w:tc>
        <w:tc>
          <w:tcPr>
            <w:tcW w:type="dxa" w:w="4677"/>
          </w:tcPr>
          <w:p>
            <w:pPr>
              <w:ind w:firstLine="0"/>
            </w:pPr>
            <w:r>
              <w:rPr>
                <w:rFonts w:ascii="Times New Roman" w:hAnsi="Times New Roman"/>
                <w:b w:val="0"/>
                <w:sz w:val="22"/>
              </w:rPr>
              <w:t>кластер: опрос ВЦИОМ + инициатива об анонимных опросах + обсуждение проекта Метелева</w:t>
            </w:r>
          </w:p>
        </w:tc>
      </w:tr>
      <w:tr>
        <w:tc>
          <w:tcPr>
            <w:tcW w:type="dxa" w:w="4677"/>
          </w:tcPr>
          <w:p>
            <w:pPr>
              <w:ind w:firstLine="0"/>
            </w:pPr>
            <w:r>
              <w:rPr>
                <w:rFonts w:ascii="Times New Roman" w:hAnsi="Times New Roman"/>
                <w:b w:val="0"/>
                <w:sz w:val="22"/>
              </w:rPr>
              <w:t>24 марта 2025</w:t>
            </w:r>
          </w:p>
        </w:tc>
        <w:tc>
          <w:tcPr>
            <w:tcW w:type="dxa" w:w="4677"/>
          </w:tcPr>
          <w:p>
            <w:pPr>
              <w:ind w:firstLine="0"/>
            </w:pPr>
            <w:r>
              <w:rPr>
                <w:rFonts w:ascii="Times New Roman" w:hAnsi="Times New Roman"/>
                <w:b/>
                <w:sz w:val="22"/>
              </w:rPr>
              <w:t>второй</w:t>
            </w:r>
            <w:r>
              <w:rPr>
                <w:rFonts w:ascii="Times New Roman" w:hAnsi="Times New Roman"/>
                <w:b w:val="0"/>
                <w:sz w:val="22"/>
              </w:rPr>
              <w:t xml:space="preserve"> форум «Надо поговорить!» — в стенах Госдумы</w:t>
            </w:r>
          </w:p>
        </w:tc>
      </w:tr>
      <w:tr>
        <w:tc>
          <w:tcPr>
            <w:tcW w:type="dxa" w:w="4677"/>
          </w:tcPr>
          <w:p>
            <w:pPr>
              <w:ind w:firstLine="0"/>
            </w:pPr>
            <w:r>
              <w:rPr>
                <w:rFonts w:ascii="Times New Roman" w:hAnsi="Times New Roman"/>
                <w:b w:val="0"/>
                <w:sz w:val="22"/>
              </w:rPr>
              <w:t>август–декабрь 2025</w:t>
            </w:r>
          </w:p>
        </w:tc>
        <w:tc>
          <w:tcPr>
            <w:tcW w:type="dxa" w:w="4677"/>
          </w:tcPr>
          <w:p>
            <w:pPr>
              <w:ind w:firstLine="0"/>
            </w:pPr>
            <w:r>
              <w:rPr>
                <w:rFonts w:ascii="Times New Roman" w:hAnsi="Times New Roman"/>
                <w:b w:val="0"/>
                <w:sz w:val="22"/>
              </w:rPr>
              <w:t>законодательный трек: проект Метелева → направление в Правительство на отзыв → внесение № 1085766-8</w:t>
            </w:r>
          </w:p>
        </w:tc>
      </w:tr>
      <w:tr>
        <w:tc>
          <w:tcPr>
            <w:tcW w:type="dxa" w:w="4677"/>
          </w:tcPr>
          <w:p>
            <w:pPr>
              <w:ind w:firstLine="0"/>
            </w:pPr>
            <w:r>
              <w:rPr>
                <w:rFonts w:ascii="Times New Roman" w:hAnsi="Times New Roman"/>
                <w:b w:val="0"/>
                <w:sz w:val="22"/>
              </w:rPr>
              <w:t>декабрь 2025 – февраль 2026</w:t>
            </w:r>
          </w:p>
        </w:tc>
        <w:tc>
          <w:tcPr>
            <w:tcW w:type="dxa" w:w="4677"/>
          </w:tcPr>
          <w:p>
            <w:pPr>
              <w:ind w:firstLine="0"/>
            </w:pPr>
            <w:r>
              <w:rPr>
                <w:rFonts w:ascii="Times New Roman" w:hAnsi="Times New Roman"/>
                <w:b w:val="0"/>
                <w:sz w:val="22"/>
              </w:rPr>
              <w:t xml:space="preserve">серия нападений в школах; в публичной речи они связываются с травлей — </w:t>
            </w:r>
            <w:r>
              <w:rPr>
                <w:rFonts w:ascii="Times New Roman" w:hAnsi="Times New Roman"/>
                <w:b/>
                <w:sz w:val="22"/>
              </w:rPr>
              <w:t>это оценка говорящих, а не установленная причинная связь</w:t>
            </w:r>
          </w:p>
        </w:tc>
      </w:tr>
      <w:tr>
        <w:tc>
          <w:tcPr>
            <w:tcW w:type="dxa" w:w="4677"/>
          </w:tcPr>
          <w:p>
            <w:pPr>
              <w:ind w:firstLine="0"/>
            </w:pPr>
            <w:r>
              <w:rPr>
                <w:rFonts w:ascii="Times New Roman" w:hAnsi="Times New Roman"/>
                <w:b w:val="0"/>
                <w:sz w:val="22"/>
              </w:rPr>
              <w:t>12 февраля 2026</w:t>
            </w:r>
          </w:p>
        </w:tc>
        <w:tc>
          <w:tcPr>
            <w:tcW w:type="dxa" w:w="4677"/>
          </w:tcPr>
          <w:p>
            <w:pPr>
              <w:ind w:firstLine="0"/>
            </w:pPr>
            <w:r>
              <w:rPr>
                <w:rFonts w:ascii="Times New Roman" w:hAnsi="Times New Roman"/>
                <w:b w:val="0"/>
                <w:sz w:val="22"/>
              </w:rPr>
              <w:t>справка центра «Безопасность 2.0»: ~10 тыс. эпизодов кибербуллинга в 2025 г., +14 % к 2024 (</w:t>
            </w:r>
            <w:hyperlink r:id="rId169">
              <w:r>
                <w:rPr>
                  <w:rFonts w:ascii="Times New Roman" w:hAnsi="Times New Roman"/>
                  <w:color w:val="0563C1"/>
                  <w:u w:val="single"/>
                  <w:sz w:val="22"/>
                </w:rPr>
                <w:t xml:space="preserve">РИА</w:t>
              </w:r>
            </w:hyperlink>
            <w:r>
              <w:rPr>
                <w:rFonts w:ascii="Times New Roman" w:hAnsi="Times New Roman"/>
                <w:b w:val="0"/>
                <w:sz w:val="22"/>
              </w:rPr>
              <w:t>)</w:t>
            </w:r>
          </w:p>
        </w:tc>
      </w:tr>
      <w:tr>
        <w:tc>
          <w:tcPr>
            <w:tcW w:type="dxa" w:w="4677"/>
          </w:tcPr>
          <w:p>
            <w:pPr>
              <w:ind w:firstLine="0"/>
            </w:pPr>
            <w:r>
              <w:rPr>
                <w:rFonts w:ascii="Times New Roman" w:hAnsi="Times New Roman"/>
                <w:b w:val="0"/>
                <w:sz w:val="22"/>
              </w:rPr>
              <w:t>июль 2026</w:t>
            </w:r>
          </w:p>
        </w:tc>
        <w:tc>
          <w:tcPr>
            <w:tcW w:type="dxa" w:w="4677"/>
          </w:tcPr>
          <w:p>
            <w:pPr>
              <w:ind w:firstLine="0"/>
            </w:pPr>
            <w:r>
              <w:rPr>
                <w:rFonts w:ascii="Times New Roman" w:hAnsi="Times New Roman"/>
                <w:b w:val="0"/>
                <w:sz w:val="22"/>
              </w:rPr>
              <w:t>доклад детского омбудсмена: закрепить понятие «травля»</w:t>
            </w:r>
          </w:p>
        </w:tc>
      </w:tr>
      <w:tr>
        <w:tc>
          <w:tcPr>
            <w:tcW w:type="dxa" w:w="4677"/>
          </w:tcPr>
          <w:p>
            <w:pPr>
              <w:ind w:firstLine="0"/>
            </w:pPr>
            <w:r>
              <w:rPr>
                <w:rFonts w:ascii="Times New Roman" w:hAnsi="Times New Roman"/>
                <w:b w:val="0"/>
                <w:sz w:val="22"/>
              </w:rPr>
              <w:t>сентябрь 2026</w:t>
            </w:r>
          </w:p>
        </w:tc>
        <w:tc>
          <w:tcPr>
            <w:tcW w:type="dxa" w:w="4677"/>
          </w:tcPr>
          <w:p>
            <w:pPr>
              <w:ind w:firstLine="0"/>
            </w:pPr>
            <w:r>
              <w:rPr>
                <w:rFonts w:ascii="Times New Roman" w:hAnsi="Times New Roman"/>
                <w:b w:val="0"/>
                <w:sz w:val="22"/>
              </w:rPr>
              <w:t>анонс конкурса «Надо поговорить!» и форума 5–6 ноября 2026</w:t>
            </w:r>
          </w:p>
        </w:tc>
      </w:tr>
    </w:tbl>
    <w:p>
      <w:pPr>
        <w:spacing w:after="80"/>
        <w:ind w:firstLine="0"/>
      </w:pPr>
      <w:r>
        <w:rPr>
          <w:rFonts w:ascii="Times New Roman" w:hAnsi="Times New Roman"/>
          <w:b/>
          <w:i/>
          <w:sz w:val="24"/>
        </w:rPr>
        <w:t>Оговорка о качестве.</w:t>
      </w:r>
      <w:r>
        <w:rPr>
          <w:rFonts w:ascii="Times New Roman" w:hAnsi="Times New Roman"/>
          <w:b w:val="0"/>
          <w:i/>
          <w:sz w:val="24"/>
        </w:rPr>
        <w:t xml:space="preserve"> Публичной </w:t>
      </w:r>
      <w:r>
        <w:rPr>
          <w:rFonts w:ascii="Times New Roman" w:hAnsi="Times New Roman"/>
          <w:b/>
          <w:i/>
          <w:sz w:val="24"/>
        </w:rPr>
        <w:t>измеренной</w:t>
      </w:r>
      <w:r>
        <w:rPr>
          <w:rFonts w:ascii="Times New Roman" w:hAnsi="Times New Roman"/>
          <w:b w:val="0"/>
          <w:i/>
          <w:sz w:val="24"/>
        </w:rPr>
        <w:t xml:space="preserve"> медиа-аналитики (Медиалогия, СКАН, Brand Analytics) по динамике упоминаний именно темы травли за 2019–2026 в открытом доступе </w:t>
      </w:r>
      <w:r>
        <w:rPr>
          <w:rFonts w:ascii="Times New Roman" w:hAnsi="Times New Roman"/>
          <w:b/>
          <w:i/>
          <w:sz w:val="24"/>
        </w:rPr>
        <w:t>не найдено</w:t>
      </w:r>
      <w:r>
        <w:rPr>
          <w:rFonts w:ascii="Times New Roman" w:hAnsi="Times New Roman"/>
          <w:b w:val="0"/>
          <w:i/>
          <w:sz w:val="24"/>
        </w:rPr>
        <w:t xml:space="preserve">. Поэтому выше — не «пики» и не «крупные инфоповоды» (это количественные категории, требующие измеренного ряда), а </w:t>
      </w:r>
      <w:r>
        <w:rPr>
          <w:rFonts w:ascii="Times New Roman" w:hAnsi="Times New Roman"/>
          <w:b/>
          <w:i/>
          <w:sz w:val="24"/>
        </w:rPr>
        <w:t>перечень отобранных событий, реконструированный по датам</w:t>
      </w:r>
      <w:r>
        <w:rPr>
          <w:rFonts w:ascii="Times New Roman" w:hAnsi="Times New Roman"/>
          <w:b w:val="0"/>
          <w:i/>
          <w:sz w:val="24"/>
        </w:rPr>
        <w:t xml:space="preserve">. Частота публикаций </w:t>
      </w:r>
      <w:r>
        <w:rPr>
          <w:rFonts w:ascii="Times New Roman" w:hAnsi="Times New Roman"/>
          <w:b/>
          <w:i/>
          <w:sz w:val="24"/>
        </w:rPr>
        <w:t>не измерялась</w:t>
      </w:r>
      <w:r>
        <w:rPr>
          <w:rFonts w:ascii="Times New Roman" w:hAnsi="Times New Roman"/>
          <w:b w:val="0"/>
          <w:i/>
          <w:sz w:val="24"/>
        </w:rPr>
        <w:t xml:space="preserve"> — </w:t>
      </w:r>
      <w:r>
        <w:rPr>
          <w:rFonts w:ascii="Times New Roman" w:hAnsi="Times New Roman"/>
          <w:b/>
          <w:i/>
          <w:sz w:val="24"/>
        </w:rPr>
        <w:t>NOT VERIFIED</w:t>
      </w:r>
      <w:r>
        <w:rPr>
          <w:rFonts w:ascii="Times New Roman" w:hAnsi="Times New Roman"/>
          <w:b w:val="0"/>
          <w:i/>
          <w:sz w:val="24"/>
        </w:rPr>
        <w:t xml:space="preserve"> как частотная динамика.</w:t>
      </w:r>
    </w:p>
    <w:p>
      <w:pPr>
        <w:spacing w:after="80"/>
        <w:ind w:firstLine="0"/>
      </w:pPr>
      <w:r>
        <w:rPr>
          <w:rFonts w:ascii="Times New Roman" w:hAnsi="Times New Roman"/>
          <w:b/>
          <w:sz w:val="26"/>
        </w:rPr>
        <w:t>14.5. Публичные кампании и акции</w:t>
      </w:r>
    </w:p>
    <w:p>
      <w:pPr>
        <w:spacing w:after="40"/>
        <w:ind w:firstLine="0"/>
      </w:pPr>
      <w:r>
        <w:rPr>
          <w:rFonts w:ascii="Times New Roman" w:hAnsi="Times New Roman"/>
          <w:b w:val="0"/>
          <w:sz w:val="28"/>
        </w:rPr>
        <w:t xml:space="preserve">– </w:t>
      </w:r>
      <w:r>
        <w:rPr>
          <w:rFonts w:ascii="Times New Roman" w:hAnsi="Times New Roman"/>
          <w:b/>
          <w:sz w:val="28"/>
        </w:rPr>
        <w:t>«Травли NET»</w:t>
      </w:r>
      <w:r>
        <w:rPr>
          <w:rFonts w:ascii="Times New Roman" w:hAnsi="Times New Roman"/>
          <w:b w:val="0"/>
          <w:sz w:val="28"/>
        </w:rPr>
        <w:t xml:space="preserve"> (АНО «Журавлик») — ключевой НКО-бренд темы: пособия для детей, учителей и родителей, антибуллинговая программа для школ (</w:t>
      </w:r>
      <w:hyperlink r:id="rId119">
        <w:r>
          <w:rPr>
            <w:rFonts w:ascii="Times New Roman" w:hAnsi="Times New Roman"/>
            <w:color w:val="0563C1"/>
            <w:u w:val="single"/>
            <w:sz w:val="24"/>
          </w:rPr>
          <w:t xml:space="preserve">сайт</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«КАЖДЫЙ ВАЖЕН»</w:t>
      </w:r>
      <w:r>
        <w:rPr>
          <w:rFonts w:ascii="Times New Roman" w:hAnsi="Times New Roman"/>
          <w:b w:val="0"/>
          <w:sz w:val="28"/>
        </w:rPr>
        <w:t xml:space="preserve"> (Центр толерантности) — комплексная программа профилактики травли (</w:t>
      </w:r>
      <w:hyperlink r:id="rId120">
        <w:r>
          <w:rPr>
            <w:rFonts w:ascii="Times New Roman" w:hAnsi="Times New Roman"/>
            <w:color w:val="0563C1"/>
            <w:u w:val="single"/>
            <w:sz w:val="24"/>
          </w:rPr>
          <w:t xml:space="preserve">сайт</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День борьбы с кибербуллингом</w:t>
      </w:r>
      <w:r>
        <w:rPr>
          <w:rFonts w:ascii="Times New Roman" w:hAnsi="Times New Roman"/>
          <w:b w:val="0"/>
          <w:sz w:val="28"/>
        </w:rPr>
        <w:t xml:space="preserve"> — ежегодная кампания VK, 11 ноября, с публичными людьми и брендами-партнёрами (</w:t>
      </w:r>
      <w:hyperlink r:id="rId162">
        <w:r>
          <w:rPr>
            <w:rFonts w:ascii="Times New Roman" w:hAnsi="Times New Roman"/>
            <w:color w:val="0563C1"/>
            <w:u w:val="single"/>
            <w:sz w:val="24"/>
          </w:rPr>
          <w:t xml:space="preserve">VK</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Форумы «Надо поговорить!»</w:t>
      </w:r>
      <w:r>
        <w:rPr>
          <w:rFonts w:ascii="Times New Roman" w:hAnsi="Times New Roman"/>
          <w:b w:val="0"/>
          <w:sz w:val="28"/>
        </w:rPr>
        <w:t xml:space="preserve"> — 2023 (первый) и 2025 (в Госдуме); на 2026 анонсированы конкурс и форум 5–6 ноября (</w:t>
      </w:r>
      <w:hyperlink r:id="rId170">
        <w:r>
          <w:rPr>
            <w:rFonts w:ascii="Times New Roman" w:hAnsi="Times New Roman"/>
            <w:color w:val="0563C1"/>
            <w:u w:val="single"/>
            <w:sz w:val="24"/>
          </w:rPr>
          <w:t xml:space="preserve">АСИ</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«Мне не стыдно»</w:t>
      </w:r>
      <w:r>
        <w:rPr>
          <w:rFonts w:ascii="Times New Roman" w:hAnsi="Times New Roman"/>
          <w:b w:val="0"/>
          <w:sz w:val="28"/>
        </w:rPr>
        <w:t xml:space="preserve"> — публичные люди рассказывают о пережитой травле (</w:t>
      </w:r>
      <w:hyperlink r:id="rId171">
        <w:r>
          <w:rPr>
            <w:rFonts w:ascii="Times New Roman" w:hAnsi="Times New Roman"/>
            <w:color w:val="0563C1"/>
            <w:u w:val="single"/>
            <w:sz w:val="24"/>
          </w:rPr>
          <w:t xml:space="preserve">АСИ</w:t>
        </w:r>
      </w:hyperlink>
      <w:r>
        <w:rPr>
          <w:rFonts w:ascii="Times New Roman" w:hAnsi="Times New Roman"/>
          <w:b w:val="0"/>
          <w:sz w:val="28"/>
        </w:rPr>
        <w:t>).</w:t>
      </w:r>
    </w:p>
    <w:p>
      <w:pPr>
        <w:spacing w:after="40"/>
        <w:ind w:firstLine="0"/>
      </w:pPr>
      <w:r>
        <w:rPr>
          <w:rFonts w:ascii="Times New Roman" w:hAnsi="Times New Roman"/>
          <w:b w:val="0"/>
          <w:sz w:val="28"/>
        </w:rPr>
        <w:t xml:space="preserve">– </w:t>
      </w:r>
      <w:r>
        <w:rPr>
          <w:rFonts w:ascii="Times New Roman" w:hAnsi="Times New Roman"/>
          <w:b/>
          <w:sz w:val="28"/>
        </w:rPr>
        <w:t>Конкурс «Комиксы против травли»</w:t>
      </w:r>
      <w:r>
        <w:rPr>
          <w:rFonts w:ascii="Times New Roman" w:hAnsi="Times New Roman"/>
          <w:b w:val="0"/>
          <w:sz w:val="28"/>
        </w:rPr>
        <w:t xml:space="preserve"> (2025), </w:t>
      </w:r>
      <w:r>
        <w:rPr>
          <w:rFonts w:ascii="Times New Roman" w:hAnsi="Times New Roman"/>
          <w:b/>
          <w:sz w:val="28"/>
        </w:rPr>
        <w:t>агрегатор «Вместе против буллинга»</w:t>
      </w:r>
      <w:r>
        <w:rPr>
          <w:rFonts w:ascii="Times New Roman" w:hAnsi="Times New Roman"/>
          <w:b w:val="0"/>
          <w:sz w:val="28"/>
        </w:rPr>
        <w:t xml:space="preserve"> для московских школ.</w:t>
      </w:r>
    </w:p>
    <w:p>
      <w:pPr>
        <w:spacing w:after="40"/>
        <w:ind w:firstLine="0"/>
      </w:pPr>
      <w:r>
        <w:rPr>
          <w:rFonts w:ascii="Times New Roman" w:hAnsi="Times New Roman"/>
          <w:b w:val="0"/>
          <w:sz w:val="28"/>
        </w:rPr>
        <w:t xml:space="preserve">– </w:t>
      </w:r>
      <w:r>
        <w:rPr>
          <w:rFonts w:ascii="Times New Roman" w:hAnsi="Times New Roman"/>
          <w:b/>
          <w:sz w:val="28"/>
        </w:rPr>
        <w:t>Международный день борьбы с насилием и травлей в школе</w:t>
      </w:r>
      <w:r>
        <w:rPr>
          <w:rFonts w:ascii="Times New Roman" w:hAnsi="Times New Roman"/>
          <w:b w:val="0"/>
          <w:sz w:val="28"/>
        </w:rPr>
        <w:t xml:space="preserve"> (ЮНЕСКО, первая половина ноября) — внешняя дата, вокруг которой строятся российские акции (</w:t>
      </w:r>
      <w:hyperlink r:id="rId172">
        <w:r>
          <w:rPr>
            <w:rFonts w:ascii="Times New Roman" w:hAnsi="Times New Roman"/>
            <w:color w:val="0563C1"/>
            <w:u w:val="single"/>
            <w:sz w:val="24"/>
          </w:rPr>
          <w:t xml:space="preserve">ЮНЕСКО</w:t>
        </w:r>
      </w:hyperlink>
      <w:r>
        <w:rPr>
          <w:rFonts w:ascii="Times New Roman" w:hAnsi="Times New Roman"/>
          <w:b w:val="0"/>
          <w:sz w:val="28"/>
        </w:rPr>
        <w:t>).</w:t>
      </w:r>
    </w:p>
    <w:p>
      <w:pPr>
        <w:spacing w:after="80"/>
        <w:ind w:firstLine="0"/>
      </w:pPr>
      <w:r>
        <w:rPr>
          <w:rFonts w:ascii="Times New Roman" w:hAnsi="Times New Roman"/>
          <w:b/>
          <w:sz w:val="26"/>
        </w:rPr>
        <w:t>14.6. Как реагирует общество: что показывают опросы — и чего они не показывают</w:t>
      </w:r>
    </w:p>
    <w:tbl>
      <w:tblPr>
        <w:tblStyle w:val="TableGrid"/>
        <w:tblW w:type="auto" w:w="0"/>
        <w:jc w:val="center"/>
        <w:tblLook w:firstColumn="1" w:firstRow="1" w:lastColumn="0" w:lastRow="0" w:noHBand="0" w:noVBand="1" w:val="04A0"/>
      </w:tblPr>
      <w:tblGrid>
        <w:gridCol w:w="3118"/>
        <w:gridCol w:w="3118"/>
        <w:gridCol w:w="3118"/>
      </w:tblGrid>
      <w:tr>
        <w:tc>
          <w:tcPr>
            <w:tcW w:type="dxa" w:w="3118"/>
          </w:tcPr>
          <w:p>
            <w:pPr>
              <w:ind w:firstLine="0"/>
            </w:pPr>
            <w:r>
              <w:rPr>
                <w:rFonts w:ascii="Times New Roman" w:hAnsi="Times New Roman"/>
                <w:b/>
                <w:sz w:val="22"/>
              </w:rPr>
              <w:t>Опрос</w:t>
            </w:r>
          </w:p>
        </w:tc>
        <w:tc>
          <w:tcPr>
            <w:tcW w:type="dxa" w:w="3118"/>
          </w:tcPr>
          <w:p>
            <w:pPr>
              <w:ind w:firstLine="0"/>
            </w:pPr>
            <w:r>
              <w:rPr>
                <w:rFonts w:ascii="Times New Roman" w:hAnsi="Times New Roman"/>
                <w:b/>
                <w:sz w:val="22"/>
              </w:rPr>
              <w:t>Год</w:t>
            </w:r>
          </w:p>
        </w:tc>
        <w:tc>
          <w:tcPr>
            <w:tcW w:type="dxa" w:w="3118"/>
          </w:tcPr>
          <w:p>
            <w:pPr>
              <w:ind w:firstLine="0"/>
            </w:pPr>
            <w:r>
              <w:rPr>
                <w:rFonts w:ascii="Times New Roman" w:hAnsi="Times New Roman"/>
                <w:b/>
                <w:sz w:val="22"/>
              </w:rPr>
              <w:t>Ключевые цифры</w:t>
            </w:r>
          </w:p>
        </w:tc>
      </w:tr>
      <w:tr>
        <w:tc>
          <w:tcPr>
            <w:tcW w:type="dxa" w:w="3118"/>
          </w:tcPr>
          <w:p>
            <w:pPr>
              <w:ind w:firstLine="0"/>
            </w:pPr>
            <w:hyperlink r:id="rId19">
              <w:r>
                <w:rPr>
                  <w:rFonts w:ascii="Times New Roman" w:hAnsi="Times New Roman"/>
                  <w:color w:val="0563C1"/>
                  <w:u w:val="single"/>
                  <w:sz w:val="22"/>
                </w:rPr>
                <w:t xml:space="preserve">ВЦИОМ</w:t>
              </w:r>
            </w:hyperlink>
          </w:p>
        </w:tc>
        <w:tc>
          <w:tcPr>
            <w:tcW w:type="dxa" w:w="3118"/>
          </w:tcPr>
          <w:p>
            <w:pPr>
              <w:ind w:firstLine="0"/>
            </w:pPr>
            <w:r>
              <w:rPr>
                <w:rFonts w:ascii="Times New Roman" w:hAnsi="Times New Roman"/>
                <w:b w:val="0"/>
                <w:sz w:val="22"/>
              </w:rPr>
              <w:t>2024</w:t>
            </w:r>
          </w:p>
        </w:tc>
        <w:tc>
          <w:tcPr>
            <w:tcW w:type="dxa" w:w="3118"/>
          </w:tcPr>
          <w:p>
            <w:pPr>
              <w:ind w:firstLine="0"/>
            </w:pPr>
            <w:r>
              <w:rPr>
                <w:rFonts w:ascii="Times New Roman" w:hAnsi="Times New Roman"/>
                <w:b/>
                <w:sz w:val="22"/>
              </w:rPr>
              <w:t>84 %</w:t>
            </w:r>
            <w:r>
              <w:rPr>
                <w:rFonts w:ascii="Times New Roman" w:hAnsi="Times New Roman"/>
                <w:b w:val="0"/>
                <w:sz w:val="22"/>
              </w:rPr>
              <w:t xml:space="preserve"> — «травля в школе — серьёзная проблема, требующая обязательного разбирательства и помощи пострадавшему ученику»; </w:t>
            </w:r>
            <w:r>
              <w:rPr>
                <w:rFonts w:ascii="Times New Roman" w:hAnsi="Times New Roman"/>
                <w:b/>
                <w:sz w:val="22"/>
              </w:rPr>
              <w:t>25 %</w:t>
            </w:r>
            <w:r>
              <w:rPr>
                <w:rFonts w:ascii="Times New Roman" w:hAnsi="Times New Roman"/>
                <w:b w:val="0"/>
                <w:sz w:val="22"/>
              </w:rPr>
              <w:t xml:space="preserve"> имели личный опыт; </w:t>
            </w:r>
            <w:r>
              <w:rPr>
                <w:rFonts w:ascii="Times New Roman" w:hAnsi="Times New Roman"/>
                <w:b/>
                <w:sz w:val="22"/>
              </w:rPr>
              <w:t>19 %</w:t>
            </w:r>
            <w:r>
              <w:rPr>
                <w:rFonts w:ascii="Times New Roman" w:hAnsi="Times New Roman"/>
                <w:b w:val="0"/>
                <w:sz w:val="22"/>
              </w:rPr>
              <w:t xml:space="preserve"> — дети/внуки; </w:t>
            </w:r>
            <w:r>
              <w:rPr>
                <w:rFonts w:ascii="Times New Roman" w:hAnsi="Times New Roman"/>
                <w:b/>
                <w:sz w:val="22"/>
              </w:rPr>
              <w:t>10 %</w:t>
            </w:r>
            <w:r>
              <w:rPr>
                <w:rFonts w:ascii="Times New Roman" w:hAnsi="Times New Roman"/>
                <w:b w:val="0"/>
                <w:sz w:val="22"/>
              </w:rPr>
              <w:t xml:space="preserve"> выбрали вариант «буллинг — нечто естественное, и взрослым не стоит вмешиваться»</w:t>
            </w:r>
          </w:p>
        </w:tc>
      </w:tr>
      <w:tr>
        <w:tc>
          <w:tcPr>
            <w:tcW w:type="dxa" w:w="3118"/>
          </w:tcPr>
          <w:p>
            <w:pPr>
              <w:ind w:firstLine="0"/>
            </w:pPr>
            <w:hyperlink r:id="rId173">
              <w:r>
                <w:rPr>
                  <w:rFonts w:ascii="Times New Roman" w:hAnsi="Times New Roman"/>
                  <w:color w:val="0563C1"/>
                  <w:u w:val="single"/>
                  <w:sz w:val="22"/>
                </w:rPr>
                <w:t xml:space="preserve">ВЦИОМ</w:t>
              </w:r>
            </w:hyperlink>
          </w:p>
        </w:tc>
        <w:tc>
          <w:tcPr>
            <w:tcW w:type="dxa" w:w="3118"/>
          </w:tcPr>
          <w:p>
            <w:pPr>
              <w:ind w:firstLine="0"/>
            </w:pPr>
            <w:r>
              <w:rPr>
                <w:rFonts w:ascii="Times New Roman" w:hAnsi="Times New Roman"/>
                <w:b w:val="0"/>
                <w:sz w:val="22"/>
              </w:rPr>
              <w:t>2025</w:t>
            </w:r>
          </w:p>
        </w:tc>
        <w:tc>
          <w:tcPr>
            <w:tcW w:type="dxa" w:w="3118"/>
          </w:tcPr>
          <w:p>
            <w:pPr>
              <w:ind w:firstLine="0"/>
            </w:pPr>
            <w:r>
              <w:rPr>
                <w:rFonts w:ascii="Times New Roman" w:hAnsi="Times New Roman"/>
                <w:b/>
                <w:sz w:val="22"/>
              </w:rPr>
              <w:t>64 %</w:t>
            </w:r>
            <w:r>
              <w:rPr>
                <w:rFonts w:ascii="Times New Roman" w:hAnsi="Times New Roman"/>
                <w:b w:val="0"/>
                <w:sz w:val="22"/>
              </w:rPr>
              <w:t xml:space="preserve"> видят причину в недостатке воспитания в семьях; </w:t>
            </w:r>
            <w:r>
              <w:rPr>
                <w:rFonts w:ascii="Times New Roman" w:hAnsi="Times New Roman"/>
                <w:b/>
                <w:sz w:val="22"/>
              </w:rPr>
              <w:t>67 %</w:t>
            </w:r>
            <w:r>
              <w:rPr>
                <w:rFonts w:ascii="Times New Roman" w:hAnsi="Times New Roman"/>
                <w:b w:val="0"/>
                <w:sz w:val="22"/>
              </w:rPr>
              <w:t xml:space="preserve"> — за привлечение родителей зачинщиков к работе; помощь психолога рассматривают лишь </w:t>
            </w:r>
            <w:r>
              <w:rPr>
                <w:rFonts w:ascii="Times New Roman" w:hAnsi="Times New Roman"/>
                <w:b/>
                <w:sz w:val="22"/>
              </w:rPr>
              <w:t>15 %</w:t>
            </w:r>
          </w:p>
        </w:tc>
      </w:tr>
      <w:tr>
        <w:tc>
          <w:tcPr>
            <w:tcW w:type="dxa" w:w="3118"/>
          </w:tcPr>
          <w:p>
            <w:pPr>
              <w:ind w:firstLine="0"/>
            </w:pPr>
            <w:hyperlink r:id="rId174">
              <w:r>
                <w:rPr>
                  <w:rFonts w:ascii="Times New Roman" w:hAnsi="Times New Roman"/>
                  <w:color w:val="0563C1"/>
                  <w:u w:val="single"/>
                  <w:sz w:val="22"/>
                </w:rPr>
                <w:t xml:space="preserve">НАФИ</w:t>
              </w:r>
            </w:hyperlink>
          </w:p>
        </w:tc>
        <w:tc>
          <w:tcPr>
            <w:tcW w:type="dxa" w:w="3118"/>
          </w:tcPr>
          <w:p>
            <w:pPr>
              <w:ind w:firstLine="0"/>
            </w:pPr>
            <w:r>
              <w:rPr>
                <w:rFonts w:ascii="Times New Roman" w:hAnsi="Times New Roman"/>
                <w:b w:val="0"/>
                <w:sz w:val="22"/>
              </w:rPr>
              <w:t>2025</w:t>
            </w:r>
          </w:p>
        </w:tc>
        <w:tc>
          <w:tcPr>
            <w:tcW w:type="dxa" w:w="3118"/>
          </w:tcPr>
          <w:p>
            <w:pPr>
              <w:ind w:firstLine="0"/>
            </w:pPr>
            <w:r>
              <w:rPr>
                <w:rFonts w:ascii="Times New Roman" w:hAnsi="Times New Roman"/>
                <w:b/>
                <w:sz w:val="22"/>
              </w:rPr>
              <w:t>54 %</w:t>
            </w:r>
            <w:r>
              <w:rPr>
                <w:rFonts w:ascii="Times New Roman" w:hAnsi="Times New Roman"/>
                <w:b w:val="0"/>
                <w:sz w:val="22"/>
              </w:rPr>
              <w:t xml:space="preserve"> сталкивались с агрессией в свой адрес, </w:t>
            </w:r>
            <w:r>
              <w:rPr>
                <w:rFonts w:ascii="Times New Roman" w:hAnsi="Times New Roman"/>
                <w:b/>
                <w:sz w:val="22"/>
              </w:rPr>
              <w:t>12 %</w:t>
            </w:r>
            <w:r>
              <w:rPr>
                <w:rFonts w:ascii="Times New Roman" w:hAnsi="Times New Roman"/>
                <w:b w:val="0"/>
                <w:sz w:val="22"/>
              </w:rPr>
              <w:t xml:space="preserve"> — почти ежедневно</w:t>
            </w:r>
          </w:p>
        </w:tc>
      </w:tr>
      <w:tr>
        <w:tc>
          <w:tcPr>
            <w:tcW w:type="dxa" w:w="3118"/>
          </w:tcPr>
          <w:p>
            <w:pPr>
              <w:ind w:firstLine="0"/>
            </w:pPr>
            <w:hyperlink r:id="rId175">
              <w:r>
                <w:rPr>
                  <w:rFonts w:ascii="Times New Roman" w:hAnsi="Times New Roman"/>
                  <w:color w:val="0563C1"/>
                  <w:u w:val="single"/>
                  <w:sz w:val="22"/>
                </w:rPr>
                <w:t xml:space="preserve">#Недетские_проблемы</w:t>
              </w:r>
            </w:hyperlink>
          </w:p>
        </w:tc>
        <w:tc>
          <w:tcPr>
            <w:tcW w:type="dxa" w:w="3118"/>
          </w:tcPr>
          <w:p>
            <w:pPr>
              <w:ind w:firstLine="0"/>
            </w:pPr>
            <w:r>
              <w:rPr>
                <w:rFonts w:ascii="Times New Roman" w:hAnsi="Times New Roman"/>
                <w:b w:val="0"/>
                <w:sz w:val="22"/>
              </w:rPr>
              <w:t>2026</w:t>
            </w:r>
          </w:p>
        </w:tc>
        <w:tc>
          <w:tcPr>
            <w:tcW w:type="dxa" w:w="3118"/>
          </w:tcPr>
          <w:p>
            <w:pPr>
              <w:ind w:firstLine="0"/>
            </w:pPr>
            <w:r>
              <w:rPr>
                <w:rFonts w:ascii="Times New Roman" w:hAnsi="Times New Roman"/>
                <w:b/>
                <w:sz w:val="22"/>
              </w:rPr>
              <w:t>58 %</w:t>
            </w:r>
            <w:r>
              <w:rPr>
                <w:rFonts w:ascii="Times New Roman" w:hAnsi="Times New Roman"/>
                <w:b w:val="0"/>
                <w:sz w:val="22"/>
              </w:rPr>
              <w:t xml:space="preserve"> молодых людей 18–24 лет сталкивались хотя бы с одним видом насилия</w:t>
            </w:r>
          </w:p>
        </w:tc>
      </w:tr>
    </w:tbl>
    <w:p>
      <w:r>
        <w:rPr>
          <w:rFonts w:ascii="Times New Roman" w:hAnsi="Times New Roman"/>
          <w:b/>
          <w:sz w:val="28"/>
        </w:rPr>
        <w:t>Три уточнения, без которых цифры читаются шире, чем есть (внесены в версии 6.2).</w:t>
      </w:r>
    </w:p>
    <w:p>
      <w:pPr>
        <w:spacing w:after="40"/>
        <w:ind w:firstLine="0"/>
      </w:pPr>
      <w:r>
        <w:rPr>
          <w:rFonts w:ascii="Times New Roman" w:hAnsi="Times New Roman"/>
          <w:b w:val="0"/>
          <w:sz w:val="28"/>
        </w:rPr>
        <w:t xml:space="preserve">1. </w:t>
      </w:r>
      <w:r>
        <w:rPr>
          <w:rFonts w:ascii="Times New Roman" w:hAnsi="Times New Roman"/>
          <w:b/>
          <w:sz w:val="28"/>
        </w:rPr>
        <w:t>Обе цифры ВЦИОМ относятся к опросу взрослых</w:t>
      </w:r>
      <w:r>
        <w:rPr>
          <w:rFonts w:ascii="Times New Roman" w:hAnsi="Times New Roman"/>
          <w:b w:val="0"/>
          <w:sz w:val="28"/>
        </w:rPr>
        <w:t xml:space="preserve">, а не школьников (1600 человек, 18+), и показывают </w:t>
      </w:r>
      <w:r>
        <w:rPr>
          <w:rFonts w:ascii="Times New Roman" w:hAnsi="Times New Roman"/>
          <w:b/>
          <w:sz w:val="28"/>
        </w:rPr>
        <w:t>установку взрослых</w:t>
      </w:r>
      <w:r>
        <w:rPr>
          <w:rFonts w:ascii="Times New Roman" w:hAnsi="Times New Roman"/>
          <w:b w:val="0"/>
          <w:sz w:val="28"/>
        </w:rPr>
        <w:t>, а не позицию детей.</w:t>
      </w:r>
    </w:p>
    <w:p>
      <w:pPr>
        <w:spacing w:after="40"/>
        <w:ind w:firstLine="0"/>
      </w:pPr>
      <w:r>
        <w:rPr>
          <w:rFonts w:ascii="Times New Roman" w:hAnsi="Times New Roman"/>
          <w:b w:val="0"/>
          <w:sz w:val="28"/>
        </w:rPr>
        <w:t xml:space="preserve">2. </w:t>
      </w:r>
      <w:r>
        <w:rPr>
          <w:rFonts w:ascii="Times New Roman" w:hAnsi="Times New Roman"/>
          <w:b/>
          <w:sz w:val="28"/>
        </w:rPr>
        <w:t>84 % — это не поддержка конкретного закона или обязательного школьного протокола.</w:t>
      </w:r>
      <w:r>
        <w:rPr>
          <w:rFonts w:ascii="Times New Roman" w:hAnsi="Times New Roman"/>
          <w:b w:val="0"/>
          <w:sz w:val="28"/>
        </w:rPr>
        <w:t xml:space="preserve"> Точная формулировка ответа: «серьёзная проблема, требующая обязательного разбирательства и помощи пострадавшему ученику». Опрос </w:t>
      </w:r>
      <w:r>
        <w:rPr>
          <w:rFonts w:ascii="Times New Roman" w:hAnsi="Times New Roman"/>
          <w:b/>
          <w:sz w:val="28"/>
        </w:rPr>
        <w:t>не выбирает</w:t>
      </w:r>
      <w:r>
        <w:rPr>
          <w:rFonts w:ascii="Times New Roman" w:hAnsi="Times New Roman"/>
          <w:b w:val="0"/>
          <w:sz w:val="28"/>
        </w:rPr>
        <w:t xml:space="preserve"> между санкциями, медиацией, психологической помощью и межведомственным реагированием — то есть из этих 84 % ничего не следует о предпочтительном инструменте.</w:t>
      </w:r>
    </w:p>
    <w:p>
      <w:pPr>
        <w:spacing w:after="40"/>
        <w:ind w:firstLine="0"/>
      </w:pPr>
      <w:r>
        <w:rPr>
          <w:rFonts w:ascii="Times New Roman" w:hAnsi="Times New Roman"/>
          <w:b w:val="0"/>
          <w:sz w:val="28"/>
        </w:rPr>
        <w:t xml:space="preserve">3. </w:t>
      </w:r>
      <w:r>
        <w:rPr>
          <w:rFonts w:ascii="Times New Roman" w:hAnsi="Times New Roman"/>
          <w:b/>
          <w:sz w:val="28"/>
        </w:rPr>
        <w:t>10 % — это не «оспаривают наличие проблемы».</w:t>
      </w:r>
      <w:r>
        <w:rPr>
          <w:rFonts w:ascii="Times New Roman" w:hAnsi="Times New Roman"/>
          <w:b w:val="0"/>
          <w:sz w:val="28"/>
        </w:rPr>
        <w:t xml:space="preserve"> Они выбрали вариант «естественный ход вещей, взрослым не стоит вмешиваться»: это позиция о </w:t>
      </w:r>
      <w:r>
        <w:rPr>
          <w:rFonts w:ascii="Times New Roman" w:hAnsi="Times New Roman"/>
          <w:b/>
          <w:sz w:val="28"/>
        </w:rPr>
        <w:t>нормальности явления и невмешательстве</w:t>
      </w:r>
      <w:r>
        <w:rPr>
          <w:rFonts w:ascii="Times New Roman" w:hAnsi="Times New Roman"/>
          <w:b w:val="0"/>
          <w:sz w:val="28"/>
        </w:rPr>
        <w:t>, а не обязательно отрицание существования травли. *(Прежняя формулировка «наличие проблемы оспаривается меньшинством» исправлена как неточная.)*</w:t>
      </w:r>
    </w:p>
    <w:p>
      <w:r>
        <w:rPr>
          <w:rFonts w:ascii="Times New Roman" w:hAnsi="Times New Roman"/>
          <w:b/>
          <w:sz w:val="28"/>
        </w:rPr>
        <w:t>Два сдвига в поведении людей</w:t>
      </w:r>
      <w:r>
        <w:rPr>
          <w:rFonts w:ascii="Times New Roman" w:hAnsi="Times New Roman"/>
          <w:b w:val="0"/>
          <w:sz w:val="28"/>
        </w:rPr>
        <w:t xml:space="preserve"> (статус разный):</w:t>
      </w:r>
    </w:p>
    <w:p>
      <w:pPr>
        <w:spacing w:after="40"/>
        <w:ind w:firstLine="0"/>
      </w:pPr>
      <w:r>
        <w:rPr>
          <w:rFonts w:ascii="Times New Roman" w:hAnsi="Times New Roman"/>
          <w:b w:val="0"/>
          <w:sz w:val="28"/>
        </w:rPr>
        <w:t xml:space="preserve">1. </w:t>
      </w:r>
      <w:r>
        <w:rPr>
          <w:rFonts w:ascii="Times New Roman" w:hAnsi="Times New Roman"/>
          <w:b/>
          <w:sz w:val="28"/>
        </w:rPr>
        <w:t>Родители переходят от «поговорить» к юридическим действиям</w:t>
      </w:r>
      <w:r>
        <w:rPr>
          <w:rFonts w:ascii="Times New Roman" w:hAnsi="Times New Roman"/>
          <w:b w:val="0"/>
          <w:sz w:val="28"/>
        </w:rPr>
        <w:t xml:space="preserve"> — растёт число юристов и исков к школам; во Владивостоке школу обязали выплатить 80 тыс. ₽ компенсации за бездействие (</w:t>
      </w:r>
      <w:hyperlink r:id="rId52">
        <w:r>
          <w:rPr>
            <w:rFonts w:ascii="Times New Roman" w:hAnsi="Times New Roman"/>
            <w:color w:val="0563C1"/>
            <w:u w:val="single"/>
            <w:sz w:val="24"/>
          </w:rPr>
          <w:t xml:space="preserve">«Коммерсантъ»</w:t>
        </w:r>
      </w:hyperlink>
      <w:r>
        <w:rPr>
          <w:rFonts w:ascii="Times New Roman" w:hAnsi="Times New Roman"/>
          <w:b w:val="0"/>
          <w:sz w:val="28"/>
        </w:rPr>
        <w:t xml:space="preserve">). Это подтверждённый тренд на уровне отдельных дел и оценок юристов, но </w:t>
      </w:r>
      <w:r>
        <w:rPr>
          <w:rFonts w:ascii="Times New Roman" w:hAnsi="Times New Roman"/>
          <w:b/>
          <w:sz w:val="28"/>
        </w:rPr>
        <w:t>не сплошная статистика</w:t>
      </w:r>
      <w:r>
        <w:rPr>
          <w:rFonts w:ascii="Times New Roman" w:hAnsi="Times New Roman"/>
          <w:b w:val="0"/>
          <w:sz w:val="28"/>
        </w:rPr>
        <w:t>.</w:t>
      </w:r>
    </w:p>
    <w:p>
      <w:pPr>
        <w:spacing w:after="40"/>
        <w:ind w:firstLine="0"/>
      </w:pPr>
      <w:r>
        <w:rPr>
          <w:rFonts w:ascii="Times New Roman" w:hAnsi="Times New Roman"/>
          <w:b w:val="0"/>
          <w:sz w:val="28"/>
        </w:rPr>
        <w:t xml:space="preserve">2. </w:t>
      </w:r>
      <w:r>
        <w:rPr>
          <w:rFonts w:ascii="Times New Roman" w:hAnsi="Times New Roman"/>
          <w:b/>
          <w:sz w:val="28"/>
        </w:rPr>
        <w:t>Дети по-прежнему молчат.</w:t>
      </w:r>
      <w:r>
        <w:rPr>
          <w:rFonts w:ascii="Times New Roman" w:hAnsi="Times New Roman"/>
          <w:b w:val="0"/>
          <w:sz w:val="28"/>
        </w:rPr>
        <w:t xml:space="preserve"> Ранее здесь приводилась оценка «только 8 % пострадавших сообщают взрослым» (НГПУ). </w:t>
      </w:r>
      <w:r>
        <w:rPr>
          <w:rFonts w:ascii="Times New Roman" w:hAnsi="Times New Roman"/>
          <w:b/>
          <w:sz w:val="28"/>
        </w:rPr>
        <w:t>Статус понижен.</w:t>
      </w:r>
      <w:r>
        <w:rPr>
          <w:rFonts w:ascii="Times New Roman" w:hAnsi="Times New Roman"/>
          <w:b w:val="0"/>
          <w:sz w:val="28"/>
        </w:rPr>
        <w:t xml:space="preserve"> Публикация НГПУ (</w:t>
      </w:r>
      <w:hyperlink r:id="rId25">
        <w:r>
          <w:rPr>
            <w:rFonts w:ascii="Times New Roman" w:hAnsi="Times New Roman"/>
            <w:color w:val="0563C1"/>
            <w:u w:val="single"/>
            <w:sz w:val="24"/>
          </w:rPr>
          <w:t xml:space="preserve">ссылка</w:t>
        </w:r>
      </w:hyperlink>
      <w:r>
        <w:rPr>
          <w:rFonts w:ascii="Times New Roman" w:hAnsi="Times New Roman"/>
          <w:b w:val="0"/>
          <w:sz w:val="28"/>
        </w:rPr>
        <w:t xml:space="preserve">) — новостной материал о вебинаре: в ней нет ссылки на первичное исследование, выборки, географии, возраста респондентов, формулировки вопроса и методики расчёта, а сама публикация говорит об отсутствии достоверной статистики. Дополнительно: </w:t>
      </w:r>
      <w:r>
        <w:rPr>
          <w:rFonts w:ascii="Times New Roman" w:hAnsi="Times New Roman"/>
          <w:b/>
          <w:sz w:val="28"/>
        </w:rPr>
        <w:t>на 13.09.2026 ссылка отдаёт ошибку 404</w:t>
      </w:r>
      <w:r>
        <w:rPr>
          <w:rFonts w:ascii="Times New Roman" w:hAnsi="Times New Roman"/>
          <w:b w:val="0"/>
          <w:sz w:val="28"/>
        </w:rPr>
        <w:t xml:space="preserve">, то есть содержание публикации по ней больше не проверяется. Максимально допустимая формулировка: </w:t>
      </w:r>
      <w:r>
        <w:rPr>
          <w:rFonts w:ascii="Times New Roman" w:hAnsi="Times New Roman"/>
          <w:b/>
          <w:sz w:val="28"/>
        </w:rPr>
        <w:t>«В новостной публикации НГПУ без ссылки на первичное исследование приводится оценка 8 %; показатель не верифицирован»</w:t>
      </w:r>
      <w:r>
        <w:rPr>
          <w:rFonts w:ascii="Times New Roman" w:hAnsi="Times New Roman"/>
          <w:b w:val="0"/>
          <w:sz w:val="28"/>
        </w:rPr>
        <w:t xml:space="preserve"> → </w:t>
      </w:r>
      <w:r>
        <w:rPr>
          <w:rFonts w:ascii="Times New Roman" w:hAnsi="Times New Roman"/>
          <w:b/>
          <w:sz w:val="28"/>
        </w:rPr>
        <w:t>NOT VERIFIED</w:t>
      </w:r>
      <w:r>
        <w:rPr>
          <w:rFonts w:ascii="Times New Roman" w:hAnsi="Times New Roman"/>
          <w:b w:val="0"/>
          <w:sz w:val="28"/>
        </w:rPr>
        <w:t>. Писать «опрос НГПУ показал» нельзя.</w:t>
      </w:r>
    </w:p>
    <w:p>
      <w:pPr>
        <w:spacing w:after="40"/>
        <w:ind w:firstLine="0"/>
      </w:pPr>
      <w:r>
        <w:rPr>
          <w:rFonts w:ascii="Times New Roman" w:hAnsi="Times New Roman"/>
          <w:b w:val="0"/>
          <w:sz w:val="28"/>
        </w:rPr>
        <w:t xml:space="preserve">3. *(Оценка.)* В «Коммерсанте» приводится цифра «травле регулярно подвергаются 40 % учеников» со ссылкой на родительские комитеты, юристов и соцопросы — то есть </w:t>
      </w:r>
      <w:r>
        <w:rPr>
          <w:rFonts w:ascii="Times New Roman" w:hAnsi="Times New Roman"/>
          <w:b/>
          <w:sz w:val="28"/>
        </w:rPr>
        <w:t>без выборки и метода</w:t>
      </w:r>
      <w:r>
        <w:rPr>
          <w:rFonts w:ascii="Times New Roman" w:hAnsi="Times New Roman"/>
          <w:b w:val="0"/>
          <w:sz w:val="28"/>
        </w:rPr>
        <w:t xml:space="preserve"> → </w:t>
      </w:r>
      <w:r>
        <w:rPr>
          <w:rFonts w:ascii="Times New Roman" w:hAnsi="Times New Roman"/>
          <w:b/>
          <w:sz w:val="28"/>
        </w:rPr>
        <w:t>NOT VERIFIED</w:t>
      </w:r>
      <w:r>
        <w:rPr>
          <w:rFonts w:ascii="Times New Roman" w:hAnsi="Times New Roman"/>
          <w:b w:val="0"/>
          <w:sz w:val="28"/>
        </w:rPr>
        <w:t>.</w:t>
      </w:r>
    </w:p>
    <w:p>
      <w:r>
        <w:rPr>
          <w:rFonts w:ascii="Times New Roman" w:hAnsi="Times New Roman"/>
          <w:b/>
          <w:sz w:val="28"/>
        </w:rPr>
        <w:t>Чего в опросах нет.</w:t>
      </w:r>
      <w:r>
        <w:rPr>
          <w:rFonts w:ascii="Times New Roman" w:hAnsi="Times New Roman"/>
          <w:b w:val="0"/>
          <w:sz w:val="28"/>
        </w:rPr>
        <w:t xml:space="preserve"> Позиций </w:t>
      </w:r>
      <w:r>
        <w:rPr>
          <w:rFonts w:ascii="Times New Roman" w:hAnsi="Times New Roman"/>
          <w:b/>
          <w:sz w:val="28"/>
        </w:rPr>
        <w:t>непосредственных участников</w:t>
      </w:r>
      <w:r>
        <w:rPr>
          <w:rFonts w:ascii="Times New Roman" w:hAnsi="Times New Roman"/>
          <w:b w:val="0"/>
          <w:sz w:val="28"/>
        </w:rPr>
        <w:t xml:space="preserve"> — детей в разных ролях (жертва, агрессор, свидетель), педагогов, школьных психологов, директоров — по существу нет: измеряются мнения взрослых </w:t>
      </w:r>
      <w:r>
        <w:rPr>
          <w:rFonts w:ascii="Times New Roman" w:hAnsi="Times New Roman"/>
          <w:b/>
          <w:sz w:val="28"/>
        </w:rPr>
        <w:t>о</w:t>
      </w:r>
      <w:r>
        <w:rPr>
          <w:rFonts w:ascii="Times New Roman" w:hAnsi="Times New Roman"/>
          <w:b w:val="0"/>
          <w:sz w:val="28"/>
        </w:rPr>
        <w:t xml:space="preserve"> детях. Это лакуна раздела, а не его вывод.</w:t>
      </w:r>
    </w:p>
    <w:p>
      <w:pPr>
        <w:spacing w:after="80"/>
        <w:ind w:firstLine="0"/>
      </w:pPr>
      <w:r>
        <w:rPr>
          <w:rFonts w:ascii="Times New Roman" w:hAnsi="Times New Roman"/>
          <w:b/>
          <w:sz w:val="26"/>
        </w:rPr>
        <w:t>14.7. Что нельзя смешивать: пять различений, без которых выводы читаются шире фактов</w:t>
      </w:r>
    </w:p>
    <w:p>
      <w:pPr>
        <w:spacing w:after="40"/>
        <w:ind w:firstLine="0"/>
      </w:pPr>
      <w:r>
        <w:rPr>
          <w:rFonts w:ascii="Times New Roman" w:hAnsi="Times New Roman"/>
          <w:b w:val="0"/>
          <w:sz w:val="28"/>
        </w:rPr>
        <w:t xml:space="preserve">1. </w:t>
      </w:r>
      <w:r>
        <w:rPr>
          <w:rFonts w:ascii="Times New Roman" w:hAnsi="Times New Roman"/>
          <w:b/>
          <w:sz w:val="28"/>
        </w:rPr>
        <w:t>Служба ≠ обязательное реагирование.</w:t>
      </w:r>
      <w:r>
        <w:rPr>
          <w:rFonts w:ascii="Times New Roman" w:hAnsi="Times New Roman"/>
          <w:b w:val="0"/>
          <w:sz w:val="28"/>
        </w:rPr>
        <w:t xml:space="preserve"> Это два разных решения: можно установить </w:t>
      </w:r>
      <w:r>
        <w:rPr>
          <w:rFonts w:ascii="Times New Roman" w:hAnsi="Times New Roman"/>
          <w:b/>
          <w:sz w:val="28"/>
        </w:rPr>
        <w:t>обязательный протокол реагирования без службы медиации</w:t>
      </w:r>
      <w:r>
        <w:rPr>
          <w:rFonts w:ascii="Times New Roman" w:hAnsi="Times New Roman"/>
          <w:b w:val="0"/>
          <w:sz w:val="28"/>
        </w:rPr>
        <w:t xml:space="preserve"> и можно создать службу </w:t>
      </w:r>
      <w:r>
        <w:rPr>
          <w:rFonts w:ascii="Times New Roman" w:hAnsi="Times New Roman"/>
          <w:b/>
          <w:sz w:val="28"/>
        </w:rPr>
        <w:t>без обязательного участия сторон</w:t>
      </w:r>
      <w:r>
        <w:rPr>
          <w:rFonts w:ascii="Times New Roman" w:hAnsi="Times New Roman"/>
          <w:b w:val="0"/>
          <w:sz w:val="28"/>
        </w:rPr>
        <w:t xml:space="preserve"> в конкретной процедуре. Раздел 13 разбирает организационную форму (служба), §14 — предмет публичного спора (что именно регулировать). Совмещать эти вопросы нельзя. *(Разрешение противоречия между разделами 13 и 14, отмеченное в проверке.)*</w:t>
      </w:r>
    </w:p>
    <w:p>
      <w:pPr>
        <w:spacing w:after="40"/>
        <w:ind w:firstLine="0"/>
      </w:pPr>
      <w:r>
        <w:rPr>
          <w:rFonts w:ascii="Times New Roman" w:hAnsi="Times New Roman"/>
          <w:b w:val="0"/>
          <w:sz w:val="28"/>
        </w:rPr>
        <w:t xml:space="preserve">2. </w:t>
      </w:r>
      <w:r>
        <w:rPr>
          <w:rFonts w:ascii="Times New Roman" w:hAnsi="Times New Roman"/>
          <w:b/>
          <w:sz w:val="28"/>
        </w:rPr>
        <w:t>Разные явления — разные режимы реагирования.</w:t>
      </w:r>
      <w:r>
        <w:rPr>
          <w:rFonts w:ascii="Times New Roman" w:hAnsi="Times New Roman"/>
          <w:b w:val="0"/>
          <w:sz w:val="28"/>
        </w:rPr>
        <w:t xml:space="preserve"> Конфликт, травля, разовое насилие, преступление и нападение на школу требуют не одного и того же ответа (см. [раздел 1](#1-рабочее-определение-и-разведение-понятий)). Цепочки вида «травля → нападение на школу» </w:t>
      </w:r>
      <w:r>
        <w:rPr>
          <w:rFonts w:ascii="Times New Roman" w:hAnsi="Times New Roman"/>
          <w:b/>
          <w:sz w:val="28"/>
        </w:rPr>
        <w:t>без разбора конкретного случая причинно не доказаны</w:t>
      </w:r>
      <w:r>
        <w:rPr>
          <w:rFonts w:ascii="Times New Roman" w:hAnsi="Times New Roman"/>
          <w:b w:val="0"/>
          <w:sz w:val="28"/>
        </w:rPr>
        <w:t xml:space="preserve">: по Казани (2021) связь </w:t>
      </w:r>
      <w:r>
        <w:rPr>
          <w:rFonts w:ascii="Times New Roman" w:hAnsi="Times New Roman"/>
          <w:b/>
          <w:sz w:val="28"/>
        </w:rPr>
        <w:t>официально не подтверждена</w:t>
      </w:r>
      <w:r>
        <w:rPr>
          <w:rFonts w:ascii="Times New Roman" w:hAnsi="Times New Roman"/>
          <w:b w:val="0"/>
          <w:sz w:val="28"/>
        </w:rPr>
        <w:t xml:space="preserve">, а в заявлениях после серии инцидентов 2025–2026 такая связь скорее </w:t>
      </w:r>
      <w:r>
        <w:rPr>
          <w:rFonts w:ascii="Times New Roman" w:hAnsi="Times New Roman"/>
          <w:b/>
          <w:sz w:val="28"/>
        </w:rPr>
        <w:t>предполагается говорящими</w:t>
      </w:r>
      <w:r>
        <w:rPr>
          <w:rFonts w:ascii="Times New Roman" w:hAnsi="Times New Roman"/>
          <w:b w:val="0"/>
          <w:sz w:val="28"/>
        </w:rPr>
        <w:t>. *(Оценка.)*</w:t>
      </w:r>
    </w:p>
    <w:p>
      <w:pPr>
        <w:spacing w:after="40"/>
        <w:ind w:firstLine="0"/>
      </w:pPr>
      <w:r>
        <w:rPr>
          <w:rFonts w:ascii="Times New Roman" w:hAnsi="Times New Roman"/>
          <w:b w:val="0"/>
          <w:sz w:val="28"/>
        </w:rPr>
        <w:t xml:space="preserve">3. </w:t>
      </w:r>
      <w:r>
        <w:rPr>
          <w:rFonts w:ascii="Times New Roman" w:hAnsi="Times New Roman"/>
          <w:b/>
          <w:sz w:val="28"/>
        </w:rPr>
        <w:t>«Новое регулирование не требуется, достаточно действующих норм» — отдельная позиция.</w:t>
      </w:r>
      <w:r>
        <w:rPr>
          <w:rFonts w:ascii="Times New Roman" w:hAnsi="Times New Roman"/>
          <w:b w:val="0"/>
          <w:sz w:val="28"/>
        </w:rPr>
        <w:t xml:space="preserve"> Она не совпадает ни с невмешательством, ни с поддержкой медиации: её занимают и комитет Госдумы (конструкция дублирует ст. 5.61), и Правительство (см. строки Правительства и комитета в матрице 14.2), и отчасти М. Киселёв («ответственные структуры уже есть»). Отличать от неё надо и другую позицию — «наличие проблемы не признаю» (близкая профессиональному молчанию, но не публично заявленная никем).</w:t>
      </w:r>
    </w:p>
    <w:p>
      <w:pPr>
        <w:spacing w:after="40"/>
        <w:ind w:firstLine="0"/>
      </w:pPr>
      <w:r>
        <w:rPr>
          <w:rFonts w:ascii="Times New Roman" w:hAnsi="Times New Roman"/>
          <w:b w:val="0"/>
          <w:sz w:val="28"/>
        </w:rPr>
        <w:t xml:space="preserve">4. </w:t>
      </w:r>
      <w:r>
        <w:rPr>
          <w:rFonts w:ascii="Times New Roman" w:hAnsi="Times New Roman"/>
          <w:b/>
          <w:sz w:val="28"/>
        </w:rPr>
        <w:t>Отклонение № 1085766-8 — не победа профилактического подхода.</w:t>
      </w:r>
      <w:r>
        <w:rPr>
          <w:rFonts w:ascii="Times New Roman" w:hAnsi="Times New Roman"/>
          <w:b w:val="0"/>
          <w:sz w:val="28"/>
        </w:rPr>
        <w:t xml:space="preserve"> Это </w:t>
      </w:r>
      <w:r>
        <w:rPr>
          <w:rFonts w:ascii="Times New Roman" w:hAnsi="Times New Roman"/>
          <w:b/>
          <w:sz w:val="28"/>
        </w:rPr>
        <w:t>юридико-техническая и доказательная критика конкретной редакции</w:t>
      </w:r>
      <w:r>
        <w:rPr>
          <w:rFonts w:ascii="Times New Roman" w:hAnsi="Times New Roman"/>
          <w:b w:val="0"/>
          <w:sz w:val="28"/>
        </w:rPr>
        <w:t>: дублирование ст. 5.61 (включая оскорбление публичное и через интернет), отсутствие статистики неэффективности действующих мер, недостаточная проработка конструкции (</w:t>
      </w:r>
      <w:hyperlink r:id="rId150">
        <w:r>
          <w:rPr>
            <w:rFonts w:ascii="Times New Roman" w:hAnsi="Times New Roman"/>
            <w:color w:val="0563C1"/>
            <w:u w:val="single"/>
            <w:sz w:val="24"/>
          </w:rPr>
          <w:t xml:space="preserve">стенограмма ГД</w:t>
        </w:r>
      </w:hyperlink>
      <w:r>
        <w:rPr>
          <w:rFonts w:ascii="Times New Roman" w:hAnsi="Times New Roman"/>
          <w:b w:val="0"/>
          <w:sz w:val="28"/>
        </w:rPr>
        <w:t xml:space="preserve">). Позиция «специальная статья КоАП </w:t>
      </w:r>
      <w:r>
        <w:rPr>
          <w:rFonts w:ascii="Times New Roman" w:hAnsi="Times New Roman"/>
          <w:b/>
          <w:sz w:val="28"/>
        </w:rPr>
        <w:t>в таком виде</w:t>
      </w:r>
      <w:r>
        <w:rPr>
          <w:rFonts w:ascii="Times New Roman" w:hAnsi="Times New Roman"/>
          <w:b w:val="0"/>
          <w:sz w:val="28"/>
        </w:rPr>
        <w:t xml:space="preserve"> не нужна» </w:t>
      </w:r>
      <w:r>
        <w:rPr>
          <w:rFonts w:ascii="Times New Roman" w:hAnsi="Times New Roman"/>
          <w:b/>
          <w:sz w:val="28"/>
        </w:rPr>
        <w:t>не равна</w:t>
      </w:r>
      <w:r>
        <w:rPr>
          <w:rFonts w:ascii="Times New Roman" w:hAnsi="Times New Roman"/>
          <w:b w:val="0"/>
          <w:sz w:val="28"/>
        </w:rPr>
        <w:t xml:space="preserve"> позициям «буллинг не требует вмешательства», «достаточно медиации», «санкции вообще не нужны». *(Прямое исправление переобобщения.)*</w:t>
      </w:r>
    </w:p>
    <w:p>
      <w:pPr>
        <w:spacing w:after="40"/>
        <w:ind w:firstLine="0"/>
      </w:pPr>
      <w:r>
        <w:rPr>
          <w:rFonts w:ascii="Times New Roman" w:hAnsi="Times New Roman"/>
          <w:b w:val="0"/>
          <w:sz w:val="28"/>
        </w:rPr>
        <w:t xml:space="preserve">5. </w:t>
      </w:r>
      <w:r>
        <w:rPr>
          <w:rFonts w:ascii="Times New Roman" w:hAnsi="Times New Roman"/>
          <w:b/>
          <w:sz w:val="28"/>
        </w:rPr>
        <w:t>Слова Генпрокурора о замалчивании не доказывают, что замалчивание шло через службы.</w:t>
      </w:r>
      <w:r>
        <w:rPr>
          <w:rFonts w:ascii="Times New Roman" w:hAnsi="Times New Roman"/>
          <w:b w:val="0"/>
          <w:sz w:val="28"/>
        </w:rPr>
        <w:t xml:space="preserve"> Дословно рядом названы </w:t>
      </w:r>
      <w:r>
        <w:rPr>
          <w:rFonts w:ascii="Times New Roman" w:hAnsi="Times New Roman"/>
          <w:b/>
          <w:sz w:val="28"/>
        </w:rPr>
        <w:t>три разные вещи</w:t>
      </w:r>
      <w:r>
        <w:rPr>
          <w:rFonts w:ascii="Times New Roman" w:hAnsi="Times New Roman"/>
          <w:b w:val="0"/>
          <w:sz w:val="28"/>
        </w:rPr>
        <w:t xml:space="preserve">: замалчивание педагогами, нехватка школьных психологов и отсутствие служб медиации. Причинная связь «служба + конфиденциальность → сокрытие» в его выступлении </w:t>
      </w:r>
      <w:r>
        <w:rPr>
          <w:rFonts w:ascii="Times New Roman" w:hAnsi="Times New Roman"/>
          <w:b/>
          <w:sz w:val="28"/>
        </w:rPr>
        <w:t>не установлена</w:t>
      </w:r>
      <w:r>
        <w:rPr>
          <w:rFonts w:ascii="Times New Roman" w:hAnsi="Times New Roman"/>
          <w:b w:val="0"/>
          <w:sz w:val="28"/>
        </w:rPr>
        <w:t xml:space="preserve"> (</w:t>
      </w:r>
      <w:hyperlink r:id="rId147">
        <w:r>
          <w:rPr>
            <w:rFonts w:ascii="Times New Roman" w:hAnsi="Times New Roman"/>
            <w:color w:val="0563C1"/>
            <w:u w:val="single"/>
            <w:sz w:val="24"/>
          </w:rPr>
          <w:t xml:space="preserve">ЕПП</w:t>
        </w:r>
      </w:hyperlink>
      <w:r>
        <w:rPr>
          <w:rFonts w:ascii="Times New Roman" w:hAnsi="Times New Roman"/>
          <w:b w:val="0"/>
          <w:sz w:val="28"/>
        </w:rPr>
        <w:t xml:space="preserve">). Гипотеза §13.8 остаётся </w:t>
      </w:r>
      <w:r>
        <w:rPr>
          <w:rFonts w:ascii="Times New Roman" w:hAnsi="Times New Roman"/>
          <w:b/>
          <w:sz w:val="28"/>
        </w:rPr>
        <w:t>гипотезой</w:t>
      </w:r>
      <w:r>
        <w:rPr>
          <w:rFonts w:ascii="Times New Roman" w:hAnsi="Times New Roman"/>
          <w:b w:val="0"/>
          <w:sz w:val="28"/>
        </w:rPr>
        <w:t>, а не следствием цитаты.</w:t>
      </w:r>
    </w:p>
    <w:p>
      <w:r>
        <w:rPr>
          <w:rFonts w:ascii="Times New Roman" w:hAnsi="Times New Roman"/>
          <w:b/>
          <w:sz w:val="28"/>
        </w:rPr>
        <w:t>О цифровом контуре.</w:t>
      </w:r>
      <w:r>
        <w:rPr>
          <w:rFonts w:ascii="Times New Roman" w:hAnsi="Times New Roman"/>
          <w:b w:val="0"/>
          <w:sz w:val="28"/>
        </w:rPr>
        <w:t xml:space="preserve"> Законопроект № 1085766-8 охватывал унижение </w:t>
      </w:r>
      <w:r>
        <w:rPr>
          <w:rFonts w:ascii="Times New Roman" w:hAnsi="Times New Roman"/>
          <w:b/>
          <w:sz w:val="28"/>
        </w:rPr>
        <w:t>в том числе через интернет и СМИ</w:t>
      </w:r>
      <w:r>
        <w:rPr>
          <w:rFonts w:ascii="Times New Roman" w:hAnsi="Times New Roman"/>
          <w:b w:val="0"/>
          <w:sz w:val="28"/>
        </w:rPr>
        <w:t xml:space="preserve">, поэтому регуляторы и платформы — часть этой повестки, а не посторонняя тема: Роскомнадзор был адресатом обращения о видео нападений, VK ведёт просветительскую кампанию, а общие механизмы блокировки работают по </w:t>
      </w:r>
      <w:hyperlink r:id="rId30">
        <w:r>
          <w:rPr>
            <w:rFonts w:ascii="Times New Roman" w:hAnsi="Times New Roman"/>
            <w:color w:val="0563C1"/>
            <w:u w:val="single"/>
            <w:sz w:val="24"/>
          </w:rPr>
          <w:t xml:space="preserve">ФЗ-149</w:t>
        </w:r>
      </w:hyperlink>
      <w:r>
        <w:rPr>
          <w:rFonts w:ascii="Times New Roman" w:hAnsi="Times New Roman"/>
          <w:b w:val="0"/>
          <w:sz w:val="28"/>
        </w:rPr>
        <w:t xml:space="preserve"> (см. [раздел 2.4](#24-кибербуллинг)).</w:t>
      </w:r>
    </w:p>
    <w:p>
      <w:pPr>
        <w:spacing w:after="80"/>
        <w:ind w:firstLine="0"/>
      </w:pPr>
      <w:r>
        <w:rPr>
          <w:rFonts w:ascii="Times New Roman" w:hAnsi="Times New Roman"/>
          <w:b/>
          <w:sz w:val="26"/>
        </w:rPr>
        <w:t>14.8. Что изменилось за три года (2023 → 2026)</w:t>
      </w:r>
    </w:p>
    <w:p>
      <w:pPr>
        <w:spacing w:after="40"/>
        <w:ind w:firstLine="0"/>
      </w:pPr>
      <w:r>
        <w:rPr>
          <w:rFonts w:ascii="Times New Roman" w:hAnsi="Times New Roman"/>
          <w:b w:val="0"/>
          <w:sz w:val="28"/>
        </w:rPr>
        <w:t xml:space="preserve">1. </w:t>
      </w:r>
      <w:r>
        <w:rPr>
          <w:rFonts w:ascii="Times New Roman" w:hAnsi="Times New Roman"/>
          <w:b/>
          <w:sz w:val="28"/>
        </w:rPr>
        <w:t>От вопроса «есть ли проблема» — к нормативной работе</w:t>
      </w:r>
      <w:r>
        <w:rPr>
          <w:rFonts w:ascii="Times New Roman" w:hAnsi="Times New Roman"/>
          <w:b w:val="0"/>
          <w:sz w:val="28"/>
        </w:rPr>
        <w:t>: обсуждение идеи → конкретный проект о штрафах (внесён и отклонён) → официальная рекомендация закрепить понятие и создать систему регистрации конфликтов.</w:t>
      </w:r>
    </w:p>
    <w:p>
      <w:pPr>
        <w:spacing w:after="40"/>
        <w:ind w:firstLine="0"/>
      </w:pPr>
      <w:r>
        <w:rPr>
          <w:rFonts w:ascii="Times New Roman" w:hAnsi="Times New Roman"/>
          <w:b w:val="0"/>
          <w:sz w:val="28"/>
        </w:rPr>
        <w:t xml:space="preserve">2. </w:t>
      </w:r>
      <w:r>
        <w:rPr>
          <w:rFonts w:ascii="Times New Roman" w:hAnsi="Times New Roman"/>
          <w:b/>
          <w:sz w:val="28"/>
        </w:rPr>
        <w:t>Тема стала воспроизводимой</w:t>
      </w:r>
      <w:r>
        <w:rPr>
          <w:rFonts w:ascii="Times New Roman" w:hAnsi="Times New Roman"/>
          <w:b w:val="0"/>
          <w:sz w:val="28"/>
        </w:rPr>
        <w:t>: она появляется не только на волне трагедий, но и регулярно — через опросы ВЦИОМ, НАФИ, отчёты мониторинговых центров.</w:t>
      </w:r>
    </w:p>
    <w:p>
      <w:pPr>
        <w:spacing w:after="40"/>
        <w:ind w:firstLine="0"/>
      </w:pPr>
      <w:r>
        <w:rPr>
          <w:rFonts w:ascii="Times New Roman" w:hAnsi="Times New Roman"/>
          <w:b w:val="0"/>
          <w:sz w:val="28"/>
        </w:rPr>
        <w:t xml:space="preserve">3. </w:t>
      </w:r>
      <w:r>
        <w:rPr>
          <w:rFonts w:ascii="Times New Roman" w:hAnsi="Times New Roman"/>
          <w:b/>
          <w:sz w:val="28"/>
        </w:rPr>
        <w:t>Изменился состав сюжетов</w:t>
      </w:r>
      <w:r>
        <w:rPr>
          <w:rFonts w:ascii="Times New Roman" w:hAnsi="Times New Roman"/>
          <w:b w:val="0"/>
          <w:sz w:val="28"/>
        </w:rPr>
        <w:t xml:space="preserve">: выросли цифровой контур (кибербуллинг, ~10 тыс. эпизодов за 2025 г.), этнический/мигрантский сюжет и сюжет </w:t>
      </w:r>
      <w:r>
        <w:rPr>
          <w:rFonts w:ascii="Times New Roman" w:hAnsi="Times New Roman"/>
          <w:b/>
          <w:sz w:val="28"/>
        </w:rPr>
        <w:t>«учитель как жертва»</w:t>
      </w:r>
      <w:r>
        <w:rPr>
          <w:rFonts w:ascii="Times New Roman" w:hAnsi="Times New Roman"/>
          <w:b w:val="0"/>
          <w:sz w:val="28"/>
        </w:rPr>
        <w:t>.</w:t>
      </w:r>
    </w:p>
    <w:p>
      <w:pPr>
        <w:spacing w:after="40"/>
        <w:ind w:firstLine="0"/>
      </w:pPr>
      <w:r>
        <w:rPr>
          <w:rFonts w:ascii="Times New Roman" w:hAnsi="Times New Roman"/>
          <w:b w:val="0"/>
          <w:sz w:val="28"/>
        </w:rPr>
        <w:t xml:space="preserve">4. </w:t>
      </w:r>
      <w:r>
        <w:rPr>
          <w:rFonts w:ascii="Times New Roman" w:hAnsi="Times New Roman"/>
          <w:b/>
          <w:sz w:val="28"/>
        </w:rPr>
        <w:t>Изменилась реакция родителей</w:t>
      </w:r>
      <w:r>
        <w:rPr>
          <w:rFonts w:ascii="Times New Roman" w:hAnsi="Times New Roman"/>
          <w:b w:val="0"/>
          <w:sz w:val="28"/>
        </w:rPr>
        <w:t xml:space="preserve"> — от разговора с учителем к юристу и суду.</w:t>
      </w:r>
    </w:p>
    <w:p>
      <w:pPr>
        <w:spacing w:after="40"/>
        <w:ind w:firstLine="0"/>
      </w:pPr>
      <w:r>
        <w:rPr>
          <w:rFonts w:ascii="Times New Roman" w:hAnsi="Times New Roman"/>
          <w:b w:val="0"/>
          <w:sz w:val="28"/>
        </w:rPr>
        <w:t xml:space="preserve">5. </w:t>
      </w:r>
      <w:r>
        <w:rPr>
          <w:rFonts w:ascii="Times New Roman" w:hAnsi="Times New Roman"/>
          <w:b/>
          <w:sz w:val="28"/>
        </w:rPr>
        <w:t>Проблема признана большинством взрослых (84 %), но при этом 10 % считают невмешательство нормой</w:t>
      </w:r>
      <w:r>
        <w:rPr>
          <w:rFonts w:ascii="Times New Roman" w:hAnsi="Times New Roman"/>
          <w:b w:val="0"/>
          <w:sz w:val="28"/>
        </w:rPr>
        <w:t xml:space="preserve"> — то есть общественная установка неоднородна </w:t>
      </w:r>
      <w:r>
        <w:rPr>
          <w:rFonts w:ascii="Times New Roman" w:hAnsi="Times New Roman"/>
          <w:b/>
          <w:sz w:val="28"/>
        </w:rPr>
        <w:t>не по факту существования травли, а по вопросу о том, надо ли в неё вмешиваться</w:t>
      </w:r>
      <w:r>
        <w:rPr>
          <w:rFonts w:ascii="Times New Roman" w:hAnsi="Times New Roman"/>
          <w:b w:val="0"/>
          <w:sz w:val="28"/>
        </w:rPr>
        <w:t xml:space="preserve">. Отдельно: исполнительная власть и профильный комитет указали на </w:t>
      </w:r>
      <w:r>
        <w:rPr>
          <w:rFonts w:ascii="Times New Roman" w:hAnsi="Times New Roman"/>
          <w:b/>
          <w:sz w:val="28"/>
        </w:rPr>
        <w:t>отсутствие статистики, доказывающей неэффективность</w:t>
      </w:r>
      <w:r>
        <w:rPr>
          <w:rFonts w:ascii="Times New Roman" w:hAnsi="Times New Roman"/>
          <w:b w:val="0"/>
          <w:sz w:val="28"/>
        </w:rPr>
        <w:t xml:space="preserve"> действующей ст. 5.61 КоАП (это позиция против </w:t>
      </w:r>
      <w:r>
        <w:rPr>
          <w:rFonts w:ascii="Times New Roman" w:hAnsi="Times New Roman"/>
          <w:b/>
          <w:sz w:val="28"/>
        </w:rPr>
        <w:t>конкретного</w:t>
      </w:r>
      <w:r>
        <w:rPr>
          <w:rFonts w:ascii="Times New Roman" w:hAnsi="Times New Roman"/>
          <w:b w:val="0"/>
          <w:sz w:val="28"/>
        </w:rPr>
        <w:t xml:space="preserve"> инструмента).</w:t>
      </w:r>
    </w:p>
    <w:p>
      <w:pPr>
        <w:spacing w:after="80"/>
        <w:ind w:firstLine="0"/>
      </w:pPr>
      <w:r>
        <w:rPr>
          <w:rFonts w:ascii="Times New Roman" w:hAnsi="Times New Roman"/>
          <w:b/>
          <w:i/>
          <w:sz w:val="24"/>
        </w:rPr>
        <w:t>Оговорка.</w:t>
      </w:r>
      <w:r>
        <w:rPr>
          <w:rFonts w:ascii="Times New Roman" w:hAnsi="Times New Roman"/>
          <w:b w:val="0"/>
          <w:i/>
          <w:sz w:val="24"/>
        </w:rPr>
        <w:t xml:space="preserve"> Прямого сопоставимого замера «отношения общества» за весь период 2019–2026 нет; вывод о сдвиге опирается на </w:t>
      </w:r>
      <w:r>
        <w:rPr>
          <w:rFonts w:ascii="Times New Roman" w:hAnsi="Times New Roman"/>
          <w:b/>
          <w:i/>
          <w:sz w:val="24"/>
        </w:rPr>
        <w:t>сопоставление разновременных опросов</w:t>
      </w:r>
      <w:r>
        <w:rPr>
          <w:rFonts w:ascii="Times New Roman" w:hAnsi="Times New Roman"/>
          <w:b w:val="0"/>
          <w:i/>
          <w:sz w:val="24"/>
        </w:rPr>
        <w:t xml:space="preserve"> и законодательный трек, а не на единую панель.</w:t>
      </w:r>
    </w:p>
    <w:p>
      <w:pPr>
        <w:spacing w:after="80"/>
        <w:ind w:firstLine="0"/>
      </w:pPr>
      <w:r>
        <w:rPr>
          <w:rFonts w:ascii="Times New Roman" w:hAnsi="Times New Roman"/>
          <w:b/>
          <w:sz w:val="26"/>
        </w:rPr>
        <w:t>14.9. Итог раздела</w:t>
      </w:r>
    </w:p>
    <w:p>
      <w:r>
        <w:rPr>
          <w:rFonts w:ascii="Times New Roman" w:hAnsi="Times New Roman"/>
          <w:b/>
          <w:sz w:val="28"/>
        </w:rPr>
        <w:t>Безопасная итоговая формулировка (положена в основу вывода):</w:t>
      </w:r>
    </w:p>
    <w:p>
      <w:pPr>
        <w:spacing w:after="80"/>
        <w:ind w:firstLine="0"/>
      </w:pPr>
      <w:r>
        <w:rPr>
          <w:rFonts w:ascii="Times New Roman" w:hAnsi="Times New Roman"/>
          <w:b w:val="0"/>
          <w:i/>
          <w:sz w:val="24"/>
        </w:rPr>
        <w:t>«В федеральной дискуссии представлены не два устойчивых лагеря, а несколько пересекающихся линий выбора: нужно ли специальное определение травли, следует ли усиливать ответственность, необходимы ли обязательные регистрация и алгоритм реагирования, какую роль должны играть помощь и восстановительные практики и требуется ли новый механизм координации. Один актор может сочетать элементы разных подходов, а позиции имеют неодинаковый процедурный и доказательный статус».</w:t>
      </w:r>
    </w:p>
    <w:p>
      <w:pPr>
        <w:spacing w:after="40"/>
        <w:ind w:firstLine="0"/>
      </w:pPr>
      <w:r>
        <w:rPr>
          <w:rFonts w:ascii="Times New Roman" w:hAnsi="Times New Roman"/>
          <w:b w:val="0"/>
          <w:sz w:val="28"/>
        </w:rPr>
        <w:t xml:space="preserve">1. </w:t>
      </w:r>
      <w:r>
        <w:rPr>
          <w:rFonts w:ascii="Times New Roman" w:hAnsi="Times New Roman"/>
          <w:b/>
          <w:sz w:val="28"/>
        </w:rPr>
        <w:t>Публичная повестка активна и неоднородна:</w:t>
      </w:r>
      <w:r>
        <w:rPr>
          <w:rFonts w:ascii="Times New Roman" w:hAnsi="Times New Roman"/>
          <w:b w:val="0"/>
          <w:sz w:val="28"/>
        </w:rPr>
        <w:t xml:space="preserve"> за один и тот же результат ратуют разные инструменты, но </w:t>
      </w:r>
      <w:r>
        <w:rPr>
          <w:rFonts w:ascii="Times New Roman" w:hAnsi="Times New Roman"/>
          <w:b/>
          <w:sz w:val="28"/>
        </w:rPr>
        <w:t>ни один публичный актор не заявляет, что травля — это норма, которую можно не регулировать</w:t>
      </w:r>
      <w:r>
        <w:rPr>
          <w:rFonts w:ascii="Times New Roman" w:hAnsi="Times New Roman"/>
          <w:b w:val="0"/>
          <w:sz w:val="28"/>
        </w:rPr>
        <w:t>; невмешательство (10 % по опросу) — общественная установка, а не публичная позиция института.</w:t>
      </w:r>
    </w:p>
    <w:p>
      <w:pPr>
        <w:spacing w:after="40"/>
        <w:ind w:firstLine="0"/>
      </w:pPr>
      <w:r>
        <w:rPr>
          <w:rFonts w:ascii="Times New Roman" w:hAnsi="Times New Roman"/>
          <w:b w:val="0"/>
          <w:sz w:val="28"/>
        </w:rPr>
        <w:t xml:space="preserve">2. </w:t>
      </w:r>
      <w:r>
        <w:rPr>
          <w:rFonts w:ascii="Times New Roman" w:hAnsi="Times New Roman"/>
          <w:b/>
          <w:sz w:val="28"/>
        </w:rPr>
        <w:t>Разногласия в рассмотренной выборке инициатив касаются в первую очередь инструментов, а не признания проблемы</w:t>
      </w:r>
      <w:r>
        <w:rPr>
          <w:rFonts w:ascii="Times New Roman" w:hAnsi="Times New Roman"/>
          <w:b w:val="0"/>
          <w:sz w:val="28"/>
        </w:rPr>
        <w:t xml:space="preserve"> — но «в основном о методе» было бы недоказанным обобщением.</w:t>
      </w:r>
    </w:p>
    <w:p>
      <w:pPr>
        <w:spacing w:after="40"/>
        <w:ind w:firstLine="0"/>
      </w:pPr>
      <w:r>
        <w:rPr>
          <w:rFonts w:ascii="Times New Roman" w:hAnsi="Times New Roman"/>
          <w:b w:val="0"/>
          <w:sz w:val="28"/>
        </w:rPr>
        <w:t xml:space="preserve">3. </w:t>
      </w:r>
      <w:r>
        <w:rPr>
          <w:rFonts w:ascii="Times New Roman" w:hAnsi="Times New Roman"/>
          <w:b/>
          <w:sz w:val="28"/>
        </w:rPr>
        <w:t>Карательный инструмент отклонён, рамочный закон не принят.</w:t>
      </w:r>
      <w:r>
        <w:rPr>
          <w:rFonts w:ascii="Times New Roman" w:hAnsi="Times New Roman"/>
          <w:b w:val="0"/>
          <w:sz w:val="28"/>
        </w:rPr>
        <w:t xml:space="preserve"> Отклонение — критика конкретной редакции, а не отказ от темы.</w:t>
      </w:r>
    </w:p>
    <w:p>
      <w:pPr>
        <w:spacing w:after="40"/>
        <w:ind w:firstLine="0"/>
      </w:pPr>
      <w:r>
        <w:rPr>
          <w:rFonts w:ascii="Times New Roman" w:hAnsi="Times New Roman"/>
          <w:b w:val="0"/>
          <w:sz w:val="28"/>
        </w:rPr>
        <w:t xml:space="preserve">4. </w:t>
      </w:r>
      <w:r>
        <w:rPr>
          <w:rFonts w:ascii="Times New Roman" w:hAnsi="Times New Roman"/>
          <w:b/>
          <w:sz w:val="28"/>
        </w:rPr>
        <w:t>Правительство, комитет и надзорные органы занимают самостоятельные позиции</w:t>
      </w:r>
      <w:r>
        <w:rPr>
          <w:rFonts w:ascii="Times New Roman" w:hAnsi="Times New Roman"/>
          <w:b w:val="0"/>
          <w:sz w:val="28"/>
        </w:rPr>
        <w:t>, которые нельзя сводить к позиции одной фракции.</w:t>
      </w:r>
    </w:p>
    <w:p>
      <w:pPr>
        <w:spacing w:after="40"/>
        <w:ind w:firstLine="0"/>
      </w:pPr>
      <w:r>
        <w:rPr>
          <w:rFonts w:ascii="Times New Roman" w:hAnsi="Times New Roman"/>
          <w:b w:val="0"/>
          <w:sz w:val="28"/>
        </w:rPr>
        <w:t xml:space="preserve">5. </w:t>
      </w:r>
      <w:r>
        <w:rPr>
          <w:rFonts w:ascii="Times New Roman" w:hAnsi="Times New Roman"/>
          <w:b/>
          <w:sz w:val="28"/>
        </w:rPr>
        <w:t>Разные явления путать нельзя:</w:t>
      </w:r>
      <w:r>
        <w:rPr>
          <w:rFonts w:ascii="Times New Roman" w:hAnsi="Times New Roman"/>
          <w:b w:val="0"/>
          <w:sz w:val="28"/>
        </w:rPr>
        <w:t xml:space="preserve"> конфликт, травля, разовое насилие, преступление, нападение на школу — разные режимы реагирования; цепочка «травля → нападение» пока не доказана.</w:t>
      </w:r>
    </w:p>
    <w:p>
      <w:pPr>
        <w:spacing w:after="40"/>
        <w:ind w:firstLine="0"/>
      </w:pPr>
      <w:r>
        <w:rPr>
          <w:rFonts w:ascii="Times New Roman" w:hAnsi="Times New Roman"/>
          <w:b w:val="0"/>
          <w:sz w:val="28"/>
        </w:rPr>
        <w:t xml:space="preserve">6. </w:t>
      </w:r>
      <w:r>
        <w:rPr>
          <w:rFonts w:ascii="Times New Roman" w:hAnsi="Times New Roman"/>
          <w:b/>
          <w:sz w:val="28"/>
        </w:rPr>
        <w:t>Общество требует вмешательства, родители идут в суд, дети в массе не сообщают</w:t>
      </w:r>
      <w:r>
        <w:rPr>
          <w:rFonts w:ascii="Times New Roman" w:hAnsi="Times New Roman"/>
          <w:b w:val="0"/>
          <w:sz w:val="28"/>
        </w:rPr>
        <w:t xml:space="preserve"> — значит, проблема не только в нормах, но и в каналах выявления. Количественной оценки последнего нет (</w:t>
      </w:r>
      <w:r>
        <w:rPr>
          <w:rFonts w:ascii="Times New Roman" w:hAnsi="Times New Roman"/>
          <w:b/>
          <w:sz w:val="28"/>
        </w:rPr>
        <w:t>NOT VERIFIED</w:t>
      </w:r>
      <w:r>
        <w:rPr>
          <w:rFonts w:ascii="Times New Roman" w:hAnsi="Times New Roman"/>
          <w:b w:val="0"/>
          <w:sz w:val="28"/>
        </w:rPr>
        <w:t>).</w:t>
      </w:r>
    </w:p>
    <w:p>
      <w:pPr>
        <w:spacing w:after="40"/>
        <w:ind w:firstLine="0"/>
      </w:pPr>
      <w:r>
        <w:rPr>
          <w:rFonts w:ascii="Times New Roman" w:hAnsi="Times New Roman"/>
          <w:b w:val="0"/>
          <w:sz w:val="28"/>
        </w:rPr>
        <w:t xml:space="preserve">7. </w:t>
      </w:r>
      <w:r>
        <w:rPr>
          <w:rFonts w:ascii="Times New Roman" w:hAnsi="Times New Roman"/>
          <w:b/>
          <w:sz w:val="28"/>
        </w:rPr>
        <w:t>Публичные кампании и НКО выстроили устойчивую инфраструктуру темы</w:t>
      </w:r>
      <w:r>
        <w:rPr>
          <w:rFonts w:ascii="Times New Roman" w:hAnsi="Times New Roman"/>
          <w:b w:val="0"/>
          <w:sz w:val="28"/>
        </w:rPr>
        <w:t xml:space="preserve"> («Травли NET», «Каждый важен», форум «Надо поговорить!», день кибербуллинга) — это потенциальные партнёры, а не пустое поле.</w:t>
      </w:r>
    </w:p>
    <w:p>
      <w:pPr>
        <w:spacing w:after="80"/>
        <w:ind w:firstLine="0"/>
      </w:pPr>
      <w:r>
        <w:rPr>
          <w:rFonts w:ascii="Times New Roman" w:hAnsi="Times New Roman"/>
          <w:b/>
          <w:sz w:val="26"/>
        </w:rPr>
        <w:t>14.10. Границы раздела и что осталось непроверенным</w:t>
      </w:r>
    </w:p>
    <w:p>
      <w:r>
        <w:rPr>
          <w:rFonts w:ascii="Times New Roman" w:hAnsi="Times New Roman"/>
          <w:b/>
          <w:sz w:val="28"/>
        </w:rPr>
        <w:t>Раздел разобран как институциональный срез федерального уровня.</w:t>
      </w:r>
      <w:r>
        <w:rPr>
          <w:rFonts w:ascii="Times New Roman" w:hAnsi="Times New Roman"/>
          <w:b w:val="0"/>
          <w:sz w:val="28"/>
        </w:rPr>
        <w:t xml:space="preserve"> Вне его остались (или затронуты частично) НКО, родительские и правозащитные организации, педагогические профсоюзы, региональные законодательные инициативы и судебная практика как отдельный предмет — то есть </w:t>
      </w:r>
      <w:r>
        <w:rPr>
          <w:rFonts w:ascii="Times New Roman" w:hAnsi="Times New Roman"/>
          <w:b/>
          <w:sz w:val="28"/>
        </w:rPr>
        <w:t>картина не является полной публичной повесткой</w:t>
      </w:r>
      <w:r>
        <w:rPr>
          <w:rFonts w:ascii="Times New Roman" w:hAnsi="Times New Roman"/>
          <w:b w:val="0"/>
          <w:sz w:val="28"/>
        </w:rPr>
        <w:t>.</w:t>
      </w:r>
    </w:p>
    <w:p>
      <w:r>
        <w:rPr>
          <w:rFonts w:ascii="Times New Roman" w:hAnsi="Times New Roman"/>
          <w:b w:val="0"/>
          <w:sz w:val="28"/>
        </w:rPr>
        <w:t>Прямо не проверено и требует следующего этапа:</w:t>
      </w:r>
    </w:p>
    <w:p>
      <w:pPr>
        <w:spacing w:after="40"/>
        <w:ind w:firstLine="0"/>
      </w:pPr>
      <w:r>
        <w:rPr>
          <w:rFonts w:ascii="Times New Roman" w:hAnsi="Times New Roman"/>
          <w:b w:val="0"/>
          <w:sz w:val="28"/>
        </w:rPr>
        <w:t xml:space="preserve">– </w:t>
      </w:r>
      <w:r>
        <w:rPr>
          <w:rFonts w:ascii="Times New Roman" w:hAnsi="Times New Roman"/>
          <w:b/>
          <w:sz w:val="28"/>
        </w:rPr>
        <w:t>Позиции непосредственных участников</w:t>
      </w:r>
      <w:r>
        <w:rPr>
          <w:rFonts w:ascii="Times New Roman" w:hAnsi="Times New Roman"/>
          <w:b w:val="0"/>
          <w:sz w:val="28"/>
        </w:rPr>
        <w:t xml:space="preserve"> — детей в разных ролях, педагогов, школьных психологов, директоров: измеренных данных нет (§14.6).</w:t>
      </w:r>
    </w:p>
    <w:p>
      <w:pPr>
        <w:spacing w:after="40"/>
        <w:ind w:firstLine="0"/>
      </w:pPr>
      <w:r>
        <w:rPr>
          <w:rFonts w:ascii="Times New Roman" w:hAnsi="Times New Roman"/>
          <w:b w:val="0"/>
          <w:sz w:val="28"/>
        </w:rPr>
        <w:t xml:space="preserve">– </w:t>
      </w:r>
      <w:r>
        <w:rPr>
          <w:rFonts w:ascii="Times New Roman" w:hAnsi="Times New Roman"/>
          <w:b/>
          <w:sz w:val="28"/>
        </w:rPr>
        <w:t>Цифра «8 % сообщают взрослым»</w:t>
      </w:r>
      <w:r>
        <w:rPr>
          <w:rFonts w:ascii="Times New Roman" w:hAnsi="Times New Roman"/>
          <w:b w:val="0"/>
          <w:sz w:val="28"/>
        </w:rPr>
        <w:t xml:space="preserve"> — источник недоступен (404), первоисследования нет.</w:t>
      </w:r>
    </w:p>
    <w:p>
      <w:pPr>
        <w:spacing w:after="40"/>
        <w:ind w:firstLine="0"/>
      </w:pPr>
      <w:r>
        <w:rPr>
          <w:rFonts w:ascii="Times New Roman" w:hAnsi="Times New Roman"/>
          <w:b w:val="0"/>
          <w:sz w:val="28"/>
        </w:rPr>
        <w:t xml:space="preserve">– </w:t>
      </w:r>
      <w:r>
        <w:rPr>
          <w:rFonts w:ascii="Times New Roman" w:hAnsi="Times New Roman"/>
          <w:b/>
          <w:sz w:val="28"/>
        </w:rPr>
        <w:t>Ответ Роскомнадзора от 07.02.2026</w:t>
      </w:r>
      <w:r>
        <w:rPr>
          <w:rFonts w:ascii="Times New Roman" w:hAnsi="Times New Roman"/>
          <w:b w:val="0"/>
          <w:sz w:val="28"/>
        </w:rPr>
        <w:t xml:space="preserve"> на письмо Т. Буцкой — в проверенном фрагменте источника не подтверждён.</w:t>
      </w:r>
    </w:p>
    <w:p>
      <w:pPr>
        <w:spacing w:after="40"/>
        <w:ind w:firstLine="0"/>
      </w:pPr>
      <w:r>
        <w:rPr>
          <w:rFonts w:ascii="Times New Roman" w:hAnsi="Times New Roman"/>
          <w:b w:val="0"/>
          <w:sz w:val="28"/>
        </w:rPr>
        <w:t xml:space="preserve">– </w:t>
      </w:r>
      <w:r>
        <w:rPr>
          <w:rFonts w:ascii="Times New Roman" w:hAnsi="Times New Roman"/>
          <w:b/>
          <w:sz w:val="28"/>
        </w:rPr>
        <w:t>Дословная цитата М. Киселёва</w:t>
      </w:r>
      <w:r>
        <w:rPr>
          <w:rFonts w:ascii="Times New Roman" w:hAnsi="Times New Roman"/>
          <w:b w:val="0"/>
          <w:sz w:val="28"/>
        </w:rPr>
        <w:t xml:space="preserve"> («ответственные структуры уже есть») — не подтверждена в проверенном фрагменте.</w:t>
      </w:r>
    </w:p>
    <w:p>
      <w:pPr>
        <w:spacing w:after="40"/>
        <w:ind w:firstLine="0"/>
      </w:pPr>
      <w:r>
        <w:rPr>
          <w:rFonts w:ascii="Times New Roman" w:hAnsi="Times New Roman"/>
          <w:b w:val="0"/>
          <w:sz w:val="28"/>
        </w:rPr>
        <w:t xml:space="preserve">– </w:t>
      </w:r>
      <w:r>
        <w:rPr>
          <w:rFonts w:ascii="Times New Roman" w:hAnsi="Times New Roman"/>
          <w:b/>
          <w:sz w:val="28"/>
        </w:rPr>
        <w:t>Формулировки А. Гибатдинова</w:t>
      </w:r>
      <w:r>
        <w:rPr>
          <w:rFonts w:ascii="Times New Roman" w:hAnsi="Times New Roman"/>
          <w:b w:val="0"/>
          <w:sz w:val="28"/>
        </w:rPr>
        <w:t xml:space="preserve"> — только пересказ.</w:t>
      </w:r>
    </w:p>
    <w:p>
      <w:pPr>
        <w:spacing w:after="40"/>
        <w:ind w:firstLine="0"/>
      </w:pPr>
      <w:r>
        <w:rPr>
          <w:rFonts w:ascii="Times New Roman" w:hAnsi="Times New Roman"/>
          <w:b w:val="0"/>
          <w:sz w:val="28"/>
        </w:rPr>
        <w:t xml:space="preserve">– </w:t>
      </w:r>
      <w:r>
        <w:rPr>
          <w:rFonts w:ascii="Times New Roman" w:hAnsi="Times New Roman"/>
          <w:b/>
          <w:sz w:val="28"/>
        </w:rPr>
        <w:t>Соотношение «заключения» и «отзыва» Правительства</w:t>
      </w:r>
      <w:r>
        <w:rPr>
          <w:rFonts w:ascii="Times New Roman" w:hAnsi="Times New Roman"/>
          <w:b w:val="0"/>
          <w:sz w:val="28"/>
        </w:rPr>
        <w:t xml:space="preserve"> по № 1085766-8.</w:t>
      </w:r>
    </w:p>
    <w:p>
      <w:pPr>
        <w:spacing w:after="40"/>
        <w:ind w:firstLine="0"/>
      </w:pPr>
      <w:r>
        <w:rPr>
          <w:rFonts w:ascii="Times New Roman" w:hAnsi="Times New Roman"/>
          <w:b w:val="0"/>
          <w:sz w:val="28"/>
        </w:rPr>
        <w:t xml:space="preserve">– </w:t>
      </w:r>
      <w:r>
        <w:rPr>
          <w:rFonts w:ascii="Times New Roman" w:hAnsi="Times New Roman"/>
          <w:b/>
          <w:sz w:val="28"/>
        </w:rPr>
        <w:t>Частотная динамика упоминаний темы в медиа</w:t>
      </w:r>
      <w:r>
        <w:rPr>
          <w:rFonts w:ascii="Times New Roman" w:hAnsi="Times New Roman"/>
          <w:b w:val="0"/>
          <w:sz w:val="28"/>
        </w:rPr>
        <w:t xml:space="preserve"> за 2019–2026 — публичной измеренной аналитики не найдено.</w:t>
      </w:r>
    </w:p>
    <w:p>
      <w:pPr>
        <w:spacing w:after="40"/>
        <w:ind w:firstLine="0"/>
      </w:pPr>
      <w:r>
        <w:rPr>
          <w:rFonts w:ascii="Times New Roman" w:hAnsi="Times New Roman"/>
          <w:b w:val="0"/>
          <w:sz w:val="28"/>
        </w:rPr>
        <w:t xml:space="preserve">– </w:t>
      </w:r>
      <w:r>
        <w:rPr>
          <w:rFonts w:ascii="Times New Roman" w:hAnsi="Times New Roman"/>
          <w:b/>
          <w:sz w:val="28"/>
        </w:rPr>
        <w:t>Позиции МВД/ПДН, КДН и ЗП, органов опеки, учредителей школ, региональных органов образования, районных прокуратур и судов</w:t>
      </w:r>
      <w:r>
        <w:rPr>
          <w:rFonts w:ascii="Times New Roman" w:hAnsi="Times New Roman"/>
          <w:b w:val="0"/>
          <w:sz w:val="28"/>
        </w:rPr>
        <w:t xml:space="preserve"> по федеральной повестке о травле — только участие в процедурах, публичных позиций не зафиксировано.</w:t>
      </w:r>
    </w:p>
    <w:p>
      <w:pPr>
        <w:spacing w:after="40"/>
        <w:ind w:firstLine="0"/>
      </w:pPr>
      <w:r>
        <w:rPr>
          <w:rFonts w:ascii="Times New Roman" w:hAnsi="Times New Roman"/>
          <w:b w:val="0"/>
          <w:sz w:val="28"/>
        </w:rPr>
        <w:t xml:space="preserve">– </w:t>
      </w:r>
      <w:r>
        <w:rPr>
          <w:rFonts w:ascii="Times New Roman" w:hAnsi="Times New Roman"/>
          <w:b/>
          <w:sz w:val="28"/>
        </w:rPr>
        <w:t>Доля несовершеннолетних среди агрессоров и пострадавших по данным правоохранительной статистики</w:t>
      </w:r>
      <w:r>
        <w:rPr>
          <w:rFonts w:ascii="Times New Roman" w:hAnsi="Times New Roman"/>
          <w:b w:val="0"/>
          <w:sz w:val="28"/>
        </w:rPr>
        <w:t xml:space="preserve"> — ранее уже помечено как `NOT VERIFIED` в других разделах.</w:t>
      </w:r>
    </w:p>
    <w:p>
      <w:r>
        <w:rPr>
          <w:rFonts w:ascii="Times New Roman" w:hAnsi="Times New Roman"/>
          <w:b/>
          <w:sz w:val="28"/>
        </w:rPr>
        <w:t>Ссылки раздела 14</w:t>
      </w:r>
      <w:r>
        <w:rPr>
          <w:rFonts w:ascii="Times New Roman" w:hAnsi="Times New Roman"/>
          <w:b w:val="0"/>
          <w:sz w:val="28"/>
        </w:rPr>
        <w:t xml:space="preserve"> — в общем перечне «Источники» (блок «Публичная и политическая повестка», пп. 97–133); дополнительно к нему использованы первичные документы: </w:t>
      </w:r>
      <w:hyperlink r:id="rId147">
        <w:r>
          <w:rPr>
            <w:rFonts w:ascii="Times New Roman" w:hAnsi="Times New Roman"/>
            <w:color w:val="0563C1"/>
            <w:u w:val="single"/>
            <w:sz w:val="24"/>
          </w:rPr>
          <w:t xml:space="preserve">ЕПП Генпрокуратуры, 24.04.2024</w:t>
        </w:r>
      </w:hyperlink>
      <w:r>
        <w:rPr>
          <w:rFonts w:ascii="Times New Roman" w:hAnsi="Times New Roman"/>
          <w:b w:val="0"/>
          <w:sz w:val="28"/>
        </w:rPr>
        <w:t xml:space="preserve">, </w:t>
      </w:r>
      <w:hyperlink r:id="rId95">
        <w:r>
          <w:rPr>
            <w:rFonts w:ascii="Times New Roman" w:hAnsi="Times New Roman"/>
            <w:color w:val="0563C1"/>
            <w:u w:val="single"/>
            <w:sz w:val="24"/>
          </w:rPr>
          <w:t xml:space="preserve">СОЗД, карточка № 1085766-8</w:t>
        </w:r>
      </w:hyperlink>
      <w:r>
        <w:rPr>
          <w:rFonts w:ascii="Times New Roman" w:hAnsi="Times New Roman"/>
          <w:b w:val="0"/>
          <w:sz w:val="28"/>
        </w:rPr>
        <w:t xml:space="preserve">, </w:t>
      </w:r>
      <w:hyperlink r:id="rId150">
        <w:r>
          <w:rPr>
            <w:rFonts w:ascii="Times New Roman" w:hAnsi="Times New Roman"/>
            <w:color w:val="0563C1"/>
            <w:u w:val="single"/>
            <w:sz w:val="24"/>
          </w:rPr>
          <w:t xml:space="preserve">стенограмма ГД, 27.05.2026</w:t>
        </w:r>
      </w:hyperlink>
      <w:r>
        <w:rPr>
          <w:rFonts w:ascii="Times New Roman" w:hAnsi="Times New Roman"/>
          <w:b w:val="0"/>
          <w:sz w:val="28"/>
        </w:rPr>
        <w:t xml:space="preserve">, </w:t>
      </w:r>
      <w:hyperlink r:id="rId96">
        <w:r>
          <w:rPr>
            <w:rFonts w:ascii="Times New Roman" w:hAnsi="Times New Roman"/>
            <w:color w:val="0563C1"/>
            <w:u w:val="single"/>
            <w:sz w:val="24"/>
          </w:rPr>
          <w:t xml:space="preserve">РАПСИ, 02.12.2025</w:t>
        </w:r>
      </w:hyperlink>
      <w:r>
        <w:rPr>
          <w:rFonts w:ascii="Times New Roman" w:hAnsi="Times New Roman"/>
          <w:b w:val="0"/>
          <w:sz w:val="28"/>
        </w:rPr>
        <w:t xml:space="preserve">. Ссылки раздела проверены на доступность 13.09.2026: все открываются, кроме </w:t>
      </w:r>
      <w:hyperlink r:id="rId25">
        <w:r>
          <w:rPr>
            <w:rFonts w:ascii="Times New Roman" w:hAnsi="Times New Roman"/>
            <w:color w:val="0563C1"/>
            <w:u w:val="single"/>
            <w:sz w:val="24"/>
          </w:rPr>
          <w:t xml:space="preserve">nspu.ru (404)</w:t>
        </w:r>
      </w:hyperlink>
      <w:r>
        <w:rPr>
          <w:rFonts w:ascii="Times New Roman" w:hAnsi="Times New Roman"/>
          <w:b w:val="0"/>
          <w:sz w:val="28"/>
        </w:rPr>
        <w:t xml:space="preserve"> и </w:t>
      </w:r>
      <w:hyperlink r:id="rId165">
        <w:r>
          <w:rPr>
            <w:rFonts w:ascii="Times New Roman" w:hAnsi="Times New Roman"/>
            <w:color w:val="0563C1"/>
            <w:u w:val="single"/>
            <w:sz w:val="24"/>
          </w:rPr>
          <w:t xml:space="preserve">rg.ru (401 для автоматических запросов)</w:t>
        </w:r>
      </w:hyperlink>
      <w:r>
        <w:rPr>
          <w:rFonts w:ascii="Times New Roman" w:hAnsi="Times New Roman"/>
          <w:b w:val="0"/>
          <w:sz w:val="28"/>
        </w:rPr>
        <w:t>.</w:t>
      </w:r>
    </w:p>
    <w:p>
      <w:r>
        <w:rPr>
          <w:rFonts w:ascii="Times New Roman" w:hAnsi="Times New Roman"/>
          <w:b/>
          <w:sz w:val="28"/>
        </w:rPr>
        <w:t>Ссылки, добавленные при переработке разделов 13 и 14 (13.09.2026):</w:t>
      </w:r>
    </w:p>
    <w:p>
      <w:r>
        <w:rPr>
          <w:rFonts w:ascii="Times New Roman" w:hAnsi="Times New Roman"/>
          <w:b w:val="0"/>
          <w:sz w:val="28"/>
        </w:rPr>
        <w:t xml:space="preserve">134a. Буцкая о медиаторах в теме буллинга — </w:t>
      </w:r>
      <w:hyperlink r:id="rId176">
        <w:r>
          <w:rPr>
            <w:rFonts w:ascii="Times New Roman" w:hAnsi="Times New Roman"/>
            <w:color w:val="0563C1"/>
            <w:u w:val="single"/>
            <w:sz w:val="24"/>
          </w:rPr>
          <w:t xml:space="preserve">https://govoritmoskva.ru/news/450222/</w:t>
        </w:r>
      </w:hyperlink>
    </w:p>
    <w:p>
      <w:pPr>
        <w:spacing w:after="40"/>
        <w:ind w:firstLine="0"/>
      </w:pPr>
      <w:r>
        <w:rPr>
          <w:rFonts w:ascii="Times New Roman" w:hAnsi="Times New Roman"/>
          <w:b w:val="0"/>
          <w:sz w:val="28"/>
        </w:rPr>
        <w:t xml:space="preserve">134. Концепция развития сети служб медиации (распоряжение № 1430-р) — </w:t>
      </w:r>
      <w:hyperlink r:id="rId127">
        <w:r>
          <w:rPr>
            <w:rFonts w:ascii="Times New Roman" w:hAnsi="Times New Roman"/>
            <w:color w:val="0563C1"/>
            <w:u w:val="single"/>
            <w:sz w:val="24"/>
          </w:rPr>
          <w:t xml:space="preserve">http://government.ru/docs/14351/</w:t>
        </w:r>
      </w:hyperlink>
      <w:r>
        <w:rPr>
          <w:rFonts w:ascii="Times New Roman" w:hAnsi="Times New Roman"/>
          <w:b w:val="0"/>
          <w:sz w:val="28"/>
        </w:rPr>
        <w:t xml:space="preserve"> · </w:t>
      </w:r>
      <w:hyperlink r:id="rId177">
        <w:r>
          <w:rPr>
            <w:rFonts w:ascii="Times New Roman" w:hAnsi="Times New Roman"/>
            <w:color w:val="0563C1"/>
            <w:u w:val="single"/>
            <w:sz w:val="24"/>
          </w:rPr>
          <w:t xml:space="preserve">https://www.consultant.ru/document/cons_doc_LAW_167894/</w:t>
        </w:r>
      </w:hyperlink>
    </w:p>
    <w:p>
      <w:pPr>
        <w:spacing w:after="40"/>
        <w:ind w:firstLine="0"/>
      </w:pPr>
      <w:r>
        <w:rPr>
          <w:rFonts w:ascii="Times New Roman" w:hAnsi="Times New Roman"/>
          <w:b w:val="0"/>
          <w:sz w:val="28"/>
        </w:rPr>
        <w:t xml:space="preserve">135. </w:t>
      </w:r>
      <w:hyperlink r:id="rId141">
        <w:r>
          <w:rPr>
            <w:rFonts w:ascii="Times New Roman" w:hAnsi="Times New Roman"/>
            <w:color w:val="0563C1"/>
            <w:u w:val="single"/>
            <w:sz w:val="24"/>
          </w:rPr>
          <w:t xml:space="preserve">http://publication.pravo.gov.ru/document/5800202501130004</w:t>
        </w:r>
      </w:hyperlink>
    </w:p>
    <w:p>
      <w:pPr>
        <w:spacing w:after="40"/>
        <w:ind w:firstLine="0"/>
      </w:pPr>
      <w:r>
        <w:rPr>
          <w:rFonts w:ascii="Times New Roman" w:hAnsi="Times New Roman"/>
          <w:b w:val="0"/>
          <w:sz w:val="28"/>
        </w:rPr>
        <w:t xml:space="preserve">136. </w:t>
      </w:r>
      <w:hyperlink r:id="rId142">
        <w:r>
          <w:rPr>
            <w:rFonts w:ascii="Times New Roman" w:hAnsi="Times New Roman"/>
            <w:color w:val="0563C1"/>
            <w:u w:val="single"/>
            <w:sz w:val="24"/>
          </w:rPr>
          <w:t xml:space="preserve">https://www.consultant.ru/document/cons_doc_LAW_103038/63c0ec1198d98231da5820d894cd4ec4b99d8ccf/</w:t>
        </w:r>
      </w:hyperlink>
    </w:p>
    <w:p>
      <w:pPr>
        <w:spacing w:after="40"/>
        <w:ind w:firstLine="0"/>
      </w:pPr>
      <w:r>
        <w:rPr>
          <w:rFonts w:ascii="Times New Roman" w:hAnsi="Times New Roman"/>
          <w:b w:val="0"/>
          <w:sz w:val="28"/>
        </w:rPr>
        <w:t xml:space="preserve">137. </w:t>
      </w:r>
      <w:hyperlink r:id="rId143">
        <w:r>
          <w:rPr>
            <w:rFonts w:ascii="Times New Roman" w:hAnsi="Times New Roman"/>
            <w:color w:val="0563C1"/>
            <w:u w:val="single"/>
            <w:sz w:val="24"/>
          </w:rPr>
          <w:t xml:space="preserve">https://www.consultant.ru/document/cons_doc_LAW_23509/5a3e7fc7c5d50e9c2492ee3f0aa3795dd2521f4f</w:t>
        </w:r>
      </w:hyperlink>
    </w:p>
    <w:p>
      <w:pPr>
        <w:spacing w:after="40"/>
        <w:ind w:firstLine="0"/>
      </w:pPr>
      <w:r>
        <w:rPr>
          <w:rFonts w:ascii="Times New Roman" w:hAnsi="Times New Roman"/>
          <w:b w:val="0"/>
          <w:sz w:val="28"/>
        </w:rPr>
        <w:t xml:space="preserve">138. </w:t>
      </w:r>
      <w:hyperlink r:id="rId146">
        <w:r>
          <w:rPr>
            <w:rFonts w:ascii="Times New Roman" w:hAnsi="Times New Roman"/>
            <w:color w:val="0563C1"/>
            <w:u w:val="single"/>
            <w:sz w:val="24"/>
          </w:rPr>
          <w:t xml:space="preserve">https://base.garant.ru/71595630/</w:t>
        </w:r>
      </w:hyperlink>
    </w:p>
    <w:p>
      <w:pPr>
        <w:spacing w:after="40"/>
        <w:ind w:firstLine="0"/>
      </w:pPr>
      <w:r>
        <w:rPr>
          <w:rFonts w:ascii="Times New Roman" w:hAnsi="Times New Roman"/>
          <w:b w:val="0"/>
          <w:sz w:val="28"/>
        </w:rPr>
        <w:t xml:space="preserve">139. </w:t>
      </w:r>
      <w:hyperlink r:id="rId147">
        <w:r>
          <w:rPr>
            <w:rFonts w:ascii="Times New Roman" w:hAnsi="Times New Roman"/>
            <w:color w:val="0563C1"/>
            <w:u w:val="single"/>
            <w:sz w:val="24"/>
          </w:rPr>
          <w:t xml:space="preserve">https://epp.genproc.gov.ru/ru/gprf/mass-media/interviews-and-presentations/e56586</w:t>
        </w:r>
      </w:hyperlink>
    </w:p>
    <w:p>
      <w:pPr>
        <w:spacing w:after="40"/>
        <w:ind w:firstLine="0"/>
      </w:pPr>
      <w:r>
        <w:rPr>
          <w:rFonts w:ascii="Times New Roman" w:hAnsi="Times New Roman"/>
          <w:b w:val="0"/>
          <w:sz w:val="28"/>
        </w:rPr>
        <w:t xml:space="preserve">140. </w:t>
      </w:r>
      <w:hyperlink r:id="rId153">
        <w:r>
          <w:rPr>
            <w:rFonts w:ascii="Times New Roman" w:hAnsi="Times New Roman"/>
            <w:color w:val="0563C1"/>
            <w:u w:val="single"/>
            <w:sz w:val="24"/>
          </w:rPr>
          <w:t xml:space="preserve">https://www.pnp.ru/top/rossiyane-nazvali-glavnoy-prichinoy-kiberbullinga-nekhvatku-vospitaniya.html</w:t>
        </w:r>
      </w:hyperlink>
    </w:p>
    <w:p>
      <w:pPr>
        <w:spacing w:after="80"/>
        <w:ind w:firstLine="0"/>
      </w:pPr>
      <w:r>
        <w:rPr>
          <w:rFonts w:ascii="Times New Roman" w:hAnsi="Times New Roman"/>
          <w:b/>
          <w:sz w:val="28"/>
        </w:rPr>
        <w:t>Источники</w:t>
      </w:r>
    </w:p>
    <w:p>
      <w:r>
        <w:rPr>
          <w:rFonts w:ascii="Times New Roman" w:hAnsi="Times New Roman"/>
          <w:b/>
          <w:sz w:val="28"/>
        </w:rPr>
        <w:t>Масштаб и статистика</w:t>
      </w:r>
    </w:p>
    <w:p>
      <w:pPr>
        <w:spacing w:after="40"/>
        <w:ind w:firstLine="0"/>
      </w:pPr>
      <w:r>
        <w:rPr>
          <w:rFonts w:ascii="Times New Roman" w:hAnsi="Times New Roman"/>
          <w:b w:val="0"/>
          <w:sz w:val="28"/>
        </w:rPr>
        <w:t xml:space="preserve">1. Доклад Института образования НИУ ВШЭ (2026) «Обычная травля и привычное неблагополучие» — </w:t>
      </w:r>
      <w:hyperlink r:id="rId11">
        <w:r>
          <w:rPr>
            <w:rFonts w:ascii="Times New Roman" w:hAnsi="Times New Roman"/>
            <w:color w:val="0563C1"/>
            <w:u w:val="single"/>
            <w:sz w:val="24"/>
          </w:rPr>
          <w:t xml:space="preserve">https://ioe.hse.ru/ds/bullying</w:t>
        </w:r>
      </w:hyperlink>
    </w:p>
    <w:p>
      <w:pPr>
        <w:spacing w:after="40"/>
        <w:ind w:firstLine="0"/>
      </w:pPr>
      <w:r>
        <w:rPr>
          <w:rFonts w:ascii="Times New Roman" w:hAnsi="Times New Roman"/>
          <w:b w:val="0"/>
          <w:sz w:val="28"/>
        </w:rPr>
        <w:t xml:space="preserve">2. Карточка доклада НИУ ВШЭ — </w:t>
      </w:r>
      <w:hyperlink r:id="rId12">
        <w:r>
          <w:rPr>
            <w:rFonts w:ascii="Times New Roman" w:hAnsi="Times New Roman"/>
            <w:color w:val="0563C1"/>
            <w:u w:val="single"/>
            <w:sz w:val="24"/>
          </w:rPr>
          <w:t xml:space="preserve">https://publications.hse.ru/view/1139290038</w:t>
        </w:r>
      </w:hyperlink>
    </w:p>
    <w:p>
      <w:pPr>
        <w:spacing w:after="40"/>
        <w:ind w:firstLine="0"/>
      </w:pPr>
      <w:r>
        <w:rPr>
          <w:rFonts w:ascii="Times New Roman" w:hAnsi="Times New Roman"/>
          <w:b w:val="0"/>
          <w:sz w:val="28"/>
        </w:rPr>
        <w:t xml:space="preserve">3. Новость ЦОДО о выпуске доклада — </w:t>
      </w:r>
      <w:hyperlink r:id="rId13">
        <w:r>
          <w:rPr>
            <w:rFonts w:ascii="Times New Roman" w:hAnsi="Times New Roman"/>
            <w:color w:val="0563C1"/>
            <w:u w:val="single"/>
            <w:sz w:val="24"/>
          </w:rPr>
          <w:t xml:space="preserve">https://ioe.hse.ru/ds/news/1139306680.html</w:t>
        </w:r>
      </w:hyperlink>
    </w:p>
    <w:p>
      <w:pPr>
        <w:spacing w:after="40"/>
        <w:ind w:firstLine="0"/>
      </w:pPr>
      <w:r>
        <w:rPr>
          <w:rFonts w:ascii="Times New Roman" w:hAnsi="Times New Roman"/>
          <w:b w:val="0"/>
          <w:sz w:val="28"/>
        </w:rPr>
        <w:t xml:space="preserve">4. Ariani et al., метаанализ (2025), J. Affective Disorders — </w:t>
      </w:r>
      <w:hyperlink r:id="rId14">
        <w:r>
          <w:rPr>
            <w:rFonts w:ascii="Times New Roman" w:hAnsi="Times New Roman"/>
            <w:color w:val="0563C1"/>
            <w:u w:val="single"/>
            <w:sz w:val="24"/>
          </w:rPr>
          <w:t xml:space="preserve">https://doi.org/10.1016/j.jad.2025.119446</w:t>
        </w:r>
      </w:hyperlink>
      <w:r>
        <w:rPr>
          <w:rFonts w:ascii="Times New Roman" w:hAnsi="Times New Roman"/>
          <w:b w:val="0"/>
          <w:sz w:val="28"/>
        </w:rPr>
        <w:t xml:space="preserve"> · </w:t>
      </w:r>
      <w:hyperlink r:id="rId15">
        <w:r>
          <w:rPr>
            <w:rFonts w:ascii="Times New Roman" w:hAnsi="Times New Roman"/>
            <w:color w:val="0563C1"/>
            <w:u w:val="single"/>
            <w:sz w:val="24"/>
          </w:rPr>
          <w:t xml:space="preserve">https://pubmed.ncbi.nlm.nih.gov/40393548/</w:t>
        </w:r>
      </w:hyperlink>
    </w:p>
    <w:p>
      <w:pPr>
        <w:spacing w:after="40"/>
        <w:ind w:firstLine="0"/>
      </w:pPr>
      <w:r>
        <w:rPr>
          <w:rFonts w:ascii="Times New Roman" w:hAnsi="Times New Roman"/>
          <w:b w:val="0"/>
          <w:sz w:val="28"/>
        </w:rPr>
        <w:t xml:space="preserve">5. Иванюшина В. А., Ходоренко Д. К., Александров Д. А. (2021) — </w:t>
      </w:r>
      <w:hyperlink r:id="rId16">
        <w:r>
          <w:rPr>
            <w:rFonts w:ascii="Times New Roman" w:hAnsi="Times New Roman"/>
            <w:color w:val="0563C1"/>
            <w:u w:val="single"/>
            <w:sz w:val="24"/>
          </w:rPr>
          <w:t xml:space="preserve">https://vo.hse.ru/article/download/15793/15048</w:t>
        </w:r>
      </w:hyperlink>
    </w:p>
    <w:p>
      <w:pPr>
        <w:spacing w:after="40"/>
        <w:ind w:firstLine="0"/>
      </w:pPr>
      <w:r>
        <w:rPr>
          <w:rFonts w:ascii="Times New Roman" w:hAnsi="Times New Roman"/>
          <w:b w:val="0"/>
          <w:sz w:val="28"/>
        </w:rPr>
        <w:t xml:space="preserve">6. Новикова М. А., Реан А. А., Коновалов И. А. (2021) — </w:t>
      </w:r>
      <w:hyperlink r:id="rId20">
        <w:r>
          <w:rPr>
            <w:rFonts w:ascii="Times New Roman" w:hAnsi="Times New Roman"/>
            <w:color w:val="0563C1"/>
            <w:u w:val="single"/>
            <w:sz w:val="24"/>
          </w:rPr>
          <w:t xml:space="preserve">https://ideas.repec.org/a/scn/voprob/2021i3p62-90.html</w:t>
        </w:r>
      </w:hyperlink>
      <w:r>
        <w:rPr>
          <w:rFonts w:ascii="Times New Roman" w:hAnsi="Times New Roman"/>
          <w:b w:val="0"/>
          <w:sz w:val="28"/>
        </w:rPr>
        <w:t xml:space="preserve"> · </w:t>
      </w:r>
      <w:hyperlink r:id="rId21">
        <w:r>
          <w:rPr>
            <w:rFonts w:ascii="Times New Roman" w:hAnsi="Times New Roman"/>
            <w:color w:val="0563C1"/>
            <w:u w:val="single"/>
            <w:sz w:val="24"/>
          </w:rPr>
          <w:t xml:space="preserve">https://psy.su/feed/10376/</w:t>
        </w:r>
      </w:hyperlink>
    </w:p>
    <w:p>
      <w:pPr>
        <w:spacing w:after="40"/>
        <w:ind w:firstLine="0"/>
      </w:pPr>
      <w:r>
        <w:rPr>
          <w:rFonts w:ascii="Times New Roman" w:hAnsi="Times New Roman"/>
          <w:b w:val="0"/>
          <w:sz w:val="28"/>
        </w:rPr>
        <w:t xml:space="preserve">7. ВЦИОМ, «Травля в школе» (2024) — </w:t>
      </w:r>
      <w:hyperlink r:id="rId19">
        <w:r>
          <w:rPr>
            <w:rFonts w:ascii="Times New Roman" w:hAnsi="Times New Roman"/>
            <w:color w:val="0563C1"/>
            <w:u w:val="single"/>
            <w:sz w:val="24"/>
          </w:rPr>
          <w:t xml:space="preserve">https://wciom.ru/analytical-reviews/analiticheskii-obzor/travlja-v-shkole-masshtab-problemy-i-puti-reshenija</w:t>
        </w:r>
      </w:hyperlink>
    </w:p>
    <w:p>
      <w:pPr>
        <w:spacing w:after="40"/>
        <w:ind w:firstLine="0"/>
      </w:pPr>
      <w:r>
        <w:rPr>
          <w:rFonts w:ascii="Times New Roman" w:hAnsi="Times New Roman"/>
          <w:b w:val="0"/>
          <w:sz w:val="28"/>
        </w:rPr>
        <w:t xml:space="preserve">8. Avanesian et al. (2021), анализ PISA — </w:t>
      </w:r>
      <w:hyperlink r:id="rId18">
        <w:r>
          <w:rPr>
            <w:rFonts w:ascii="Times New Roman" w:hAnsi="Times New Roman"/>
            <w:color w:val="0563C1"/>
            <w:u w:val="single"/>
            <w:sz w:val="24"/>
          </w:rPr>
          <w:t xml:space="preserve">https://pmc.ncbi.nlm.nih.gov/articles/PMC8358076/</w:t>
        </w:r>
      </w:hyperlink>
    </w:p>
    <w:p>
      <w:pPr>
        <w:spacing w:after="40"/>
        <w:ind w:firstLine="0"/>
      </w:pPr>
      <w:r>
        <w:rPr>
          <w:rFonts w:ascii="Times New Roman" w:hAnsi="Times New Roman"/>
          <w:b w:val="0"/>
          <w:sz w:val="28"/>
        </w:rPr>
        <w:t xml:space="preserve">9. OECD working paper «Bullying in education» — </w:t>
      </w:r>
      <w:hyperlink r:id="rId27">
        <w:r>
          <w:rPr>
            <w:rFonts w:ascii="Times New Roman" w:hAnsi="Times New Roman"/>
            <w:color w:val="0563C1"/>
            <w:u w:val="single"/>
            <w:sz w:val="24"/>
          </w:rPr>
          <w:t xml:space="preserve">https://www.oecd.org/en/publications/bullying-in-education_d9f8bd9f-en.html</w:t>
        </w:r>
      </w:hyperlink>
    </w:p>
    <w:p>
      <w:pPr>
        <w:spacing w:after="40"/>
        <w:ind w:firstLine="0"/>
      </w:pPr>
      <w:r>
        <w:rPr>
          <w:rFonts w:ascii="Times New Roman" w:hAnsi="Times New Roman"/>
          <w:b w:val="0"/>
          <w:sz w:val="28"/>
        </w:rPr>
        <w:t xml:space="preserve">10. Обзор доклада Уполномоченного (2026) — </w:t>
      </w:r>
      <w:hyperlink r:id="rId23">
        <w:r>
          <w:rPr>
            <w:rFonts w:ascii="Times New Roman" w:hAnsi="Times New Roman"/>
            <w:color w:val="0563C1"/>
            <w:u w:val="single"/>
            <w:sz w:val="24"/>
          </w:rPr>
          <w:t xml:space="preserve">https://inright.ru/articles/nation/20260714/id_220003lvova-belova-rekomendovala-vvesti-edinuju</w:t>
        </w:r>
      </w:hyperlink>
    </w:p>
    <w:p>
      <w:pPr>
        <w:spacing w:after="40"/>
        <w:ind w:firstLine="0"/>
      </w:pPr>
      <w:r>
        <w:rPr>
          <w:rFonts w:ascii="Times New Roman" w:hAnsi="Times New Roman"/>
          <w:b w:val="0"/>
          <w:sz w:val="28"/>
        </w:rPr>
        <w:t xml:space="preserve">11. Аппарат Уполномоченного по правам ребёнка (данные опроса) — </w:t>
      </w:r>
      <w:hyperlink r:id="rId33">
        <w:r>
          <w:rPr>
            <w:rFonts w:ascii="Times New Roman" w:hAnsi="Times New Roman"/>
            <w:color w:val="0563C1"/>
            <w:u w:val="single"/>
            <w:sz w:val="24"/>
          </w:rPr>
          <w:t xml:space="preserve">https://deti.gov.ru/Press-Centr/news/1160</w:t>
        </w:r>
      </w:hyperlink>
    </w:p>
    <w:p>
      <w:pPr>
        <w:spacing w:after="40"/>
        <w:ind w:firstLine="0"/>
      </w:pPr>
      <w:r>
        <w:rPr>
          <w:rFonts w:ascii="Times New Roman" w:hAnsi="Times New Roman"/>
          <w:b w:val="0"/>
          <w:sz w:val="28"/>
        </w:rPr>
        <w:t xml:space="preserve">12. Сводка НГПУ (8 % сообщают взрослым; «до 40 %») — </w:t>
      </w:r>
      <w:hyperlink r:id="rId25">
        <w:r>
          <w:rPr>
            <w:rFonts w:ascii="Times New Roman" w:hAnsi="Times New Roman"/>
            <w:color w:val="0563C1"/>
            <w:u w:val="single"/>
            <w:sz w:val="24"/>
          </w:rPr>
          <w:t xml:space="preserve">https://nspu.ru/news/shkola-bez-travli-kak-v-rossii-reshayut-problemu-bullinga-/</w:t>
        </w:r>
      </w:hyperlink>
    </w:p>
    <w:p>
      <w:pPr>
        <w:spacing w:after="40"/>
        <w:ind w:firstLine="0"/>
      </w:pPr>
      <w:r>
        <w:rPr>
          <w:rFonts w:ascii="Times New Roman" w:hAnsi="Times New Roman"/>
          <w:b w:val="0"/>
          <w:sz w:val="28"/>
        </w:rPr>
        <w:t xml:space="preserve">13. РБК Тренды (А. Кузнецова, 2021) — </w:t>
      </w:r>
      <w:hyperlink r:id="rId24">
        <w:r>
          <w:rPr>
            <w:rFonts w:ascii="Times New Roman" w:hAnsi="Times New Roman"/>
            <w:color w:val="0563C1"/>
            <w:u w:val="single"/>
            <w:sz w:val="24"/>
          </w:rPr>
          <w:t xml:space="preserve">https://trends.rbc.ru/trends/social/62cd32e79a79470ca418bd15</w:t>
        </w:r>
      </w:hyperlink>
    </w:p>
    <w:p>
      <w:pPr>
        <w:spacing w:after="40"/>
        <w:ind w:firstLine="0"/>
      </w:pPr>
      <w:r>
        <w:rPr>
          <w:rFonts w:ascii="Times New Roman" w:hAnsi="Times New Roman"/>
          <w:b w:val="0"/>
          <w:sz w:val="28"/>
        </w:rPr>
        <w:t xml:space="preserve">14. Финансовый университет и «Ингосстрах» (2025) — </w:t>
      </w:r>
      <w:hyperlink r:id="rId26">
        <w:r>
          <w:rPr>
            <w:rFonts w:ascii="Times New Roman" w:hAnsi="Times New Roman"/>
            <w:color w:val="0563C1"/>
            <w:u w:val="single"/>
            <w:sz w:val="24"/>
          </w:rPr>
          <w:t xml:space="preserve">https://rg.ru/2025/02/19/issledovanie-72-procenta-rossiian-schitaiut-bulling-vazhnoj-problemoj.html</w:t>
        </w:r>
      </w:hyperlink>
    </w:p>
    <w:p>
      <w:r>
        <w:rPr>
          <w:rFonts w:ascii="Times New Roman" w:hAnsi="Times New Roman"/>
          <w:b/>
          <w:sz w:val="28"/>
        </w:rPr>
        <w:t>Право</w:t>
      </w:r>
    </w:p>
    <w:p>
      <w:pPr>
        <w:spacing w:after="40"/>
        <w:ind w:firstLine="0"/>
      </w:pPr>
      <w:r>
        <w:rPr>
          <w:rFonts w:ascii="Times New Roman" w:hAnsi="Times New Roman"/>
          <w:b w:val="0"/>
          <w:sz w:val="28"/>
        </w:rPr>
        <w:t xml:space="preserve">15. ФЗ-273 «Об образовании», ст. 28 — </w:t>
      </w:r>
      <w:hyperlink r:id="rId38">
        <w:r>
          <w:rPr>
            <w:rFonts w:ascii="Times New Roman" w:hAnsi="Times New Roman"/>
            <w:color w:val="0563C1"/>
            <w:u w:val="single"/>
            <w:sz w:val="24"/>
          </w:rPr>
          <w:t xml:space="preserve">https://www.zakonrf.info/zakon-ob-obrazovanii-v-rf/28/</w:t>
        </w:r>
      </w:hyperlink>
      <w:r>
        <w:rPr>
          <w:rFonts w:ascii="Times New Roman" w:hAnsi="Times New Roman"/>
          <w:b w:val="0"/>
          <w:sz w:val="28"/>
        </w:rPr>
        <w:t xml:space="preserve"> · ст. 34 — </w:t>
      </w:r>
      <w:hyperlink r:id="rId37">
        <w:r>
          <w:rPr>
            <w:rFonts w:ascii="Times New Roman" w:hAnsi="Times New Roman"/>
            <w:color w:val="0563C1"/>
            <w:u w:val="single"/>
            <w:sz w:val="24"/>
          </w:rPr>
          <w:t xml:space="preserve">https://www.zakonrf.info/zakon-ob-obrazovanii-v-rf/34/</w:t>
        </w:r>
      </w:hyperlink>
      <w:r>
        <w:rPr>
          <w:rFonts w:ascii="Times New Roman" w:hAnsi="Times New Roman"/>
          <w:b w:val="0"/>
          <w:sz w:val="28"/>
        </w:rPr>
        <w:t xml:space="preserve"> · ст. 43 — </w:t>
      </w:r>
      <w:hyperlink r:id="rId39">
        <w:r>
          <w:rPr>
            <w:rFonts w:ascii="Times New Roman" w:hAnsi="Times New Roman"/>
            <w:color w:val="0563C1"/>
            <w:u w:val="single"/>
            <w:sz w:val="24"/>
          </w:rPr>
          <w:t xml:space="preserve">https://zakonobobrazovanii.ru/glava-4/statya-43</w:t>
        </w:r>
      </w:hyperlink>
      <w:r>
        <w:rPr>
          <w:rFonts w:ascii="Times New Roman" w:hAnsi="Times New Roman"/>
          <w:b w:val="0"/>
          <w:sz w:val="28"/>
        </w:rPr>
        <w:t xml:space="preserve"> · полный текст — </w:t>
      </w:r>
      <w:hyperlink r:id="rId40">
        <w:r>
          <w:rPr>
            <w:rFonts w:ascii="Times New Roman" w:hAnsi="Times New Roman"/>
            <w:color w:val="0563C1"/>
            <w:u w:val="single"/>
            <w:sz w:val="24"/>
          </w:rPr>
          <w:t xml:space="preserve">https://www.consultant.ru/document/cons_doc_LAW_140174/</w:t>
        </w:r>
      </w:hyperlink>
    </w:p>
    <w:p>
      <w:pPr>
        <w:spacing w:after="40"/>
        <w:ind w:firstLine="0"/>
      </w:pPr>
      <w:r>
        <w:rPr>
          <w:rFonts w:ascii="Times New Roman" w:hAnsi="Times New Roman"/>
          <w:b w:val="0"/>
          <w:sz w:val="28"/>
        </w:rPr>
        <w:t xml:space="preserve">16. ФЗ-120 «Об основах системы профилактики…» — </w:t>
      </w:r>
      <w:hyperlink r:id="rId41">
        <w:r>
          <w:rPr>
            <w:rFonts w:ascii="Times New Roman" w:hAnsi="Times New Roman"/>
            <w:color w:val="0563C1"/>
            <w:u w:val="single"/>
            <w:sz w:val="24"/>
          </w:rPr>
          <w:t xml:space="preserve">https://base.garant.ru/12116087/</w:t>
        </w:r>
      </w:hyperlink>
    </w:p>
    <w:p>
      <w:pPr>
        <w:spacing w:after="40"/>
        <w:ind w:firstLine="0"/>
      </w:pPr>
      <w:r>
        <w:rPr>
          <w:rFonts w:ascii="Times New Roman" w:hAnsi="Times New Roman"/>
          <w:b w:val="0"/>
          <w:sz w:val="28"/>
        </w:rPr>
        <w:t xml:space="preserve">17. КоАП РФ — </w:t>
      </w:r>
      <w:hyperlink r:id="rId28">
        <w:r>
          <w:rPr>
            <w:rFonts w:ascii="Times New Roman" w:hAnsi="Times New Roman"/>
            <w:color w:val="0563C1"/>
            <w:u w:val="single"/>
            <w:sz w:val="24"/>
          </w:rPr>
          <w:t xml:space="preserve">https://www.consultant.ru/document/cons_doc_LAW_34661/</w:t>
        </w:r>
      </w:hyperlink>
      <w:r>
        <w:rPr>
          <w:rFonts w:ascii="Times New Roman" w:hAnsi="Times New Roman"/>
          <w:b w:val="0"/>
          <w:sz w:val="28"/>
        </w:rPr>
        <w:t xml:space="preserve"> (ст. 5.61 — </w:t>
      </w:r>
      <w:hyperlink r:id="rId178">
        <w:r>
          <w:rPr>
            <w:rFonts w:ascii="Times New Roman" w:hAnsi="Times New Roman"/>
            <w:color w:val="0563C1"/>
            <w:u w:val="single"/>
            <w:sz w:val="24"/>
          </w:rPr>
          <w:t xml:space="preserve">https://www.consultant.ru/document/cons_doc_LAW_34661/d40cbd099d17057d9697b15ee8368e49953416ae/;</w:t>
        </w:r>
      </w:hyperlink>
      <w:r>
        <w:rPr>
          <w:rFonts w:ascii="Times New Roman" w:hAnsi="Times New Roman"/>
          <w:b w:val="0"/>
          <w:sz w:val="28"/>
        </w:rPr>
        <w:t xml:space="preserve"> ст. 5.57 — </w:t>
      </w:r>
      <w:hyperlink r:id="rId74">
        <w:r>
          <w:rPr>
            <w:rFonts w:ascii="Times New Roman" w:hAnsi="Times New Roman"/>
            <w:color w:val="0563C1"/>
            <w:u w:val="single"/>
            <w:sz w:val="24"/>
          </w:rPr>
          <w:t xml:space="preserve">https://www.consultant.ru/document/cons_doc_LAW_34661/2bc09fc727a25e944d906975af1e478f9626aef6/</w:t>
        </w:r>
      </w:hyperlink>
      <w:r>
        <w:rPr>
          <w:rFonts w:ascii="Times New Roman" w:hAnsi="Times New Roman"/>
          <w:b w:val="0"/>
          <w:sz w:val="28"/>
        </w:rPr>
        <w:t>)</w:t>
      </w:r>
    </w:p>
    <w:p>
      <w:pPr>
        <w:spacing w:after="40"/>
        <w:ind w:firstLine="0"/>
      </w:pPr>
      <w:r>
        <w:rPr>
          <w:rFonts w:ascii="Times New Roman" w:hAnsi="Times New Roman"/>
          <w:b w:val="0"/>
          <w:sz w:val="28"/>
        </w:rPr>
        <w:t xml:space="preserve">18. УК РФ — </w:t>
      </w:r>
      <w:hyperlink r:id="rId29">
        <w:r>
          <w:rPr>
            <w:rFonts w:ascii="Times New Roman" w:hAnsi="Times New Roman"/>
            <w:color w:val="0563C1"/>
            <w:u w:val="single"/>
            <w:sz w:val="24"/>
          </w:rPr>
          <w:t xml:space="preserve">https://www.consultant.ru/document/cons_doc_LAW_10699/</w:t>
        </w:r>
      </w:hyperlink>
    </w:p>
    <w:p>
      <w:pPr>
        <w:spacing w:after="40"/>
        <w:ind w:firstLine="0"/>
      </w:pPr>
      <w:r>
        <w:rPr>
          <w:rFonts w:ascii="Times New Roman" w:hAnsi="Times New Roman"/>
          <w:b w:val="0"/>
          <w:sz w:val="28"/>
        </w:rPr>
        <w:t xml:space="preserve">19. ГК РФ (ст. 151, 1064, 1068, 1073, 1074, 1101) — </w:t>
      </w:r>
      <w:hyperlink r:id="rId43">
        <w:r>
          <w:rPr>
            <w:rFonts w:ascii="Times New Roman" w:hAnsi="Times New Roman"/>
            <w:color w:val="0563C1"/>
            <w:u w:val="single"/>
            <w:sz w:val="24"/>
          </w:rPr>
          <w:t xml:space="preserve">https://www.consultant.ru/document/cons_doc_LAW_9027/</w:t>
        </w:r>
      </w:hyperlink>
    </w:p>
    <w:p>
      <w:pPr>
        <w:spacing w:after="40"/>
        <w:ind w:firstLine="0"/>
      </w:pPr>
      <w:r>
        <w:rPr>
          <w:rFonts w:ascii="Times New Roman" w:hAnsi="Times New Roman"/>
          <w:b w:val="0"/>
          <w:sz w:val="28"/>
        </w:rPr>
        <w:t xml:space="preserve">20. Конвенция о правах ребёнка — </w:t>
      </w:r>
      <w:hyperlink r:id="rId42">
        <w:r>
          <w:rPr>
            <w:rFonts w:ascii="Times New Roman" w:hAnsi="Times New Roman"/>
            <w:color w:val="0563C1"/>
            <w:u w:val="single"/>
            <w:sz w:val="24"/>
          </w:rPr>
          <w:t xml:space="preserve">http://www.kremlin.ru/acts/bank/14023</w:t>
        </w:r>
      </w:hyperlink>
    </w:p>
    <w:p>
      <w:pPr>
        <w:spacing w:after="40"/>
        <w:ind w:firstLine="0"/>
      </w:pPr>
      <w:r>
        <w:rPr>
          <w:rFonts w:ascii="Times New Roman" w:hAnsi="Times New Roman"/>
          <w:b w:val="0"/>
          <w:sz w:val="28"/>
        </w:rPr>
        <w:t xml:space="preserve">21. ФЗ-149 «Об информации…» — </w:t>
      </w:r>
      <w:hyperlink r:id="rId30">
        <w:r>
          <w:rPr>
            <w:rFonts w:ascii="Times New Roman" w:hAnsi="Times New Roman"/>
            <w:color w:val="0563C1"/>
            <w:u w:val="single"/>
            <w:sz w:val="24"/>
          </w:rPr>
          <w:t xml:space="preserve">https://www.consultant.ru/document/cons_doc_LAW_61801/</w:t>
        </w:r>
      </w:hyperlink>
    </w:p>
    <w:p>
      <w:pPr>
        <w:spacing w:after="40"/>
        <w:ind w:firstLine="0"/>
      </w:pPr>
      <w:r>
        <w:rPr>
          <w:rFonts w:ascii="Times New Roman" w:hAnsi="Times New Roman"/>
          <w:b w:val="0"/>
          <w:sz w:val="28"/>
        </w:rPr>
        <w:t xml:space="preserve">22. Постановление Пленума ВС РФ от 15.11.2022 № 33 — </w:t>
      </w:r>
      <w:hyperlink r:id="rId61">
        <w:r>
          <w:rPr>
            <w:rFonts w:ascii="Times New Roman" w:hAnsi="Times New Roman"/>
            <w:color w:val="0563C1"/>
            <w:u w:val="single"/>
            <w:sz w:val="24"/>
          </w:rPr>
          <w:t xml:space="preserve">https://www.consultant.ru/document/cons_doc_LAW_431485/</w:t>
        </w:r>
      </w:hyperlink>
    </w:p>
    <w:p>
      <w:pPr>
        <w:spacing w:after="40"/>
        <w:ind w:firstLine="0"/>
      </w:pPr>
      <w:r>
        <w:rPr>
          <w:rFonts w:ascii="Times New Roman" w:hAnsi="Times New Roman"/>
          <w:b w:val="0"/>
          <w:sz w:val="28"/>
        </w:rPr>
        <w:t xml:space="preserve">23. Постановление Пленума ВС РФ от 26.01.2010 № 1 — </w:t>
      </w:r>
      <w:hyperlink r:id="rId62">
        <w:r>
          <w:rPr>
            <w:rFonts w:ascii="Times New Roman" w:hAnsi="Times New Roman"/>
            <w:color w:val="0563C1"/>
            <w:u w:val="single"/>
            <w:sz w:val="24"/>
          </w:rPr>
          <w:t xml:space="preserve">https://www.consultant.ru/document/cons_doc_LAW_93774/</w:t>
        </w:r>
      </w:hyperlink>
    </w:p>
    <w:p>
      <w:r>
        <w:rPr>
          <w:rFonts w:ascii="Times New Roman" w:hAnsi="Times New Roman"/>
          <w:b/>
          <w:sz w:val="28"/>
        </w:rPr>
        <w:t>Законопроекты</w:t>
      </w:r>
    </w:p>
    <w:p>
      <w:pPr>
        <w:spacing w:after="40"/>
        <w:ind w:firstLine="0"/>
      </w:pPr>
      <w:r>
        <w:rPr>
          <w:rFonts w:ascii="Times New Roman" w:hAnsi="Times New Roman"/>
          <w:b w:val="0"/>
          <w:sz w:val="28"/>
        </w:rPr>
        <w:t xml:space="preserve">24. Проект о профилактике травли (Метелев) — </w:t>
      </w:r>
      <w:hyperlink r:id="rId93">
        <w:r>
          <w:rPr>
            <w:rFonts w:ascii="Times New Roman" w:hAnsi="Times New Roman"/>
            <w:color w:val="0563C1"/>
            <w:u w:val="single"/>
            <w:sz w:val="24"/>
          </w:rPr>
          <w:t xml:space="preserve">https://dumatv.ru/news/metelev--zakonoproekt-o-profilaktike-bullinga-napravili-v-pravitelstvo</w:t>
        </w:r>
      </w:hyperlink>
      <w:r>
        <w:rPr>
          <w:rFonts w:ascii="Times New Roman" w:hAnsi="Times New Roman"/>
          <w:b w:val="0"/>
          <w:sz w:val="28"/>
        </w:rPr>
        <w:t xml:space="preserve"> · </w:t>
      </w:r>
      <w:hyperlink r:id="rId94">
        <w:r>
          <w:rPr>
            <w:rFonts w:ascii="Times New Roman" w:hAnsi="Times New Roman"/>
            <w:color w:val="0563C1"/>
            <w:u w:val="single"/>
            <w:sz w:val="24"/>
          </w:rPr>
          <w:t xml:space="preserve">https://asi.org.ru/news/2025/11/07/v-gosdumu-vnesut-zakonoproekt-o-profilaktike-bullinga-sredi-detej/</w:t>
        </w:r>
      </w:hyperlink>
    </w:p>
    <w:p>
      <w:pPr>
        <w:spacing w:after="40"/>
        <w:ind w:firstLine="0"/>
      </w:pPr>
      <w:r>
        <w:rPr>
          <w:rFonts w:ascii="Times New Roman" w:hAnsi="Times New Roman"/>
          <w:b w:val="0"/>
          <w:sz w:val="28"/>
        </w:rPr>
        <w:t xml:space="preserve">25. КоАП № 1085766-8 — </w:t>
      </w:r>
      <w:hyperlink r:id="rId95">
        <w:r>
          <w:rPr>
            <w:rFonts w:ascii="Times New Roman" w:hAnsi="Times New Roman"/>
            <w:color w:val="0563C1"/>
            <w:u w:val="single"/>
            <w:sz w:val="24"/>
          </w:rPr>
          <w:t xml:space="preserve">https://sozd.duma.gov.ru/bill/1085766-8</w:t>
        </w:r>
      </w:hyperlink>
      <w:r>
        <w:rPr>
          <w:rFonts w:ascii="Times New Roman" w:hAnsi="Times New Roman"/>
          <w:b w:val="0"/>
          <w:sz w:val="28"/>
        </w:rPr>
        <w:t xml:space="preserve"> · </w:t>
      </w:r>
      <w:hyperlink r:id="rId96">
        <w:r>
          <w:rPr>
            <w:rFonts w:ascii="Times New Roman" w:hAnsi="Times New Roman"/>
            <w:color w:val="0563C1"/>
            <w:u w:val="single"/>
            <w:sz w:val="24"/>
          </w:rPr>
          <w:t xml:space="preserve">http://rapsinews.ru/legislation_news/20251202/311395424.html</w:t>
        </w:r>
      </w:hyperlink>
      <w:r>
        <w:rPr>
          <w:rFonts w:ascii="Times New Roman" w:hAnsi="Times New Roman"/>
          <w:b w:val="0"/>
          <w:sz w:val="28"/>
        </w:rPr>
        <w:t xml:space="preserve"> · </w:t>
      </w:r>
      <w:hyperlink r:id="rId97">
        <w:r>
          <w:rPr>
            <w:rFonts w:ascii="Times New Roman" w:hAnsi="Times New Roman"/>
            <w:color w:val="0563C1"/>
            <w:u w:val="single"/>
            <w:sz w:val="24"/>
          </w:rPr>
          <w:t xml:space="preserve">https://www.kommersant.ru/doc/8213721</w:t>
        </w:r>
      </w:hyperlink>
    </w:p>
    <w:p>
      <w:r>
        <w:rPr>
          <w:rFonts w:ascii="Times New Roman" w:hAnsi="Times New Roman"/>
          <w:b/>
          <w:sz w:val="28"/>
        </w:rPr>
        <w:t>Федеральные документы</w:t>
      </w:r>
    </w:p>
    <w:p>
      <w:pPr>
        <w:spacing w:after="40"/>
        <w:ind w:firstLine="0"/>
      </w:pPr>
      <w:r>
        <w:rPr>
          <w:rFonts w:ascii="Times New Roman" w:hAnsi="Times New Roman"/>
          <w:b w:val="0"/>
          <w:sz w:val="28"/>
        </w:rPr>
        <w:t xml:space="preserve">26. Памятка Минпросвещения (26.03.2025) — </w:t>
      </w:r>
      <w:hyperlink r:id="rId99">
        <w:r>
          <w:rPr>
            <w:rFonts w:ascii="Times New Roman" w:hAnsi="Times New Roman"/>
            <w:color w:val="0563C1"/>
            <w:u w:val="single"/>
            <w:sz w:val="24"/>
          </w:rPr>
          <w:t xml:space="preserve">https://edu.gov.ru/press/9580/minprosvescheniya-rossii-razrabotalo-pamyatku-po-protivodeystviyu-fizicheskomu-i-psihicheskomu-nasiliyu-travle-v-shkolah</w:t>
        </w:r>
      </w:hyperlink>
    </w:p>
    <w:p>
      <w:pPr>
        <w:spacing w:after="40"/>
        <w:ind w:firstLine="0"/>
      </w:pPr>
      <w:r>
        <w:rPr>
          <w:rFonts w:ascii="Times New Roman" w:hAnsi="Times New Roman"/>
          <w:b w:val="0"/>
          <w:sz w:val="28"/>
        </w:rPr>
        <w:t xml:space="preserve">27. Письма Минпросвещения (подборка) — </w:t>
      </w:r>
      <w:hyperlink r:id="rId100">
        <w:r>
          <w:rPr>
            <w:rFonts w:ascii="Times New Roman" w:hAnsi="Times New Roman"/>
            <w:color w:val="0563C1"/>
            <w:u w:val="single"/>
            <w:sz w:val="24"/>
          </w:rPr>
          <w:t xml:space="preserve">https://ocpp35.ru/index.php/metod-pom/method-pom-fed</w:t>
        </w:r>
      </w:hyperlink>
      <w:r>
        <w:rPr>
          <w:rFonts w:ascii="Times New Roman" w:hAnsi="Times New Roman"/>
          <w:b w:val="0"/>
          <w:sz w:val="28"/>
        </w:rPr>
        <w:t xml:space="preserve"> · </w:t>
      </w:r>
      <w:hyperlink r:id="rId101">
        <w:r>
          <w:rPr>
            <w:rFonts w:ascii="Times New Roman" w:hAnsi="Times New Roman"/>
            <w:color w:val="0563C1"/>
            <w:u w:val="single"/>
            <w:sz w:val="24"/>
          </w:rPr>
          <w:t xml:space="preserve">https://vh-tarb03.gosuslugi.ru/glavnoe/profilaktika</w:t>
        </w:r>
      </w:hyperlink>
    </w:p>
    <w:p>
      <w:pPr>
        <w:spacing w:after="40"/>
        <w:ind w:firstLine="0"/>
      </w:pPr>
      <w:r>
        <w:rPr>
          <w:rFonts w:ascii="Times New Roman" w:hAnsi="Times New Roman"/>
          <w:b w:val="0"/>
          <w:sz w:val="28"/>
        </w:rPr>
        <w:t xml:space="preserve">28. Оценка поведения школьников — </w:t>
      </w:r>
      <w:hyperlink r:id="rId102">
        <w:r>
          <w:rPr>
            <w:rFonts w:ascii="Times New Roman" w:hAnsi="Times New Roman"/>
            <w:color w:val="0563C1"/>
            <w:u w:val="single"/>
            <w:sz w:val="24"/>
          </w:rPr>
          <w:t xml:space="preserve">https://www.garant.ru/products/ipo/prime/doc/413862644/</w:t>
        </w:r>
      </w:hyperlink>
      <w:r>
        <w:rPr>
          <w:rFonts w:ascii="Times New Roman" w:hAnsi="Times New Roman"/>
          <w:b w:val="0"/>
          <w:sz w:val="28"/>
        </w:rPr>
        <w:t xml:space="preserve"> · </w:t>
      </w:r>
      <w:hyperlink r:id="rId103">
        <w:r>
          <w:rPr>
            <w:rFonts w:ascii="Times New Roman" w:hAnsi="Times New Roman"/>
            <w:color w:val="0563C1"/>
            <w:u w:val="single"/>
            <w:sz w:val="24"/>
          </w:rPr>
          <w:t xml:space="preserve">https://edu.gov.ru/press/11936/olga-koludarova-ocenivanie-povedeniya-provoditsya-otdelno-ot-akademicheskoy-uspevaemosti</w:t>
        </w:r>
      </w:hyperlink>
    </w:p>
    <w:p>
      <w:pPr>
        <w:spacing w:after="40"/>
        <w:ind w:firstLine="0"/>
      </w:pPr>
      <w:r>
        <w:rPr>
          <w:rFonts w:ascii="Times New Roman" w:hAnsi="Times New Roman"/>
          <w:b w:val="0"/>
          <w:sz w:val="28"/>
        </w:rPr>
        <w:t xml:space="preserve">29. Линия «Школа доверия» (открыта 11.09.2026, Минпросвещения России, оператор — ФКЦ МГППУ) — </w:t>
      </w:r>
      <w:hyperlink r:id="rId104">
        <w:r>
          <w:rPr>
            <w:rFonts w:ascii="Times New Roman" w:hAnsi="Times New Roman"/>
            <w:color w:val="0563C1"/>
            <w:u w:val="single"/>
            <w:sz w:val="24"/>
          </w:rPr>
          <w:t xml:space="preserve">https://edu.gov.ru/press/12036/sergey-kravcov-otkryl-liniyu-psihologicheskoy-pomoschi-shkola-doveriya/</w:t>
        </w:r>
      </w:hyperlink>
      <w:r>
        <w:rPr>
          <w:rFonts w:ascii="Times New Roman" w:hAnsi="Times New Roman"/>
          <w:b w:val="0"/>
          <w:sz w:val="28"/>
        </w:rPr>
        <w:t xml:space="preserve"> · </w:t>
      </w:r>
      <w:hyperlink r:id="rId105">
        <w:r>
          <w:rPr>
            <w:rFonts w:ascii="Times New Roman" w:hAnsi="Times New Roman"/>
            <w:color w:val="0563C1"/>
            <w:u w:val="single"/>
            <w:sz w:val="24"/>
          </w:rPr>
          <w:t xml:space="preserve">https://mgppu.ru/news/18130</w:t>
        </w:r>
      </w:hyperlink>
      <w:r>
        <w:rPr>
          <w:rFonts w:ascii="Times New Roman" w:hAnsi="Times New Roman"/>
          <w:b w:val="0"/>
          <w:sz w:val="28"/>
        </w:rPr>
        <w:t xml:space="preserve"> · </w:t>
      </w:r>
      <w:hyperlink r:id="rId106">
        <w:r>
          <w:rPr>
            <w:rFonts w:ascii="Times New Roman" w:hAnsi="Times New Roman"/>
            <w:color w:val="0563C1"/>
            <w:u w:val="single"/>
            <w:sz w:val="24"/>
          </w:rPr>
          <w:t xml:space="preserve">https://mgppu.ru/about/hotline</w:t>
        </w:r>
      </w:hyperlink>
      <w:r>
        <w:rPr>
          <w:rFonts w:ascii="Times New Roman" w:hAnsi="Times New Roman"/>
          <w:b w:val="0"/>
          <w:sz w:val="28"/>
        </w:rPr>
        <w:t xml:space="preserve"> · </w:t>
      </w:r>
      <w:hyperlink r:id="rId107">
        <w:r>
          <w:rPr>
            <w:rFonts w:ascii="Times New Roman" w:hAnsi="Times New Roman"/>
            <w:color w:val="0563C1"/>
            <w:u w:val="single"/>
            <w:sz w:val="24"/>
          </w:rPr>
          <w:t xml:space="preserve">https://www.1tv.ru/news/2026-09-11/552958</w:t>
        </w:r>
      </w:hyperlink>
      <w:r>
        <w:rPr>
          <w:rFonts w:ascii="Times New Roman" w:hAnsi="Times New Roman"/>
          <w:b w:val="0"/>
          <w:sz w:val="28"/>
        </w:rPr>
        <w:t xml:space="preserve"> · </w:t>
      </w:r>
      <w:hyperlink r:id="rId108">
        <w:r>
          <w:rPr>
            <w:rFonts w:ascii="Times New Roman" w:hAnsi="Times New Roman"/>
            <w:color w:val="0563C1"/>
            <w:u w:val="single"/>
            <w:sz w:val="24"/>
          </w:rPr>
          <w:t xml:space="preserve">https://www.ng.ru/news/846584.html</w:t>
        </w:r>
      </w:hyperlink>
      <w:r>
        <w:rPr>
          <w:rFonts w:ascii="Times New Roman" w:hAnsi="Times New Roman"/>
          <w:b w:val="0"/>
          <w:sz w:val="28"/>
        </w:rPr>
        <w:t xml:space="preserve"> · </w:t>
      </w:r>
      <w:hyperlink r:id="rId109">
        <w:r>
          <w:rPr>
            <w:rFonts w:ascii="Times New Roman" w:hAnsi="Times New Roman"/>
            <w:color w:val="0563C1"/>
            <w:u w:val="single"/>
            <w:sz w:val="24"/>
          </w:rPr>
          <w:t xml:space="preserve">https://1sept.ru/news/2026/09/11/73888</w:t>
        </w:r>
      </w:hyperlink>
      <w:r>
        <w:rPr>
          <w:rFonts w:ascii="Times New Roman" w:hAnsi="Times New Roman"/>
          <w:b w:val="0"/>
          <w:sz w:val="28"/>
        </w:rPr>
        <w:t xml:space="preserve"> · </w:t>
      </w:r>
      <w:hyperlink r:id="rId110">
        <w:r>
          <w:rPr>
            <w:rFonts w:ascii="Times New Roman" w:hAnsi="Times New Roman"/>
            <w:color w:val="0563C1"/>
            <w:u w:val="single"/>
            <w:sz w:val="24"/>
          </w:rPr>
          <w:t xml:space="preserve">https://mo73.gosuslugi.ru/news/sergej-kravczov-otkryl-liniyu-psihologicheskoj-pomoshhi-shkola-doveriya/</w:t>
        </w:r>
      </w:hyperlink>
    </w:p>
    <w:p>
      <w:pPr>
        <w:spacing w:after="40"/>
        <w:ind w:firstLine="0"/>
      </w:pPr>
      <w:r>
        <w:rPr>
          <w:rFonts w:ascii="Times New Roman" w:hAnsi="Times New Roman"/>
          <w:b w:val="0"/>
          <w:sz w:val="28"/>
        </w:rPr>
        <w:t xml:space="preserve">30. Линии психологической помощи — </w:t>
      </w:r>
      <w:hyperlink r:id="rId113">
        <w:r>
          <w:rPr>
            <w:rFonts w:ascii="Times New Roman" w:hAnsi="Times New Roman"/>
            <w:color w:val="0563C1"/>
            <w:u w:val="single"/>
            <w:sz w:val="24"/>
          </w:rPr>
          <w:t xml:space="preserve">https://xn--80ajufr.xn--d1acj3b/news/?id=793</w:t>
        </w:r>
      </w:hyperlink>
      <w:r>
        <w:rPr>
          <w:rFonts w:ascii="Times New Roman" w:hAnsi="Times New Roman"/>
          <w:b w:val="0"/>
          <w:sz w:val="28"/>
        </w:rPr>
        <w:t xml:space="preserve"> · </w:t>
      </w:r>
      <w:hyperlink r:id="rId122">
        <w:r>
          <w:rPr>
            <w:rFonts w:ascii="Times New Roman" w:hAnsi="Times New Roman"/>
            <w:color w:val="0563C1"/>
            <w:u w:val="single"/>
            <w:sz w:val="24"/>
          </w:rPr>
          <w:t xml:space="preserve">https://fond-detyam.ru/</w:t>
        </w:r>
      </w:hyperlink>
    </w:p>
    <w:p>
      <w:pPr>
        <w:spacing w:after="40"/>
        <w:ind w:firstLine="0"/>
      </w:pPr>
      <w:r>
        <w:rPr>
          <w:rFonts w:ascii="Times New Roman" w:hAnsi="Times New Roman"/>
          <w:b w:val="0"/>
          <w:sz w:val="28"/>
        </w:rPr>
        <w:t xml:space="preserve">31. Комплекс мер до 2030 (№ 1058-р) — </w:t>
      </w:r>
      <w:hyperlink r:id="rId115">
        <w:r>
          <w:rPr>
            <w:rFonts w:ascii="Times New Roman" w:hAnsi="Times New Roman"/>
            <w:color w:val="0563C1"/>
            <w:u w:val="single"/>
            <w:sz w:val="24"/>
          </w:rPr>
          <w:t xml:space="preserve">https://base.garant.ru/412447524</w:t>
        </w:r>
      </w:hyperlink>
    </w:p>
    <w:p>
      <w:r>
        <w:rPr>
          <w:rFonts w:ascii="Times New Roman" w:hAnsi="Times New Roman"/>
          <w:b/>
          <w:sz w:val="28"/>
        </w:rPr>
        <w:t>Прецеденты: суды</w:t>
      </w:r>
    </w:p>
    <w:p>
      <w:pPr>
        <w:spacing w:after="40"/>
        <w:ind w:firstLine="0"/>
      </w:pPr>
      <w:r>
        <w:rPr>
          <w:rFonts w:ascii="Times New Roman" w:hAnsi="Times New Roman"/>
          <w:b w:val="0"/>
          <w:sz w:val="28"/>
        </w:rPr>
        <w:t xml:space="preserve">32. Хабаровский край — </w:t>
      </w:r>
      <w:hyperlink r:id="rId44">
        <w:r>
          <w:rPr>
            <w:rFonts w:ascii="Times New Roman" w:hAnsi="Times New Roman"/>
            <w:color w:val="0563C1"/>
            <w:u w:val="single"/>
            <w:sz w:val="24"/>
          </w:rPr>
          <w:t xml:space="preserve">https://rg.ru/2025/10/06/reg-dfo/schet-za-travliu.html</w:t>
        </w:r>
      </w:hyperlink>
      <w:r>
        <w:rPr>
          <w:rFonts w:ascii="Times New Roman" w:hAnsi="Times New Roman"/>
          <w:b w:val="0"/>
          <w:sz w:val="28"/>
        </w:rPr>
        <w:t xml:space="preserve"> · </w:t>
      </w:r>
      <w:hyperlink r:id="rId45">
        <w:r>
          <w:rPr>
            <w:rFonts w:ascii="Times New Roman" w:hAnsi="Times New Roman"/>
            <w:color w:val="0563C1"/>
            <w:u w:val="single"/>
            <w:sz w:val="24"/>
          </w:rPr>
          <w:t xml:space="preserve">https://ria.ru/20250318/kompensatsija-2005631184.html</w:t>
        </w:r>
      </w:hyperlink>
      <w:r>
        <w:rPr>
          <w:rFonts w:ascii="Times New Roman" w:hAnsi="Times New Roman"/>
          <w:b w:val="0"/>
          <w:sz w:val="28"/>
        </w:rPr>
        <w:t xml:space="preserve"> · </w:t>
      </w:r>
      <w:hyperlink r:id="rId46">
        <w:r>
          <w:rPr>
            <w:rFonts w:ascii="Times New Roman" w:hAnsi="Times New Roman"/>
            <w:color w:val="0563C1"/>
            <w:u w:val="single"/>
            <w:sz w:val="24"/>
          </w:rPr>
          <w:t xml:space="preserve">https://ouzs.ru/news/sud-obyazal-shkolu-zaplatit-270-000-rub-za-mnogoletnyuyu-travlyu-chto-eto-znachit-dlya-roditeley-i-k/</w:t>
        </w:r>
      </w:hyperlink>
    </w:p>
    <w:p>
      <w:pPr>
        <w:spacing w:after="40"/>
        <w:ind w:firstLine="0"/>
      </w:pPr>
      <w:r>
        <w:rPr>
          <w:rFonts w:ascii="Times New Roman" w:hAnsi="Times New Roman"/>
          <w:b w:val="0"/>
          <w:sz w:val="28"/>
        </w:rPr>
        <w:t xml:space="preserve">33. Волгоградская обл. — </w:t>
      </w:r>
      <w:hyperlink r:id="rId54">
        <w:r>
          <w:rPr>
            <w:rFonts w:ascii="Times New Roman" w:hAnsi="Times New Roman"/>
            <w:color w:val="0563C1"/>
            <w:u w:val="single"/>
            <w:sz w:val="24"/>
          </w:rPr>
          <w:t xml:space="preserve">https://rapsinews.ru/judicial_news/20240319/309725413.html</w:t>
        </w:r>
      </w:hyperlink>
      <w:r>
        <w:rPr>
          <w:rFonts w:ascii="Times New Roman" w:hAnsi="Times New Roman"/>
          <w:b w:val="0"/>
          <w:sz w:val="28"/>
        </w:rPr>
        <w:t xml:space="preserve"> · </w:t>
      </w:r>
      <w:hyperlink r:id="rId55">
        <w:r>
          <w:rPr>
            <w:rFonts w:ascii="Times New Roman" w:hAnsi="Times New Roman"/>
            <w:color w:val="0563C1"/>
            <w:u w:val="single"/>
            <w:sz w:val="24"/>
          </w:rPr>
          <w:t xml:space="preserve">https://tass.ru/proisshestviya/20283265</w:t>
        </w:r>
      </w:hyperlink>
      <w:r>
        <w:rPr>
          <w:rFonts w:ascii="Times New Roman" w:hAnsi="Times New Roman"/>
          <w:b w:val="0"/>
          <w:sz w:val="28"/>
        </w:rPr>
        <w:t xml:space="preserve"> · </w:t>
      </w:r>
      <w:hyperlink r:id="rId56">
        <w:r>
          <w:rPr>
            <w:rFonts w:ascii="Times New Roman" w:hAnsi="Times New Roman"/>
            <w:color w:val="0563C1"/>
            <w:u w:val="single"/>
            <w:sz w:val="24"/>
          </w:rPr>
          <w:t xml:space="preserve">https://rg.ru/2024/03/27/reg-ufo/zaplatiat-za-trudnoe-detstvo.html</w:t>
        </w:r>
      </w:hyperlink>
    </w:p>
    <w:p>
      <w:pPr>
        <w:spacing w:after="40"/>
        <w:ind w:firstLine="0"/>
      </w:pPr>
      <w:r>
        <w:rPr>
          <w:rFonts w:ascii="Times New Roman" w:hAnsi="Times New Roman"/>
          <w:b w:val="0"/>
          <w:sz w:val="28"/>
        </w:rPr>
        <w:t xml:space="preserve">34. Ульяновская обл. — </w:t>
      </w:r>
      <w:hyperlink r:id="rId47">
        <w:r>
          <w:rPr>
            <w:rFonts w:ascii="Times New Roman" w:hAnsi="Times New Roman"/>
            <w:color w:val="0563C1"/>
            <w:u w:val="single"/>
            <w:sz w:val="24"/>
          </w:rPr>
          <w:t xml:space="preserve">http://www.uloblsud.ru/index.php?option=3&amp;id=90&amp;idCard=113864</w:t>
        </w:r>
      </w:hyperlink>
    </w:p>
    <w:p>
      <w:pPr>
        <w:spacing w:after="40"/>
        <w:ind w:firstLine="0"/>
      </w:pPr>
      <w:r>
        <w:rPr>
          <w:rFonts w:ascii="Times New Roman" w:hAnsi="Times New Roman"/>
          <w:b w:val="0"/>
          <w:sz w:val="28"/>
        </w:rPr>
        <w:t xml:space="preserve">35. Свердловская обл. (Новоуральск) — </w:t>
      </w:r>
      <w:hyperlink r:id="rId48">
        <w:r>
          <w:rPr>
            <w:rFonts w:ascii="Times New Roman" w:hAnsi="Times New Roman"/>
            <w:color w:val="0563C1"/>
            <w:u w:val="single"/>
            <w:sz w:val="24"/>
          </w:rPr>
          <w:t xml:space="preserve">https://www.kommersant.ru/doc/7973693</w:t>
        </w:r>
      </w:hyperlink>
    </w:p>
    <w:p>
      <w:pPr>
        <w:spacing w:after="40"/>
        <w:ind w:firstLine="0"/>
      </w:pPr>
      <w:r>
        <w:rPr>
          <w:rFonts w:ascii="Times New Roman" w:hAnsi="Times New Roman"/>
          <w:b w:val="0"/>
          <w:sz w:val="28"/>
        </w:rPr>
        <w:t xml:space="preserve">36. Свердловская обл. (Качканар) — </w:t>
      </w:r>
      <w:hyperlink r:id="rId49">
        <w:r>
          <w:rPr>
            <w:rFonts w:ascii="Times New Roman" w:hAnsi="Times New Roman"/>
            <w:color w:val="0563C1"/>
            <w:u w:val="single"/>
            <w:sz w:val="24"/>
          </w:rPr>
          <w:t xml:space="preserve">https://www.kommersant.ru/doc/7167478</w:t>
        </w:r>
      </w:hyperlink>
      <w:r>
        <w:rPr>
          <w:rFonts w:ascii="Times New Roman" w:hAnsi="Times New Roman"/>
          <w:b w:val="0"/>
          <w:sz w:val="28"/>
        </w:rPr>
        <w:t xml:space="preserve"> · </w:t>
      </w:r>
      <w:hyperlink r:id="rId50">
        <w:r>
          <w:rPr>
            <w:rFonts w:ascii="Times New Roman" w:hAnsi="Times New Roman"/>
            <w:color w:val="0563C1"/>
            <w:u w:val="single"/>
            <w:sz w:val="24"/>
          </w:rPr>
          <w:t xml:space="preserve">https://tagilcity.ru/news/2024-09-19/v-kachkanare-sud-vzyskal-s-mamy-malchika-100-tysyach-rubley-za-ustroennuyu-draku-5198585</w:t>
        </w:r>
      </w:hyperlink>
    </w:p>
    <w:p>
      <w:pPr>
        <w:spacing w:after="40"/>
        <w:ind w:firstLine="0"/>
      </w:pPr>
      <w:r>
        <w:rPr>
          <w:rFonts w:ascii="Times New Roman" w:hAnsi="Times New Roman"/>
          <w:b w:val="0"/>
          <w:sz w:val="28"/>
        </w:rPr>
        <w:t xml:space="preserve">37. Челябинская обл. (Магнитогорск) — </w:t>
      </w:r>
      <w:hyperlink r:id="rId51">
        <w:r>
          <w:rPr>
            <w:rFonts w:ascii="Times New Roman" w:hAnsi="Times New Roman"/>
            <w:color w:val="0563C1"/>
            <w:u w:val="single"/>
            <w:sz w:val="24"/>
          </w:rPr>
          <w:t xml:space="preserve">https://otr-online.ru/programmy/roditelskoe-sobranie/zhitelnica-chelyabinska-podala-v-sud-na-shkolu-za-bulling-docheri-81273.html</w:t>
        </w:r>
      </w:hyperlink>
      <w:r>
        <w:rPr>
          <w:rFonts w:ascii="Times New Roman" w:hAnsi="Times New Roman"/>
          <w:b w:val="0"/>
          <w:sz w:val="28"/>
        </w:rPr>
        <w:t xml:space="preserve"> · </w:t>
      </w:r>
      <w:hyperlink r:id="rId53">
        <w:r>
          <w:rPr>
            <w:rFonts w:ascii="Times New Roman" w:hAnsi="Times New Roman"/>
            <w:color w:val="0563C1"/>
            <w:u w:val="single"/>
            <w:sz w:val="24"/>
          </w:rPr>
          <w:t xml:space="preserve">https://xn--80ahcnrqoo.xn--p1ai/society/kto-neset-otvetstvennost-za-bulling-obzor-sudebnoy-praktiki/</w:t>
        </w:r>
      </w:hyperlink>
    </w:p>
    <w:p>
      <w:pPr>
        <w:spacing w:after="40"/>
        <w:ind w:firstLine="0"/>
      </w:pPr>
      <w:r>
        <w:rPr>
          <w:rFonts w:ascii="Times New Roman" w:hAnsi="Times New Roman"/>
          <w:b w:val="0"/>
          <w:sz w:val="28"/>
        </w:rPr>
        <w:t xml:space="preserve">38. Приморский край (Владивосток) — </w:t>
      </w:r>
      <w:hyperlink r:id="rId52">
        <w:r>
          <w:rPr>
            <w:rFonts w:ascii="Times New Roman" w:hAnsi="Times New Roman"/>
            <w:color w:val="0563C1"/>
            <w:u w:val="single"/>
            <w:sz w:val="24"/>
          </w:rPr>
          <w:t xml:space="preserve">https://www.kommersant.ru/doc/8589581</w:t>
        </w:r>
      </w:hyperlink>
    </w:p>
    <w:p>
      <w:pPr>
        <w:spacing w:after="40"/>
        <w:ind w:firstLine="0"/>
      </w:pPr>
      <w:r>
        <w:rPr>
          <w:rFonts w:ascii="Times New Roman" w:hAnsi="Times New Roman"/>
          <w:b w:val="0"/>
          <w:sz w:val="28"/>
        </w:rPr>
        <w:t xml:space="preserve">39. Свердловская обл. (Юшала) — </w:t>
      </w:r>
      <w:hyperlink r:id="rId53">
        <w:r>
          <w:rPr>
            <w:rFonts w:ascii="Times New Roman" w:hAnsi="Times New Roman"/>
            <w:color w:val="0563C1"/>
            <w:u w:val="single"/>
            <w:sz w:val="24"/>
          </w:rPr>
          <w:t xml:space="preserve">https://xn--80ahcnrqoo.xn--p1ai/society/kto-neset-otvetstvennost-za-bulling-obzor-sudebnoy-praktiki/</w:t>
        </w:r>
      </w:hyperlink>
    </w:p>
    <w:p>
      <w:pPr>
        <w:spacing w:after="40"/>
        <w:ind w:firstLine="0"/>
      </w:pPr>
      <w:r>
        <w:rPr>
          <w:rFonts w:ascii="Times New Roman" w:hAnsi="Times New Roman"/>
          <w:b w:val="0"/>
          <w:sz w:val="28"/>
        </w:rPr>
        <w:t xml:space="preserve">40. Вологодская обл. — </w:t>
      </w:r>
      <w:hyperlink r:id="rId57">
        <w:r>
          <w:rPr>
            <w:rFonts w:ascii="Times New Roman" w:hAnsi="Times New Roman"/>
            <w:color w:val="0563C1"/>
            <w:u w:val="single"/>
            <w:sz w:val="24"/>
          </w:rPr>
          <w:t xml:space="preserve">https://35verhovazhskij.gosuslugi.ru/dlya-zhiteley/novosti-i-reportazhi/novosti_7599.html</w:t>
        </w:r>
      </w:hyperlink>
    </w:p>
    <w:p>
      <w:pPr>
        <w:spacing w:after="40"/>
        <w:ind w:firstLine="0"/>
      </w:pPr>
      <w:r>
        <w:rPr>
          <w:rFonts w:ascii="Times New Roman" w:hAnsi="Times New Roman"/>
          <w:b w:val="0"/>
          <w:sz w:val="28"/>
        </w:rPr>
        <w:t xml:space="preserve">41. Калининградская обл. — </w:t>
      </w:r>
      <w:hyperlink r:id="rId58">
        <w:r>
          <w:rPr>
            <w:rFonts w:ascii="Times New Roman" w:hAnsi="Times New Roman"/>
            <w:color w:val="0563C1"/>
            <w:u w:val="single"/>
            <w:sz w:val="24"/>
          </w:rPr>
          <w:t xml:space="preserve">https://klg.aif.ru/society/prokuror-potreboval-vzyskat-kompensaciyu-za-moralnyy-vred-malchiku</w:t>
        </w:r>
      </w:hyperlink>
    </w:p>
    <w:p>
      <w:r>
        <w:rPr>
          <w:rFonts w:ascii="Times New Roman" w:hAnsi="Times New Roman"/>
          <w:b/>
          <w:sz w:val="28"/>
        </w:rPr>
        <w:t>Прецеденты: уголовные дела</w:t>
      </w:r>
    </w:p>
    <w:p>
      <w:pPr>
        <w:spacing w:after="40"/>
        <w:ind w:firstLine="0"/>
      </w:pPr>
      <w:r>
        <w:rPr>
          <w:rFonts w:ascii="Times New Roman" w:hAnsi="Times New Roman"/>
          <w:b w:val="0"/>
          <w:sz w:val="28"/>
        </w:rPr>
        <w:t xml:space="preserve">42. Воронежская обл. (2017) — </w:t>
      </w:r>
      <w:hyperlink r:id="rId63">
        <w:r>
          <w:rPr>
            <w:rFonts w:ascii="Times New Roman" w:hAnsi="Times New Roman"/>
            <w:color w:val="0563C1"/>
            <w:u w:val="single"/>
            <w:sz w:val="24"/>
          </w:rPr>
          <w:t xml:space="preserve">https://vestivrn.ru/news/2017/05/19/voronezhskiy-sud-amnistiroval-zavucha-vinovnogo-v-dovedenii-uchenitsyi-do-popyitki-suitsida_2017-5-19_16-35/</w:t>
        </w:r>
      </w:hyperlink>
    </w:p>
    <w:p>
      <w:pPr>
        <w:spacing w:after="40"/>
        <w:ind w:firstLine="0"/>
      </w:pPr>
      <w:r>
        <w:rPr>
          <w:rFonts w:ascii="Times New Roman" w:hAnsi="Times New Roman"/>
          <w:b w:val="0"/>
          <w:sz w:val="28"/>
        </w:rPr>
        <w:t xml:space="preserve">43. Воронежская обл. (2015) — </w:t>
      </w:r>
      <w:hyperlink r:id="rId64">
        <w:r>
          <w:rPr>
            <w:rFonts w:ascii="Times New Roman" w:hAnsi="Times New Roman"/>
            <w:color w:val="0563C1"/>
            <w:u w:val="single"/>
            <w:sz w:val="24"/>
          </w:rPr>
          <w:t xml:space="preserve">https://www.interfax.ru/russia/433169</w:t>
        </w:r>
      </w:hyperlink>
    </w:p>
    <w:p>
      <w:pPr>
        <w:spacing w:after="40"/>
        <w:ind w:firstLine="0"/>
      </w:pPr>
      <w:r>
        <w:rPr>
          <w:rFonts w:ascii="Times New Roman" w:hAnsi="Times New Roman"/>
          <w:b w:val="0"/>
          <w:sz w:val="28"/>
        </w:rPr>
        <w:t xml:space="preserve">44. Челябинская обл. — </w:t>
      </w:r>
      <w:hyperlink r:id="rId65">
        <w:r>
          <w:rPr>
            <w:rFonts w:ascii="Times New Roman" w:hAnsi="Times New Roman"/>
            <w:color w:val="0563C1"/>
            <w:u w:val="single"/>
            <w:sz w:val="24"/>
          </w:rPr>
          <w:t xml:space="preserve">https://takiedela.ru/news/2017/02/10/matematika/</w:t>
        </w:r>
      </w:hyperlink>
    </w:p>
    <w:p>
      <w:pPr>
        <w:spacing w:after="40"/>
        <w:ind w:firstLine="0"/>
      </w:pPr>
      <w:r>
        <w:rPr>
          <w:rFonts w:ascii="Times New Roman" w:hAnsi="Times New Roman"/>
          <w:b w:val="0"/>
          <w:sz w:val="28"/>
        </w:rPr>
        <w:t xml:space="preserve">45. Удмуртия — </w:t>
      </w:r>
      <w:hyperlink r:id="rId66">
        <w:r>
          <w:rPr>
            <w:rFonts w:ascii="Times New Roman" w:hAnsi="Times New Roman"/>
            <w:color w:val="0563C1"/>
            <w:u w:val="single"/>
            <w:sz w:val="24"/>
          </w:rPr>
          <w:t xml:space="preserve">https://udm.aif.ru/incidents/po_faktu_gibeli_izhevskoy_shkolnicy_zaveli_delo_o_dovedenii_do_samoubiystva</w:t>
        </w:r>
      </w:hyperlink>
    </w:p>
    <w:p>
      <w:pPr>
        <w:spacing w:after="40"/>
        <w:ind w:firstLine="0"/>
      </w:pPr>
      <w:r>
        <w:rPr>
          <w:rFonts w:ascii="Times New Roman" w:hAnsi="Times New Roman"/>
          <w:b w:val="0"/>
          <w:sz w:val="28"/>
        </w:rPr>
        <w:t xml:space="preserve">46. Красноярский край — </w:t>
      </w:r>
      <w:hyperlink r:id="rId67">
        <w:r>
          <w:rPr>
            <w:rFonts w:ascii="Times New Roman" w:hAnsi="Times New Roman"/>
            <w:color w:val="0563C1"/>
            <w:u w:val="single"/>
            <w:sz w:val="24"/>
          </w:rPr>
          <w:t xml:space="preserve">https://meduza.io/news/2017/02/10/v-krasnoyarske-zaveli-delo-o-dovedenii-shkolnitsy-do-samoubiystva-cherez-sotsseti</w:t>
        </w:r>
      </w:hyperlink>
    </w:p>
    <w:p>
      <w:pPr>
        <w:spacing w:after="40"/>
        <w:ind w:firstLine="0"/>
      </w:pPr>
      <w:r>
        <w:rPr>
          <w:rFonts w:ascii="Times New Roman" w:hAnsi="Times New Roman"/>
          <w:b w:val="0"/>
          <w:sz w:val="28"/>
        </w:rPr>
        <w:t xml:space="preserve">47. Томская обл. — </w:t>
      </w:r>
      <w:hyperlink r:id="rId68">
        <w:r>
          <w:rPr>
            <w:rFonts w:ascii="Times New Roman" w:hAnsi="Times New Roman"/>
            <w:color w:val="0563C1"/>
            <w:u w:val="single"/>
            <w:sz w:val="24"/>
          </w:rPr>
          <w:t xml:space="preserve">https://mel.fm/novosti/3762140-sk-vozbudil-delo-o-dovedenii-do-samoubystva-posle-padeniya-podrostka-iz-okna-tomskoy-shkoly</w:t>
        </w:r>
      </w:hyperlink>
    </w:p>
    <w:p>
      <w:pPr>
        <w:spacing w:after="40"/>
        <w:ind w:firstLine="0"/>
      </w:pPr>
      <w:r>
        <w:rPr>
          <w:rFonts w:ascii="Times New Roman" w:hAnsi="Times New Roman"/>
          <w:b w:val="0"/>
          <w:sz w:val="28"/>
        </w:rPr>
        <w:t xml:space="preserve">48. Ульяновская обл. (кибербуллинг) — </w:t>
      </w:r>
      <w:hyperlink r:id="rId69">
        <w:r>
          <w:rPr>
            <w:rFonts w:ascii="Times New Roman" w:hAnsi="Times New Roman"/>
            <w:color w:val="0563C1"/>
            <w:u w:val="single"/>
            <w:sz w:val="24"/>
          </w:rPr>
          <w:t xml:space="preserve">https://www.kommersant.ru/doc/8386730</w:t>
        </w:r>
      </w:hyperlink>
    </w:p>
    <w:p>
      <w:pPr>
        <w:spacing w:after="40"/>
        <w:ind w:firstLine="0"/>
      </w:pPr>
      <w:r>
        <w:rPr>
          <w:rFonts w:ascii="Times New Roman" w:hAnsi="Times New Roman"/>
          <w:b w:val="0"/>
          <w:sz w:val="28"/>
        </w:rPr>
        <w:t xml:space="preserve">49. Калмыкия — </w:t>
      </w:r>
      <w:hyperlink r:id="rId70">
        <w:r>
          <w:rPr>
            <w:rFonts w:ascii="Times New Roman" w:hAnsi="Times New Roman"/>
            <w:color w:val="0563C1"/>
            <w:u w:val="single"/>
            <w:sz w:val="24"/>
          </w:rPr>
          <w:t xml:space="preserve">https://www.kavkaz-uzel.eu/articles/410249</w:t>
        </w:r>
      </w:hyperlink>
    </w:p>
    <w:p>
      <w:pPr>
        <w:spacing w:after="40"/>
        <w:ind w:firstLine="0"/>
      </w:pPr>
      <w:r>
        <w:rPr>
          <w:rFonts w:ascii="Times New Roman" w:hAnsi="Times New Roman"/>
          <w:b w:val="0"/>
          <w:sz w:val="28"/>
        </w:rPr>
        <w:t xml:space="preserve">50. Брянская обл. — </w:t>
      </w:r>
      <w:hyperlink r:id="rId71">
        <w:r>
          <w:rPr>
            <w:rFonts w:ascii="Times New Roman" w:hAnsi="Times New Roman"/>
            <w:color w:val="0563C1"/>
            <w:u w:val="single"/>
            <w:sz w:val="24"/>
          </w:rPr>
          <w:t xml:space="preserve">https://en.iz.ru/en/1822842/elena-balaan/shooting-aside-trial-over-father-student-who-committed-shooting-bryansk-has-begun</w:t>
        </w:r>
      </w:hyperlink>
    </w:p>
    <w:p>
      <w:pPr>
        <w:spacing w:after="40"/>
        <w:ind w:firstLine="0"/>
      </w:pPr>
      <w:r>
        <w:rPr>
          <w:rFonts w:ascii="Times New Roman" w:hAnsi="Times New Roman"/>
          <w:b w:val="0"/>
          <w:sz w:val="28"/>
        </w:rPr>
        <w:t xml:space="preserve">51. Санкт-Петербург (2007) — </w:t>
      </w:r>
      <w:hyperlink r:id="rId72">
        <w:r>
          <w:rPr>
            <w:rFonts w:ascii="Times New Roman" w:hAnsi="Times New Roman"/>
            <w:color w:val="0563C1"/>
            <w:u w:val="single"/>
            <w:sz w:val="24"/>
          </w:rPr>
          <w:t xml:space="preserve">https://meduza.io/feature/2016/11/22/statya-dovedenie-do-samoubiystva-kak-ona-rabotaet</w:t>
        </w:r>
      </w:hyperlink>
    </w:p>
    <w:p>
      <w:r>
        <w:rPr>
          <w:rFonts w:ascii="Times New Roman" w:hAnsi="Times New Roman"/>
          <w:b/>
          <w:sz w:val="28"/>
        </w:rPr>
        <w:t>Прокуратура и инциденты</w:t>
      </w:r>
    </w:p>
    <w:p>
      <w:pPr>
        <w:spacing w:after="40"/>
        <w:ind w:firstLine="0"/>
      </w:pPr>
      <w:r>
        <w:rPr>
          <w:rFonts w:ascii="Times New Roman" w:hAnsi="Times New Roman"/>
          <w:b w:val="0"/>
          <w:sz w:val="28"/>
        </w:rPr>
        <w:t xml:space="preserve">52. Генпрокурор о замалчивании — </w:t>
      </w:r>
      <w:hyperlink r:id="rId32">
        <w:r>
          <w:rPr>
            <w:rFonts w:ascii="Times New Roman" w:hAnsi="Times New Roman"/>
            <w:color w:val="0563C1"/>
            <w:u w:val="single"/>
            <w:sz w:val="24"/>
          </w:rPr>
          <w:t xml:space="preserve">https://psy.su/feed/12175/</w:t>
        </w:r>
      </w:hyperlink>
      <w:r>
        <w:rPr>
          <w:rFonts w:ascii="Times New Roman" w:hAnsi="Times New Roman"/>
          <w:b w:val="0"/>
          <w:sz w:val="28"/>
        </w:rPr>
        <w:t xml:space="preserve"> · </w:t>
      </w:r>
      <w:hyperlink r:id="rId34">
        <w:r>
          <w:rPr>
            <w:rFonts w:ascii="Times New Roman" w:hAnsi="Times New Roman"/>
            <w:color w:val="0563C1"/>
            <w:u w:val="single"/>
            <w:sz w:val="24"/>
          </w:rPr>
          <w:t xml:space="preserve">https://ria.ru/20240424/shkoly-1941958938.html</w:t>
        </w:r>
      </w:hyperlink>
    </w:p>
    <w:p>
      <w:pPr>
        <w:spacing w:after="40"/>
        <w:ind w:firstLine="0"/>
      </w:pPr>
      <w:r>
        <w:rPr>
          <w:rFonts w:ascii="Times New Roman" w:hAnsi="Times New Roman"/>
          <w:b w:val="0"/>
          <w:sz w:val="28"/>
        </w:rPr>
        <w:t xml:space="preserve">53. Генпрокуратура о ЦВСНП — </w:t>
      </w:r>
      <w:hyperlink r:id="rId81">
        <w:r>
          <w:rPr>
            <w:rFonts w:ascii="Times New Roman" w:hAnsi="Times New Roman"/>
            <w:color w:val="0563C1"/>
            <w:u w:val="single"/>
            <w:sz w:val="24"/>
          </w:rPr>
          <w:t xml:space="preserve">https://ria.ru/20250714/genprokuratura-2029035549.html</w:t>
        </w:r>
      </w:hyperlink>
    </w:p>
    <w:p>
      <w:pPr>
        <w:spacing w:after="40"/>
        <w:ind w:firstLine="0"/>
      </w:pPr>
      <w:r>
        <w:rPr>
          <w:rFonts w:ascii="Times New Roman" w:hAnsi="Times New Roman"/>
          <w:b w:val="0"/>
          <w:sz w:val="28"/>
        </w:rPr>
        <w:t xml:space="preserve">54. Статистика Генпрокуратуры (2025) — </w:t>
      </w:r>
      <w:hyperlink r:id="rId79">
        <w:r>
          <w:rPr>
            <w:rFonts w:ascii="Times New Roman" w:hAnsi="Times New Roman"/>
            <w:color w:val="0563C1"/>
            <w:u w:val="single"/>
            <w:sz w:val="24"/>
          </w:rPr>
          <w:t xml:space="preserve">https://mel.fm/novosti/2481530-prokuratura-vyyavila-boleye-200-tysyach-narusheny-prav-detey-na-obrazovanie-v-2025-godu</w:t>
        </w:r>
      </w:hyperlink>
      <w:r>
        <w:rPr>
          <w:rFonts w:ascii="Times New Roman" w:hAnsi="Times New Roman"/>
          <w:b w:val="0"/>
          <w:sz w:val="28"/>
        </w:rPr>
        <w:t xml:space="preserve"> · </w:t>
      </w:r>
      <w:hyperlink r:id="rId80">
        <w:r>
          <w:rPr>
            <w:rFonts w:ascii="Times New Roman" w:hAnsi="Times New Roman"/>
            <w:color w:val="0563C1"/>
            <w:u w:val="single"/>
            <w:sz w:val="24"/>
          </w:rPr>
          <w:t xml:space="preserve">https://epp.genproc.gov.ru/ru/gprf/mass-media/news/main/e8468634/</w:t>
        </w:r>
      </w:hyperlink>
    </w:p>
    <w:p>
      <w:pPr>
        <w:spacing w:after="40"/>
        <w:ind w:firstLine="0"/>
      </w:pPr>
      <w:r>
        <w:rPr>
          <w:rFonts w:ascii="Times New Roman" w:hAnsi="Times New Roman"/>
          <w:b w:val="0"/>
          <w:sz w:val="28"/>
        </w:rPr>
        <w:t xml:space="preserve">55. Кравцов о формализме школ — </w:t>
      </w:r>
      <w:hyperlink r:id="rId35">
        <w:r>
          <w:rPr>
            <w:rFonts w:ascii="Times New Roman" w:hAnsi="Times New Roman"/>
            <w:color w:val="0563C1"/>
            <w:u w:val="single"/>
            <w:sz w:val="24"/>
          </w:rPr>
          <w:t xml:space="preserve">https://www.rbc.ru/society/10/02/2026/698b28cb9a7947649e224204</w:t>
        </w:r>
      </w:hyperlink>
    </w:p>
    <w:p>
      <w:pPr>
        <w:spacing w:after="40"/>
        <w:ind w:firstLine="0"/>
      </w:pPr>
      <w:r>
        <w:rPr>
          <w:rFonts w:ascii="Times New Roman" w:hAnsi="Times New Roman"/>
          <w:b w:val="0"/>
          <w:sz w:val="28"/>
        </w:rPr>
        <w:t xml:space="preserve">56. Заявление о методике рейтинга школ — </w:t>
      </w:r>
      <w:hyperlink r:id="rId36">
        <w:r>
          <w:rPr>
            <w:rFonts w:ascii="Times New Roman" w:hAnsi="Times New Roman"/>
            <w:color w:val="0563C1"/>
            <w:u w:val="single"/>
            <w:sz w:val="24"/>
          </w:rPr>
          <w:t xml:space="preserve">https://www.pnp.ru/social/deputat-lantratova-rasskazala-kogda-vnesut-zakonoproekt-protiv-shkolnoy-travli.html</w:t>
        </w:r>
      </w:hyperlink>
    </w:p>
    <w:p>
      <w:pPr>
        <w:spacing w:after="40"/>
        <w:ind w:firstLine="0"/>
      </w:pPr>
      <w:r>
        <w:rPr>
          <w:rFonts w:ascii="Times New Roman" w:hAnsi="Times New Roman"/>
          <w:b w:val="0"/>
          <w:sz w:val="28"/>
        </w:rPr>
        <w:t xml:space="preserve">57. Пермский край (2017) — </w:t>
      </w:r>
      <w:hyperlink r:id="rId84">
        <w:r>
          <w:rPr>
            <w:rFonts w:ascii="Times New Roman" w:hAnsi="Times New Roman"/>
            <w:color w:val="0563C1"/>
            <w:u w:val="single"/>
            <w:sz w:val="24"/>
          </w:rPr>
          <w:t xml:space="preserve">https://rapsinews.ru/incident_news/20171018/280569540.html</w:t>
        </w:r>
      </w:hyperlink>
    </w:p>
    <w:p>
      <w:pPr>
        <w:spacing w:after="40"/>
        <w:ind w:firstLine="0"/>
      </w:pPr>
      <w:r>
        <w:rPr>
          <w:rFonts w:ascii="Times New Roman" w:hAnsi="Times New Roman"/>
          <w:b w:val="0"/>
          <w:sz w:val="28"/>
        </w:rPr>
        <w:t xml:space="preserve">58. Сахалин и Хабаровск (2018) — </w:t>
      </w:r>
      <w:hyperlink r:id="rId85">
        <w:r>
          <w:rPr>
            <w:rFonts w:ascii="Times New Roman" w:hAnsi="Times New Roman"/>
            <w:color w:val="0563C1"/>
            <w:u w:val="single"/>
            <w:sz w:val="24"/>
          </w:rPr>
          <w:t xml:space="preserve">https://ria.ru/20181116/1532902274.html</w:t>
        </w:r>
      </w:hyperlink>
    </w:p>
    <w:p>
      <w:pPr>
        <w:spacing w:after="40"/>
        <w:ind w:firstLine="0"/>
      </w:pPr>
      <w:r>
        <w:rPr>
          <w:rFonts w:ascii="Times New Roman" w:hAnsi="Times New Roman"/>
          <w:b w:val="0"/>
          <w:sz w:val="28"/>
        </w:rPr>
        <w:t xml:space="preserve">59. Нижегородская обл. (2023) — </w:t>
      </w:r>
      <w:hyperlink r:id="rId86">
        <w:r>
          <w:rPr>
            <w:rFonts w:ascii="Times New Roman" w:hAnsi="Times New Roman"/>
            <w:color w:val="0563C1"/>
            <w:u w:val="single"/>
            <w:sz w:val="24"/>
          </w:rPr>
          <w:t xml:space="preserve">https://nn.aif.ru/tag/draka_v_shkolje</w:t>
        </w:r>
      </w:hyperlink>
    </w:p>
    <w:p>
      <w:pPr>
        <w:spacing w:after="40"/>
        <w:ind w:firstLine="0"/>
      </w:pPr>
      <w:r>
        <w:rPr>
          <w:rFonts w:ascii="Times New Roman" w:hAnsi="Times New Roman"/>
          <w:b w:val="0"/>
          <w:sz w:val="28"/>
        </w:rPr>
        <w:t xml:space="preserve">60. Московская обл. (2023) — </w:t>
      </w:r>
      <w:hyperlink r:id="rId87">
        <w:r>
          <w:rPr>
            <w:rFonts w:ascii="Times New Roman" w:hAnsi="Times New Roman"/>
            <w:color w:val="0563C1"/>
            <w:u w:val="single"/>
            <w:sz w:val="24"/>
          </w:rPr>
          <w:t xml:space="preserve">https://glavk2.net/articles/217856-v_otnochenii_eshche_dvoih_uchenikov_himkinskoj_shkoly_zaveli_ugolovnye_dela_za_izbienie_shkoljnikov</w:t>
        </w:r>
      </w:hyperlink>
    </w:p>
    <w:p>
      <w:pPr>
        <w:spacing w:after="40"/>
        <w:ind w:firstLine="0"/>
      </w:pPr>
      <w:r>
        <w:rPr>
          <w:rFonts w:ascii="Times New Roman" w:hAnsi="Times New Roman"/>
          <w:b w:val="0"/>
          <w:sz w:val="28"/>
        </w:rPr>
        <w:t xml:space="preserve">61. Карелия (2024) — </w:t>
      </w:r>
      <w:hyperlink r:id="rId88">
        <w:r>
          <w:rPr>
            <w:rFonts w:ascii="Times New Roman" w:hAnsi="Times New Roman"/>
            <w:color w:val="0563C1"/>
            <w:u w:val="single"/>
            <w:sz w:val="24"/>
          </w:rPr>
          <w:t xml:space="preserve">https://karelinform.ru/news/2024-04-09/prokuratura-zainteresovalas-bullingom-uchaschihsya-sredney-shkoly-v-petrozavodske-5050526</w:t>
        </w:r>
      </w:hyperlink>
    </w:p>
    <w:p>
      <w:pPr>
        <w:spacing w:after="40"/>
        <w:ind w:firstLine="0"/>
      </w:pPr>
      <w:r>
        <w:rPr>
          <w:rFonts w:ascii="Times New Roman" w:hAnsi="Times New Roman"/>
          <w:b w:val="0"/>
          <w:sz w:val="28"/>
        </w:rPr>
        <w:t xml:space="preserve">62. Кибербуллинг: правовой анализ — </w:t>
      </w:r>
      <w:hyperlink r:id="rId31">
        <w:r>
          <w:rPr>
            <w:rFonts w:ascii="Times New Roman" w:hAnsi="Times New Roman"/>
            <w:color w:val="0563C1"/>
            <w:u w:val="single"/>
            <w:sz w:val="24"/>
          </w:rPr>
          <w:t xml:space="preserve">https://www.garant.ru/ia/opinion/author/margaryan/1771240/</w:t>
        </w:r>
      </w:hyperlink>
    </w:p>
    <w:p>
      <w:pPr>
        <w:spacing w:after="40"/>
        <w:ind w:firstLine="0"/>
      </w:pPr>
      <w:r>
        <w:rPr>
          <w:rFonts w:ascii="Times New Roman" w:hAnsi="Times New Roman"/>
          <w:b w:val="0"/>
          <w:sz w:val="28"/>
        </w:rPr>
        <w:t xml:space="preserve">63. Архангельская обл. (2026) — </w:t>
      </w:r>
      <w:hyperlink r:id="rId82">
        <w:r>
          <w:rPr>
            <w:rFonts w:ascii="Times New Roman" w:hAnsi="Times New Roman"/>
            <w:color w:val="0563C1"/>
            <w:u w:val="single"/>
            <w:sz w:val="24"/>
          </w:rPr>
          <w:t xml:space="preserve">https://72.ru/text/education/2026/05/04/76398066</w:t>
        </w:r>
      </w:hyperlink>
    </w:p>
    <w:p>
      <w:pPr>
        <w:spacing w:after="40"/>
        <w:ind w:firstLine="0"/>
      </w:pPr>
      <w:r>
        <w:rPr>
          <w:rFonts w:ascii="Times New Roman" w:hAnsi="Times New Roman"/>
          <w:b w:val="0"/>
          <w:sz w:val="28"/>
        </w:rPr>
        <w:t xml:space="preserve">64. Санкт-Петербург (2025) — </w:t>
      </w:r>
      <w:hyperlink r:id="rId83">
        <w:r>
          <w:rPr>
            <w:rFonts w:ascii="Times New Roman" w:hAnsi="Times New Roman"/>
            <w:color w:val="0563C1"/>
            <w:u w:val="single"/>
            <w:sz w:val="24"/>
          </w:rPr>
          <w:t xml:space="preserve">https://fparf.ru/news/media/shkolnyy-bulling-shagnul-vpravo/</w:t>
        </w:r>
      </w:hyperlink>
    </w:p>
    <w:p>
      <w:pPr>
        <w:spacing w:after="40"/>
        <w:ind w:firstLine="0"/>
      </w:pPr>
      <w:r>
        <w:rPr>
          <w:rFonts w:ascii="Times New Roman" w:hAnsi="Times New Roman"/>
          <w:b w:val="0"/>
          <w:sz w:val="28"/>
        </w:rPr>
        <w:t xml:space="preserve">65. Свердловская обл. (2025, директор) — </w:t>
      </w:r>
      <w:hyperlink r:id="rId76">
        <w:r>
          <w:rPr>
            <w:rFonts w:ascii="Times New Roman" w:hAnsi="Times New Roman"/>
            <w:color w:val="0563C1"/>
            <w:u w:val="single"/>
            <w:sz w:val="24"/>
          </w:rPr>
          <w:t xml:space="preserve">https://www.nakanune.ru/news/2025/02/27/22809309/</w:t>
        </w:r>
      </w:hyperlink>
    </w:p>
    <w:p>
      <w:pPr>
        <w:spacing w:after="40"/>
        <w:ind w:firstLine="0"/>
      </w:pPr>
      <w:r>
        <w:rPr>
          <w:rFonts w:ascii="Times New Roman" w:hAnsi="Times New Roman"/>
          <w:b w:val="0"/>
          <w:sz w:val="28"/>
        </w:rPr>
        <w:t xml:space="preserve">66. Приморский край (2025) — </w:t>
      </w:r>
      <w:hyperlink r:id="rId75">
        <w:r>
          <w:rPr>
            <w:rFonts w:ascii="Times New Roman" w:hAnsi="Times New Roman"/>
            <w:color w:val="0563C1"/>
            <w:u w:val="single"/>
            <w:sz w:val="24"/>
          </w:rPr>
          <w:t xml:space="preserve">https://ria.ru/20250918/primore-2042630863.html</w:t>
        </w:r>
      </w:hyperlink>
    </w:p>
    <w:p>
      <w:pPr>
        <w:spacing w:after="40"/>
        <w:ind w:firstLine="0"/>
      </w:pPr>
      <w:r>
        <w:rPr>
          <w:rFonts w:ascii="Times New Roman" w:hAnsi="Times New Roman"/>
          <w:b w:val="0"/>
          <w:sz w:val="28"/>
        </w:rPr>
        <w:t xml:space="preserve">67. Иркутская обл. (2025) — </w:t>
      </w:r>
      <w:hyperlink r:id="rId89">
        <w:r>
          <w:rPr>
            <w:rFonts w:ascii="Times New Roman" w:hAnsi="Times New Roman"/>
            <w:color w:val="0563C1"/>
            <w:u w:val="single"/>
            <w:sz w:val="24"/>
          </w:rPr>
          <w:t xml:space="preserve">https://ria.ru/20251023/chp-2050171337.html</w:t>
        </w:r>
      </w:hyperlink>
    </w:p>
    <w:p>
      <w:pPr>
        <w:spacing w:after="40"/>
        <w:ind w:firstLine="0"/>
      </w:pPr>
      <w:r>
        <w:rPr>
          <w:rFonts w:ascii="Times New Roman" w:hAnsi="Times New Roman"/>
          <w:b w:val="0"/>
          <w:sz w:val="28"/>
        </w:rPr>
        <w:t xml:space="preserve">68. Московская обл. «Горки-2» (2025) — </w:t>
      </w:r>
      <w:hyperlink r:id="rId90">
        <w:r>
          <w:rPr>
            <w:rFonts w:ascii="Times New Roman" w:hAnsi="Times New Roman"/>
            <w:color w:val="0563C1"/>
            <w:u w:val="single"/>
            <w:sz w:val="24"/>
          </w:rPr>
          <w:t xml:space="preserve">https://meduza.io/news/2025/12/18/detey-gonyali-po-vsey-shkole-roditeli-uchenikov-shkoly-v-gorkah-2-gde-podrostok-ubil-10-letnego-rebenka-zapisali-obraschenie-k-putinu</w:t>
        </w:r>
      </w:hyperlink>
    </w:p>
    <w:p>
      <w:pPr>
        <w:spacing w:after="40"/>
        <w:ind w:firstLine="0"/>
      </w:pPr>
      <w:r>
        <w:rPr>
          <w:rFonts w:ascii="Times New Roman" w:hAnsi="Times New Roman"/>
          <w:b w:val="0"/>
          <w:sz w:val="28"/>
        </w:rPr>
        <w:t xml:space="preserve">69. Красноярский край (2026) — </w:t>
      </w:r>
      <w:hyperlink r:id="rId35">
        <w:r>
          <w:rPr>
            <w:rFonts w:ascii="Times New Roman" w:hAnsi="Times New Roman"/>
            <w:color w:val="0563C1"/>
            <w:u w:val="single"/>
            <w:sz w:val="24"/>
          </w:rPr>
          <w:t xml:space="preserve">https://www.rbc.ru/society/10/02/2026/698b28cb9a7947649e224204</w:t>
        </w:r>
      </w:hyperlink>
    </w:p>
    <w:p>
      <w:pPr>
        <w:spacing w:after="40"/>
        <w:ind w:firstLine="0"/>
      </w:pPr>
      <w:r>
        <w:rPr>
          <w:rFonts w:ascii="Times New Roman" w:hAnsi="Times New Roman"/>
          <w:b w:val="0"/>
          <w:sz w:val="28"/>
        </w:rPr>
        <w:t xml:space="preserve">70. Башкортостан (2026) — </w:t>
      </w:r>
      <w:hyperlink r:id="rId91">
        <w:r>
          <w:rPr>
            <w:rFonts w:ascii="Times New Roman" w:hAnsi="Times New Roman"/>
            <w:color w:val="0563C1"/>
            <w:u w:val="single"/>
            <w:sz w:val="24"/>
          </w:rPr>
          <w:t xml:space="preserve">https://news-bash.ru/news/habirov-poruchil-proverit-shkoly-bashkirii-na-fakty-bullinga-posle-chp-v-ufe/</w:t>
        </w:r>
      </w:hyperlink>
    </w:p>
    <w:p>
      <w:pPr>
        <w:spacing w:after="40"/>
        <w:ind w:firstLine="0"/>
      </w:pPr>
      <w:r>
        <w:rPr>
          <w:rFonts w:ascii="Times New Roman" w:hAnsi="Times New Roman"/>
          <w:b w:val="0"/>
          <w:sz w:val="28"/>
        </w:rPr>
        <w:t xml:space="preserve">71. Ивановская обл. (2026) — </w:t>
      </w:r>
      <w:hyperlink r:id="rId92">
        <w:r>
          <w:rPr>
            <w:rFonts w:ascii="Times New Roman" w:hAnsi="Times New Roman"/>
            <w:color w:val="0563C1"/>
            <w:u w:val="single"/>
            <w:sz w:val="24"/>
          </w:rPr>
          <w:t xml:space="preserve">https://i3vestno.ru/news/2026/06/01/nedetskaya_statistika_ivanovskih_detey_shantazhiruyut_v_internete_i_bullyat_v_shkolah</w:t>
        </w:r>
      </w:hyperlink>
    </w:p>
    <w:p>
      <w:pPr>
        <w:spacing w:after="40"/>
        <w:ind w:firstLine="0"/>
      </w:pPr>
      <w:r>
        <w:rPr>
          <w:rFonts w:ascii="Times New Roman" w:hAnsi="Times New Roman"/>
          <w:b w:val="0"/>
          <w:sz w:val="28"/>
        </w:rPr>
        <w:t xml:space="preserve">72. Дагестан (2024) — </w:t>
      </w:r>
      <w:hyperlink r:id="rId77">
        <w:r>
          <w:rPr>
            <w:rFonts w:ascii="Times New Roman" w:hAnsi="Times New Roman"/>
            <w:color w:val="0563C1"/>
            <w:u w:val="single"/>
            <w:sz w:val="24"/>
          </w:rPr>
          <w:t xml:space="preserve">https://daily.afisha.ru/news/83952-prokuratura-dagestana-proveryaet-soobscheniya-o-travle-shkolnic-za-vneshniy-vid-i-nacionalnost/</w:t>
        </w:r>
      </w:hyperlink>
    </w:p>
    <w:p>
      <w:pPr>
        <w:spacing w:after="40"/>
        <w:ind w:firstLine="0"/>
      </w:pPr>
      <w:r>
        <w:rPr>
          <w:rFonts w:ascii="Times New Roman" w:hAnsi="Times New Roman"/>
          <w:b w:val="0"/>
          <w:sz w:val="28"/>
        </w:rPr>
        <w:t xml:space="preserve">73. Владивосток (2026) — </w:t>
      </w:r>
      <w:hyperlink r:id="rId78">
        <w:r>
          <w:rPr>
            <w:rFonts w:ascii="Times New Roman" w:hAnsi="Times New Roman"/>
            <w:color w:val="0563C1"/>
            <w:u w:val="single"/>
            <w:sz w:val="24"/>
          </w:rPr>
          <w:t xml:space="preserve">https://rg.ru/2026/02/11/reg-dfo/vo-vladivostoke-prokuratura-vziala-na-kontrol-situaciiu-s-bullingom-v-shkole.html</w:t>
        </w:r>
      </w:hyperlink>
    </w:p>
    <w:p>
      <w:r>
        <w:rPr>
          <w:rFonts w:ascii="Times New Roman" w:hAnsi="Times New Roman"/>
          <w:b/>
          <w:sz w:val="28"/>
        </w:rPr>
        <w:t>Третий сектор</w:t>
      </w:r>
    </w:p>
    <w:p>
      <w:pPr>
        <w:spacing w:after="40"/>
        <w:ind w:firstLine="0"/>
      </w:pPr>
      <w:r>
        <w:rPr>
          <w:rFonts w:ascii="Times New Roman" w:hAnsi="Times New Roman"/>
          <w:b w:val="0"/>
          <w:sz w:val="28"/>
        </w:rPr>
        <w:t xml:space="preserve">74. ТравлиNET — </w:t>
      </w:r>
      <w:hyperlink r:id="rId119">
        <w:r>
          <w:rPr>
            <w:rFonts w:ascii="Times New Roman" w:hAnsi="Times New Roman"/>
            <w:color w:val="0563C1"/>
            <w:u w:val="single"/>
            <w:sz w:val="24"/>
          </w:rPr>
          <w:t xml:space="preserve">https://xn--80aejlonqph.xn--p1ai/</w:t>
        </w:r>
      </w:hyperlink>
    </w:p>
    <w:p>
      <w:pPr>
        <w:spacing w:after="40"/>
        <w:ind w:firstLine="0"/>
      </w:pPr>
      <w:r>
        <w:rPr>
          <w:rFonts w:ascii="Times New Roman" w:hAnsi="Times New Roman"/>
          <w:b w:val="0"/>
          <w:sz w:val="28"/>
        </w:rPr>
        <w:t xml:space="preserve">75. каждыйважен.рф — </w:t>
      </w:r>
      <w:hyperlink r:id="rId120">
        <w:r>
          <w:rPr>
            <w:rFonts w:ascii="Times New Roman" w:hAnsi="Times New Roman"/>
            <w:color w:val="0563C1"/>
            <w:u w:val="single"/>
            <w:sz w:val="24"/>
          </w:rPr>
          <w:t xml:space="preserve">https://xn--80aafhhcdvf2b2k.xn--p1ai/</w:t>
        </w:r>
      </w:hyperlink>
    </w:p>
    <w:p>
      <w:pPr>
        <w:spacing w:after="40"/>
        <w:ind w:firstLine="0"/>
      </w:pPr>
      <w:r>
        <w:rPr>
          <w:rFonts w:ascii="Times New Roman" w:hAnsi="Times New Roman"/>
          <w:b w:val="0"/>
          <w:sz w:val="28"/>
        </w:rPr>
        <w:t xml:space="preserve">76. Антибуллинговый портал для московских школ — </w:t>
      </w:r>
      <w:hyperlink r:id="rId121">
        <w:r>
          <w:rPr>
            <w:rFonts w:ascii="Times New Roman" w:hAnsi="Times New Roman"/>
            <w:color w:val="0563C1"/>
            <w:u w:val="single"/>
            <w:sz w:val="24"/>
          </w:rPr>
          <w:t xml:space="preserve">https://bullying.shkolamoskva.ru</w:t>
        </w:r>
      </w:hyperlink>
    </w:p>
    <w:p>
      <w:pPr>
        <w:spacing w:after="40"/>
        <w:ind w:firstLine="0"/>
      </w:pPr>
      <w:r>
        <w:rPr>
          <w:rFonts w:ascii="Times New Roman" w:hAnsi="Times New Roman"/>
          <w:b w:val="0"/>
          <w:sz w:val="28"/>
        </w:rPr>
        <w:t xml:space="preserve">77. Фонд поддержки детей, находящихся в трудной жизненной ситуации — </w:t>
      </w:r>
      <w:hyperlink r:id="rId122">
        <w:r>
          <w:rPr>
            <w:rFonts w:ascii="Times New Roman" w:hAnsi="Times New Roman"/>
            <w:color w:val="0563C1"/>
            <w:u w:val="single"/>
            <w:sz w:val="24"/>
          </w:rPr>
          <w:t xml:space="preserve">https://fond-detyam.ru/</w:t>
        </w:r>
      </w:hyperlink>
    </w:p>
    <w:p>
      <w:r>
        <w:rPr>
          <w:rFonts w:ascii="Times New Roman" w:hAnsi="Times New Roman"/>
          <w:b/>
          <w:sz w:val="28"/>
        </w:rPr>
        <w:t>Нормативная база служб медиации и примирения</w:t>
      </w:r>
      <w:r>
        <w:rPr>
          <w:rFonts w:ascii="Times New Roman" w:hAnsi="Times New Roman"/>
          <w:b w:val="0"/>
          <w:sz w:val="28"/>
        </w:rPr>
        <w:t xml:space="preserve"> (раздел 13, добавлено 13.09.2026)</w:t>
      </w:r>
    </w:p>
    <w:p>
      <w:pPr>
        <w:spacing w:after="40"/>
        <w:ind w:firstLine="0"/>
      </w:pPr>
      <w:r>
        <w:rPr>
          <w:rFonts w:ascii="Times New Roman" w:hAnsi="Times New Roman"/>
          <w:b w:val="0"/>
          <w:sz w:val="28"/>
        </w:rPr>
        <w:t xml:space="preserve">78. ФЗ от 27.07.2010 № 193-ФЗ (процедура медиации) — </w:t>
      </w:r>
      <w:hyperlink r:id="rId123">
        <w:r>
          <w:rPr>
            <w:rFonts w:ascii="Times New Roman" w:hAnsi="Times New Roman"/>
            <w:color w:val="0563C1"/>
            <w:u w:val="single"/>
            <w:sz w:val="24"/>
          </w:rPr>
          <w:t xml:space="preserve">http://www.kremlin.ru/acts/bank/31539</w:t>
        </w:r>
      </w:hyperlink>
      <w:r>
        <w:rPr>
          <w:rFonts w:ascii="Times New Roman" w:hAnsi="Times New Roman"/>
          <w:b w:val="0"/>
          <w:sz w:val="28"/>
        </w:rPr>
        <w:t xml:space="preserve"> · </w:t>
      </w:r>
      <w:hyperlink r:id="rId124">
        <w:r>
          <w:rPr>
            <w:rFonts w:ascii="Times New Roman" w:hAnsi="Times New Roman"/>
            <w:color w:val="0563C1"/>
            <w:u w:val="single"/>
            <w:sz w:val="24"/>
          </w:rPr>
          <w:t xml:space="preserve">https://www.consultant.ru/document/cons_doc_LAW_103038/</w:t>
        </w:r>
      </w:hyperlink>
    </w:p>
    <w:p>
      <w:pPr>
        <w:spacing w:after="40"/>
        <w:ind w:firstLine="0"/>
      </w:pPr>
      <w:r>
        <w:rPr>
          <w:rFonts w:ascii="Times New Roman" w:hAnsi="Times New Roman"/>
          <w:b w:val="0"/>
          <w:sz w:val="28"/>
        </w:rPr>
        <w:t xml:space="preserve">79. ФЗ от 27.07.2010 № 194-ФЗ (пакетный) — </w:t>
      </w:r>
      <w:hyperlink r:id="rId125">
        <w:r>
          <w:rPr>
            <w:rFonts w:ascii="Times New Roman" w:hAnsi="Times New Roman"/>
            <w:color w:val="0563C1"/>
            <w:u w:val="single"/>
            <w:sz w:val="24"/>
          </w:rPr>
          <w:t xml:space="preserve">https://www.consultant.ru/document/cons_doc_LAW_103039/</w:t>
        </w:r>
      </w:hyperlink>
      <w:r>
        <w:rPr>
          <w:rFonts w:ascii="Times New Roman" w:hAnsi="Times New Roman"/>
          <w:b w:val="0"/>
          <w:sz w:val="28"/>
        </w:rPr>
        <w:t xml:space="preserve"> · </w:t>
      </w:r>
      <w:hyperlink r:id="rId179">
        <w:r>
          <w:rPr>
            <w:rFonts w:ascii="Times New Roman" w:hAnsi="Times New Roman"/>
            <w:color w:val="0563C1"/>
            <w:u w:val="single"/>
            <w:sz w:val="24"/>
          </w:rPr>
          <w:t xml:space="preserve">https://base.garant.ru/12177507/</w:t>
        </w:r>
      </w:hyperlink>
    </w:p>
    <w:p>
      <w:pPr>
        <w:spacing w:after="40"/>
        <w:ind w:firstLine="0"/>
      </w:pPr>
      <w:r>
        <w:rPr>
          <w:rFonts w:ascii="Times New Roman" w:hAnsi="Times New Roman"/>
          <w:b w:val="0"/>
          <w:sz w:val="28"/>
        </w:rPr>
        <w:t xml:space="preserve">80. Указ Президента РФ от 01.06.2012 № 761 (Национальная стратегия 2012–2017) — </w:t>
      </w:r>
      <w:hyperlink r:id="rId126">
        <w:r>
          <w:rPr>
            <w:rFonts w:ascii="Times New Roman" w:hAnsi="Times New Roman"/>
            <w:color w:val="0563C1"/>
            <w:u w:val="single"/>
            <w:sz w:val="24"/>
          </w:rPr>
          <w:t xml:space="preserve">https://base.garant.ru/70183566/</w:t>
        </w:r>
      </w:hyperlink>
      <w:r>
        <w:rPr>
          <w:rFonts w:ascii="Times New Roman" w:hAnsi="Times New Roman"/>
          <w:b w:val="0"/>
          <w:sz w:val="28"/>
        </w:rPr>
        <w:t xml:space="preserve"> · </w:t>
      </w:r>
      <w:hyperlink r:id="rId180">
        <w:r>
          <w:rPr>
            <w:rFonts w:ascii="Times New Roman" w:hAnsi="Times New Roman"/>
            <w:color w:val="0563C1"/>
            <w:u w:val="single"/>
            <w:sz w:val="24"/>
          </w:rPr>
          <w:t xml:space="preserve">https://mintrud.gov.ru/docs/16</w:t>
        </w:r>
      </w:hyperlink>
    </w:p>
    <w:p>
      <w:pPr>
        <w:spacing w:after="40"/>
        <w:ind w:firstLine="0"/>
      </w:pPr>
      <w:r>
        <w:rPr>
          <w:rFonts w:ascii="Times New Roman" w:hAnsi="Times New Roman"/>
          <w:b w:val="0"/>
          <w:sz w:val="28"/>
        </w:rPr>
        <w:t xml:space="preserve">81. Распоряжение Правительства РФ от 30.07.2014 № 1430-р (Концепция развития сети служб медиации) — </w:t>
      </w:r>
      <w:hyperlink r:id="rId181">
        <w:r>
          <w:rPr>
            <w:rFonts w:ascii="Times New Roman" w:hAnsi="Times New Roman"/>
            <w:color w:val="0563C1"/>
            <w:u w:val="single"/>
            <w:sz w:val="24"/>
          </w:rPr>
          <w:t xml:space="preserve">http://static.government.ru/media/files/41d4f737efc862673fa1.pdf</w:t>
        </w:r>
      </w:hyperlink>
    </w:p>
    <w:p>
      <w:pPr>
        <w:spacing w:after="40"/>
        <w:ind w:firstLine="0"/>
      </w:pPr>
      <w:r>
        <w:rPr>
          <w:rFonts w:ascii="Times New Roman" w:hAnsi="Times New Roman"/>
          <w:b w:val="0"/>
          <w:sz w:val="28"/>
        </w:rPr>
        <w:t xml:space="preserve">82. Стратегия развития воспитания до 2025 (распоряжение № 996-р) — </w:t>
      </w:r>
      <w:hyperlink r:id="rId128">
        <w:r>
          <w:rPr>
            <w:rFonts w:ascii="Times New Roman" w:hAnsi="Times New Roman"/>
            <w:color w:val="0563C1"/>
            <w:u w:val="single"/>
            <w:sz w:val="24"/>
          </w:rPr>
          <w:t xml:space="preserve">http://government.ru/docs/18312/</w:t>
        </w:r>
      </w:hyperlink>
      <w:r>
        <w:rPr>
          <w:rFonts w:ascii="Times New Roman" w:hAnsi="Times New Roman"/>
          <w:b w:val="0"/>
          <w:sz w:val="28"/>
        </w:rPr>
        <w:t xml:space="preserve"> · </w:t>
      </w:r>
      <w:hyperlink r:id="rId182">
        <w:r>
          <w:rPr>
            <w:rFonts w:ascii="Times New Roman" w:hAnsi="Times New Roman"/>
            <w:color w:val="0563C1"/>
            <w:u w:val="single"/>
            <w:sz w:val="24"/>
          </w:rPr>
          <w:t xml:space="preserve">https://www.garant.ru/products/ipo/prime/doc/70957260/</w:t>
        </w:r>
      </w:hyperlink>
    </w:p>
    <w:p>
      <w:pPr>
        <w:spacing w:after="40"/>
        <w:ind w:firstLine="0"/>
      </w:pPr>
      <w:r>
        <w:rPr>
          <w:rFonts w:ascii="Times New Roman" w:hAnsi="Times New Roman"/>
          <w:b w:val="0"/>
          <w:sz w:val="28"/>
        </w:rPr>
        <w:t xml:space="preserve">83. Указ Президента РФ от 17.05.2023 № 358 (Стратегия комплексной безопасности детей до 2030) — </w:t>
      </w:r>
      <w:hyperlink r:id="rId129">
        <w:r>
          <w:rPr>
            <w:rFonts w:ascii="Times New Roman" w:hAnsi="Times New Roman"/>
            <w:color w:val="0563C1"/>
            <w:u w:val="single"/>
            <w:sz w:val="24"/>
          </w:rPr>
          <w:t xml:space="preserve">http://www.kremlin.ru/acts/bank/49230</w:t>
        </w:r>
      </w:hyperlink>
    </w:p>
    <w:p>
      <w:pPr>
        <w:spacing w:after="40"/>
        <w:ind w:firstLine="0"/>
      </w:pPr>
      <w:r>
        <w:rPr>
          <w:rFonts w:ascii="Times New Roman" w:hAnsi="Times New Roman"/>
          <w:b w:val="0"/>
          <w:sz w:val="28"/>
        </w:rPr>
        <w:t xml:space="preserve">84. Письмо Минобрнауки от 18.11.2013 № ВК-844/07 — </w:t>
      </w:r>
      <w:hyperlink r:id="rId130">
        <w:r>
          <w:rPr>
            <w:rFonts w:ascii="Times New Roman" w:hAnsi="Times New Roman"/>
            <w:color w:val="0563C1"/>
            <w:u w:val="single"/>
            <w:sz w:val="24"/>
          </w:rPr>
          <w:t xml:space="preserve">https://legalacts.ru/doc/pismo-minobrnauki-rossii-ot-18112013-n-vk-84407/</w:t>
        </w:r>
      </w:hyperlink>
      <w:r>
        <w:rPr>
          <w:rFonts w:ascii="Times New Roman" w:hAnsi="Times New Roman"/>
          <w:b w:val="0"/>
          <w:sz w:val="28"/>
        </w:rPr>
        <w:t xml:space="preserve"> · </w:t>
      </w:r>
      <w:hyperlink r:id="rId183">
        <w:r>
          <w:rPr>
            <w:rFonts w:ascii="Times New Roman" w:hAnsi="Times New Roman"/>
            <w:color w:val="0563C1"/>
            <w:u w:val="single"/>
            <w:sz w:val="24"/>
          </w:rPr>
          <w:t xml:space="preserve">https://base.garant.ru/70543426/</w:t>
        </w:r>
      </w:hyperlink>
    </w:p>
    <w:p>
      <w:pPr>
        <w:spacing w:after="40"/>
        <w:ind w:firstLine="0"/>
      </w:pPr>
      <w:r>
        <w:rPr>
          <w:rFonts w:ascii="Times New Roman" w:hAnsi="Times New Roman"/>
          <w:b w:val="0"/>
          <w:sz w:val="28"/>
        </w:rPr>
        <w:t xml:space="preserve">85. Письмо Минобрнауки от 18.12.2015 № 07-4317 — </w:t>
      </w:r>
      <w:hyperlink r:id="rId131">
        <w:r>
          <w:rPr>
            <w:rFonts w:ascii="Times New Roman" w:hAnsi="Times New Roman"/>
            <w:color w:val="0563C1"/>
            <w:u w:val="single"/>
            <w:sz w:val="24"/>
          </w:rPr>
          <w:t xml:space="preserve">https://www.consultant.ru/document/cons_doc_LAW_256446/</w:t>
        </w:r>
      </w:hyperlink>
    </w:p>
    <w:p>
      <w:pPr>
        <w:spacing w:after="40"/>
        <w:ind w:firstLine="0"/>
      </w:pPr>
      <w:r>
        <w:rPr>
          <w:rFonts w:ascii="Times New Roman" w:hAnsi="Times New Roman"/>
          <w:b w:val="0"/>
          <w:sz w:val="28"/>
        </w:rPr>
        <w:t xml:space="preserve">86. Письмо Минобрнауки от 26.12.2017 № 07-7657 (восстановительные технологии) — </w:t>
      </w:r>
      <w:hyperlink r:id="rId132">
        <w:r>
          <w:rPr>
            <w:rFonts w:ascii="Times New Roman" w:hAnsi="Times New Roman"/>
            <w:color w:val="0563C1"/>
            <w:u w:val="single"/>
            <w:sz w:val="24"/>
          </w:rPr>
          <w:t xml:space="preserve">https://www.garant.ru/products/ipo/prime/doc/71777356/</w:t>
        </w:r>
      </w:hyperlink>
      <w:r>
        <w:rPr>
          <w:rFonts w:ascii="Times New Roman" w:hAnsi="Times New Roman"/>
          <w:b w:val="0"/>
          <w:sz w:val="28"/>
        </w:rPr>
        <w:t xml:space="preserve"> · </w:t>
      </w:r>
      <w:hyperlink r:id="rId184">
        <w:r>
          <w:rPr>
            <w:rFonts w:ascii="Times New Roman" w:hAnsi="Times New Roman"/>
            <w:color w:val="0563C1"/>
            <w:u w:val="single"/>
            <w:sz w:val="24"/>
          </w:rPr>
          <w:t xml:space="preserve">https://www.consultant.ru/document/cons_doc_LAW_293621/</w:t>
        </w:r>
      </w:hyperlink>
    </w:p>
    <w:p>
      <w:pPr>
        <w:spacing w:after="40"/>
        <w:ind w:firstLine="0"/>
      </w:pPr>
      <w:r>
        <w:rPr>
          <w:rFonts w:ascii="Times New Roman" w:hAnsi="Times New Roman"/>
          <w:b w:val="0"/>
          <w:sz w:val="28"/>
        </w:rPr>
        <w:t xml:space="preserve">87. Письмо Минпросвещения от 28.04.2020 № ДГ-375/07 — </w:t>
      </w:r>
      <w:hyperlink r:id="rId133">
        <w:r>
          <w:rPr>
            <w:rFonts w:ascii="Times New Roman" w:hAnsi="Times New Roman"/>
            <w:color w:val="0563C1"/>
            <w:u w:val="single"/>
            <w:sz w:val="24"/>
          </w:rPr>
          <w:t xml:space="preserve">https://www.garant.ru/products/ipo/prime/doc/73931992/</w:t>
        </w:r>
      </w:hyperlink>
    </w:p>
    <w:p>
      <w:pPr>
        <w:spacing w:after="40"/>
        <w:ind w:firstLine="0"/>
      </w:pPr>
      <w:r>
        <w:rPr>
          <w:rFonts w:ascii="Times New Roman" w:hAnsi="Times New Roman"/>
          <w:b w:val="0"/>
          <w:sz w:val="28"/>
        </w:rPr>
        <w:t xml:space="preserve">88. Письмо Минпросвещения от 11.04.2025 № 07-1660 + Методические рекомендации ФГБУ «Центр защиты прав и интересов детей» (2024) — </w:t>
      </w:r>
      <w:hyperlink r:id="rId134">
        <w:r>
          <w:rPr>
            <w:rFonts w:ascii="Times New Roman" w:hAnsi="Times New Roman"/>
            <w:color w:val="0563C1"/>
            <w:u w:val="single"/>
            <w:sz w:val="24"/>
          </w:rPr>
          <w:t xml:space="preserve">https://www.consultant.ru/document/cons_doc_LAW_503544/</w:t>
        </w:r>
      </w:hyperlink>
      <w:r>
        <w:rPr>
          <w:rFonts w:ascii="Times New Roman" w:hAnsi="Times New Roman"/>
          <w:b w:val="0"/>
          <w:sz w:val="28"/>
        </w:rPr>
        <w:t xml:space="preserve"> · </w:t>
      </w:r>
      <w:hyperlink r:id="rId135">
        <w:r>
          <w:rPr>
            <w:rFonts w:ascii="Times New Roman" w:hAnsi="Times New Roman"/>
            <w:color w:val="0563C1"/>
            <w:u w:val="single"/>
            <w:sz w:val="24"/>
          </w:rPr>
          <w:t xml:space="preserve">https://sch27st.gosuslugi.ru/netcat_files/210/3157/Metodicheskie_rekomendatsii_po_organizatsii_slezhb_mediatsii_i_primireniya_2024.pdf</w:t>
        </w:r>
      </w:hyperlink>
      <w:r>
        <w:rPr>
          <w:rFonts w:ascii="Times New Roman" w:hAnsi="Times New Roman"/>
          <w:b w:val="0"/>
          <w:sz w:val="28"/>
        </w:rPr>
        <w:t xml:space="preserve"> · </w:t>
      </w:r>
      <w:hyperlink r:id="rId185">
        <w:r>
          <w:rPr>
            <w:rFonts w:ascii="Times New Roman" w:hAnsi="Times New Roman"/>
            <w:color w:val="0563C1"/>
            <w:u w:val="single"/>
            <w:sz w:val="24"/>
          </w:rPr>
          <w:t xml:space="preserve">http://imc.tomsk.ru/wp-content/uploads/2025/04/Pismo_Minprosveschenia_Rossii_ot_11_04_2025_N_07-1660_O_me.pdf</w:t>
        </w:r>
      </w:hyperlink>
    </w:p>
    <w:p>
      <w:pPr>
        <w:spacing w:after="40"/>
        <w:ind w:firstLine="0"/>
      </w:pPr>
      <w:r>
        <w:rPr>
          <w:rFonts w:ascii="Times New Roman" w:hAnsi="Times New Roman"/>
          <w:b w:val="0"/>
          <w:sz w:val="28"/>
        </w:rPr>
        <w:t xml:space="preserve">89. Письмо Минпросвещения от 10.04.2025 № 07-1613 (алгоритмы педагога-психолога) — </w:t>
      </w:r>
      <w:hyperlink r:id="rId136">
        <w:r>
          <w:rPr>
            <w:rFonts w:ascii="Times New Roman" w:hAnsi="Times New Roman"/>
            <w:color w:val="0563C1"/>
            <w:u w:val="single"/>
            <w:sz w:val="24"/>
          </w:rPr>
          <w:t xml:space="preserve">https://www.consultant.ru/document/cons_doc_LAW_505580</w:t>
        </w:r>
      </w:hyperlink>
    </w:p>
    <w:p>
      <w:pPr>
        <w:spacing w:after="40"/>
        <w:ind w:firstLine="0"/>
      </w:pPr>
      <w:r>
        <w:rPr>
          <w:rFonts w:ascii="Times New Roman" w:hAnsi="Times New Roman"/>
          <w:b w:val="0"/>
          <w:sz w:val="28"/>
        </w:rPr>
        <w:t xml:space="preserve">90. Профстандарт «Специалист в области медиации (медиатор)» (приказ Минтруда от 15.12.2014 № 1041н) — </w:t>
      </w:r>
      <w:hyperlink r:id="rId137">
        <w:r>
          <w:rPr>
            <w:rFonts w:ascii="Times New Roman" w:hAnsi="Times New Roman"/>
            <w:color w:val="0563C1"/>
            <w:u w:val="single"/>
            <w:sz w:val="24"/>
          </w:rPr>
          <w:t xml:space="preserve">https://www.consultant.ru/document/cons_doc_LAW_174548/</w:t>
        </w:r>
      </w:hyperlink>
    </w:p>
    <w:p>
      <w:pPr>
        <w:spacing w:after="40"/>
        <w:ind w:firstLine="0"/>
      </w:pPr>
      <w:r>
        <w:rPr>
          <w:rFonts w:ascii="Times New Roman" w:hAnsi="Times New Roman"/>
          <w:b w:val="0"/>
          <w:sz w:val="28"/>
        </w:rPr>
        <w:t xml:space="preserve">91. Профстандарт «Педагог-психолог» (приказ Минтруда от 24.07.2015 № 514н) — </w:t>
      </w:r>
      <w:hyperlink r:id="rId138">
        <w:r>
          <w:rPr>
            <w:rFonts w:ascii="Times New Roman" w:hAnsi="Times New Roman"/>
            <w:color w:val="0563C1"/>
            <w:u w:val="single"/>
            <w:sz w:val="24"/>
          </w:rPr>
          <w:t xml:space="preserve">https://www.consultant.ru/document/cons_doc_LAW_185098/</w:t>
        </w:r>
      </w:hyperlink>
    </w:p>
    <w:p>
      <w:pPr>
        <w:spacing w:after="40"/>
        <w:ind w:firstLine="0"/>
      </w:pPr>
      <w:r>
        <w:rPr>
          <w:rFonts w:ascii="Times New Roman" w:hAnsi="Times New Roman"/>
          <w:b w:val="0"/>
          <w:sz w:val="28"/>
        </w:rPr>
        <w:t xml:space="preserve">92. Распоряжение Правительства РФ от 23.01.2021 № 122-р (Десятилетие детства до 2027) — </w:t>
      </w:r>
      <w:hyperlink r:id="rId139">
        <w:r>
          <w:rPr>
            <w:rFonts w:ascii="Times New Roman" w:hAnsi="Times New Roman"/>
            <w:color w:val="0563C1"/>
            <w:u w:val="single"/>
            <w:sz w:val="24"/>
          </w:rPr>
          <w:t xml:space="preserve">https://www.garant.ru/products/ipo/prime/doc/400150053/</w:t>
        </w:r>
      </w:hyperlink>
    </w:p>
    <w:p>
      <w:pPr>
        <w:spacing w:after="40"/>
        <w:ind w:firstLine="0"/>
      </w:pPr>
      <w:r>
        <w:rPr>
          <w:rFonts w:ascii="Times New Roman" w:hAnsi="Times New Roman"/>
          <w:b w:val="0"/>
          <w:sz w:val="28"/>
        </w:rPr>
        <w:t xml:space="preserve">93. Распоряжение Правительства РФ от 28.05.2026 № 1272-р (Концепция профилактики безнадзорности до 2036) — </w:t>
      </w:r>
      <w:hyperlink r:id="rId140">
        <w:r>
          <w:rPr>
            <w:rFonts w:ascii="Times New Roman" w:hAnsi="Times New Roman"/>
            <w:color w:val="0563C1"/>
            <w:u w:val="single"/>
            <w:sz w:val="24"/>
          </w:rPr>
          <w:t xml:space="preserve">https://www.consultant.ru/document/cons_doc_LAW_535653/</w:t>
        </w:r>
      </w:hyperlink>
    </w:p>
    <w:p>
      <w:pPr>
        <w:spacing w:after="40"/>
        <w:ind w:firstLine="0"/>
      </w:pPr>
      <w:r>
        <w:rPr>
          <w:rFonts w:ascii="Times New Roman" w:hAnsi="Times New Roman"/>
          <w:b w:val="0"/>
          <w:sz w:val="28"/>
        </w:rPr>
        <w:t xml:space="preserve">94. Межведомственный план реализации Концепции служб медиации до 2025 г. (протокол от 25.09.2019 № 23) — </w:t>
      </w:r>
      <w:hyperlink r:id="rId186">
        <w:r>
          <w:rPr>
            <w:rFonts w:ascii="Times New Roman" w:hAnsi="Times New Roman"/>
            <w:color w:val="0563C1"/>
            <w:u w:val="single"/>
            <w:sz w:val="24"/>
          </w:rPr>
          <w:t xml:space="preserve">https://resurs-yar.ru/upload/medialibrary/258/o6w1uu36b1h88rvf4hjo5811po1kuzor.PDF</w:t>
        </w:r>
      </w:hyperlink>
    </w:p>
    <w:p>
      <w:pPr>
        <w:spacing w:after="40"/>
        <w:ind w:firstLine="0"/>
      </w:pPr>
      <w:r>
        <w:rPr>
          <w:rFonts w:ascii="Times New Roman" w:hAnsi="Times New Roman"/>
          <w:b w:val="0"/>
          <w:sz w:val="28"/>
        </w:rPr>
        <w:t xml:space="preserve">95. Распоряжение Минпросвещения от 28.12.2020 № Р-193 (психологические службы) — </w:t>
      </w:r>
      <w:hyperlink r:id="rId187">
        <w:r>
          <w:rPr>
            <w:rFonts w:ascii="Times New Roman" w:hAnsi="Times New Roman"/>
            <w:color w:val="0563C1"/>
            <w:u w:val="single"/>
            <w:sz w:val="24"/>
          </w:rPr>
          <w:t xml:space="preserve">https://base.garant.ru/400450873</w:t>
        </w:r>
      </w:hyperlink>
    </w:p>
    <w:p>
      <w:pPr>
        <w:spacing w:after="40"/>
        <w:ind w:firstLine="0"/>
      </w:pPr>
      <w:r>
        <w:rPr>
          <w:rFonts w:ascii="Times New Roman" w:hAnsi="Times New Roman"/>
          <w:b w:val="0"/>
          <w:sz w:val="28"/>
        </w:rPr>
        <w:t xml:space="preserve">96. Горячие линии по медиации/примирению и кризисной помощи — пресс-релиз Минпросвещения от 26.03.2025 — </w:t>
      </w:r>
      <w:hyperlink r:id="rId99">
        <w:r>
          <w:rPr>
            <w:rFonts w:ascii="Times New Roman" w:hAnsi="Times New Roman"/>
            <w:color w:val="0563C1"/>
            <w:u w:val="single"/>
            <w:sz w:val="24"/>
          </w:rPr>
          <w:t xml:space="preserve">https://edu.gov.ru/press/9580/minprosvescheniya-rossii-razrabotalo-pamyatku-po-protivodeystviyu-fizicheskomu-i-psihicheskomu-nasiliyu-travle-v-shkolah</w:t>
        </w:r>
      </w:hyperlink>
    </w:p>
    <w:p>
      <w:r>
        <w:rPr>
          <w:rFonts w:ascii="Times New Roman" w:hAnsi="Times New Roman"/>
          <w:b/>
          <w:sz w:val="28"/>
        </w:rPr>
        <w:t>Публичная и политическая повестка</w:t>
      </w:r>
      <w:r>
        <w:rPr>
          <w:rFonts w:ascii="Times New Roman" w:hAnsi="Times New Roman"/>
          <w:b w:val="0"/>
          <w:sz w:val="28"/>
        </w:rPr>
        <w:t xml:space="preserve"> (раздел 14, добавлено 13.09.2026)</w:t>
      </w:r>
    </w:p>
    <w:p>
      <w:pPr>
        <w:spacing w:after="40"/>
        <w:ind w:firstLine="0"/>
      </w:pPr>
      <w:r>
        <w:rPr>
          <w:rFonts w:ascii="Times New Roman" w:hAnsi="Times New Roman"/>
          <w:b w:val="0"/>
          <w:sz w:val="28"/>
        </w:rPr>
        <w:t xml:space="preserve">97. Позиции и инициативы федеральных акторов — </w:t>
      </w:r>
      <w:hyperlink r:id="rId188">
        <w:r>
          <w:rPr>
            <w:rFonts w:ascii="Times New Roman" w:hAnsi="Times New Roman"/>
            <w:color w:val="0563C1"/>
            <w:u w:val="single"/>
            <w:sz w:val="24"/>
          </w:rPr>
          <w:t xml:space="preserve">https://www.pnp.ru/social/v-gosdume-rasskazali-kak-budet-rabotat-zakon-o-bullinge.html</w:t>
        </w:r>
      </w:hyperlink>
    </w:p>
    <w:p>
      <w:pPr>
        <w:spacing w:after="40"/>
        <w:ind w:firstLine="0"/>
      </w:pPr>
      <w:r>
        <w:rPr>
          <w:rFonts w:ascii="Times New Roman" w:hAnsi="Times New Roman"/>
          <w:b w:val="0"/>
          <w:sz w:val="28"/>
        </w:rPr>
        <w:t xml:space="preserve">98. Метелев о травле учителей (22.10.2025) — </w:t>
      </w:r>
      <w:hyperlink r:id="rId163">
        <w:r>
          <w:rPr>
            <w:rFonts w:ascii="Times New Roman" w:hAnsi="Times New Roman"/>
            <w:color w:val="0563C1"/>
            <w:u w:val="single"/>
            <w:sz w:val="24"/>
          </w:rPr>
          <w:t xml:space="preserve">https://educationmanagers.ru/novosti/deputat-metelev-zakonoproekt-o-bullinge-zatronet-i-sluchai-travli-uchitelej/</w:t>
        </w:r>
      </w:hyperlink>
    </w:p>
    <w:p>
      <w:pPr>
        <w:spacing w:after="40"/>
        <w:ind w:firstLine="0"/>
      </w:pPr>
      <w:r>
        <w:rPr>
          <w:rFonts w:ascii="Times New Roman" w:hAnsi="Times New Roman"/>
          <w:b w:val="0"/>
          <w:sz w:val="28"/>
        </w:rPr>
        <w:t xml:space="preserve">99. РАПСИ 05.02.2026 (Метелев, Кузнецова) — </w:t>
      </w:r>
      <w:hyperlink r:id="rId149">
        <w:r>
          <w:rPr>
            <w:rFonts w:ascii="Times New Roman" w:hAnsi="Times New Roman"/>
            <w:color w:val="0563C1"/>
            <w:u w:val="single"/>
            <w:sz w:val="24"/>
          </w:rPr>
          <w:t xml:space="preserve">http://rapsinews.ru/legislation_news/20260205/311573076.html</w:t>
        </w:r>
      </w:hyperlink>
    </w:p>
    <w:p>
      <w:pPr>
        <w:spacing w:after="40"/>
        <w:ind w:firstLine="0"/>
      </w:pPr>
      <w:r>
        <w:rPr>
          <w:rFonts w:ascii="Times New Roman" w:hAnsi="Times New Roman"/>
          <w:b w:val="0"/>
          <w:sz w:val="28"/>
        </w:rPr>
        <w:t xml:space="preserve">100. Стенограмма ГД по законопроекту № 1085766-8 — </w:t>
      </w:r>
      <w:hyperlink r:id="rId150">
        <w:r>
          <w:rPr>
            <w:rFonts w:ascii="Times New Roman" w:hAnsi="Times New Roman"/>
            <w:color w:val="0563C1"/>
            <w:u w:val="single"/>
            <w:sz w:val="24"/>
          </w:rPr>
          <w:t xml:space="preserve">http://api.duma.gov.ru/api/transcript/1085766-8</w:t>
        </w:r>
      </w:hyperlink>
    </w:p>
    <w:p>
      <w:pPr>
        <w:spacing w:after="40"/>
        <w:ind w:firstLine="0"/>
      </w:pPr>
      <w:r>
        <w:rPr>
          <w:rFonts w:ascii="Times New Roman" w:hAnsi="Times New Roman"/>
          <w:b w:val="0"/>
          <w:sz w:val="28"/>
        </w:rPr>
        <w:t xml:space="preserve">101. ЛДПР о внесении законопроекта о штрафах — </w:t>
      </w:r>
      <w:hyperlink r:id="rId151">
        <w:r>
          <w:rPr>
            <w:rFonts w:ascii="Times New Roman" w:hAnsi="Times New Roman"/>
            <w:color w:val="0563C1"/>
            <w:u w:val="single"/>
            <w:sz w:val="24"/>
          </w:rPr>
          <w:t xml:space="preserve">https://ldpr.ru/event/ldpr-vnesla-v-gosdumu-zakonoproekt-za-bulling-shtraf-500-tysyach-rubley-/</w:t>
        </w:r>
      </w:hyperlink>
    </w:p>
    <w:p>
      <w:pPr>
        <w:spacing w:after="40"/>
        <w:ind w:firstLine="0"/>
      </w:pPr>
      <w:r>
        <w:rPr>
          <w:rFonts w:ascii="Times New Roman" w:hAnsi="Times New Roman"/>
          <w:b w:val="0"/>
          <w:sz w:val="28"/>
        </w:rPr>
        <w:t xml:space="preserve">102. СОЗД, карточка законопроекта № 1085766-8 — </w:t>
      </w:r>
      <w:hyperlink r:id="rId95">
        <w:r>
          <w:rPr>
            <w:rFonts w:ascii="Times New Roman" w:hAnsi="Times New Roman"/>
            <w:color w:val="0563C1"/>
            <w:u w:val="single"/>
            <w:sz w:val="24"/>
          </w:rPr>
          <w:t xml:space="preserve">https://sozd.duma.gov.ru/bill/1085766-8</w:t>
        </w:r>
      </w:hyperlink>
    </w:p>
    <w:p>
      <w:pPr>
        <w:spacing w:after="40"/>
        <w:ind w:firstLine="0"/>
      </w:pPr>
      <w:r>
        <w:rPr>
          <w:rFonts w:ascii="Times New Roman" w:hAnsi="Times New Roman"/>
          <w:b w:val="0"/>
          <w:sz w:val="28"/>
        </w:rPr>
        <w:t xml:space="preserve">103. РАПСИ 02.12.2025 (внесение № 1085766-8) — </w:t>
      </w:r>
      <w:hyperlink r:id="rId96">
        <w:r>
          <w:rPr>
            <w:rFonts w:ascii="Times New Roman" w:hAnsi="Times New Roman"/>
            <w:color w:val="0563C1"/>
            <w:u w:val="single"/>
            <w:sz w:val="24"/>
          </w:rPr>
          <w:t xml:space="preserve">http://rapsinews.ru/legislation_news/20251202/311395424.html</w:t>
        </w:r>
      </w:hyperlink>
    </w:p>
    <w:p>
      <w:pPr>
        <w:spacing w:after="40"/>
        <w:ind w:firstLine="0"/>
      </w:pPr>
      <w:r>
        <w:rPr>
          <w:rFonts w:ascii="Times New Roman" w:hAnsi="Times New Roman"/>
          <w:b w:val="0"/>
          <w:sz w:val="28"/>
        </w:rPr>
        <w:t xml:space="preserve">104. Обзор административной ответственности за травлю — </w:t>
      </w:r>
      <w:hyperlink r:id="rId189">
        <w:r>
          <w:rPr>
            <w:rFonts w:ascii="Times New Roman" w:hAnsi="Times New Roman"/>
            <w:color w:val="0563C1"/>
            <w:u w:val="single"/>
            <w:sz w:val="24"/>
          </w:rPr>
          <w:t xml:space="preserve">https://ppt.ru/news/idea/administrativnaya-otvetstvennost-travlyu-kiberbulling</w:t>
        </w:r>
      </w:hyperlink>
    </w:p>
    <w:p>
      <w:pPr>
        <w:spacing w:after="40"/>
        <w:ind w:firstLine="0"/>
      </w:pPr>
      <w:r>
        <w:rPr>
          <w:rFonts w:ascii="Times New Roman" w:hAnsi="Times New Roman"/>
          <w:b w:val="0"/>
          <w:sz w:val="28"/>
        </w:rPr>
        <w:t xml:space="preserve">105. Буцкая → Роскомнадзор (04.02.2026) — </w:t>
      </w:r>
      <w:hyperlink r:id="rId152">
        <w:r>
          <w:rPr>
            <w:rFonts w:ascii="Times New Roman" w:hAnsi="Times New Roman"/>
            <w:color w:val="0563C1"/>
            <w:u w:val="single"/>
            <w:sz w:val="24"/>
          </w:rPr>
          <w:t xml:space="preserve">https://www.business-gazeta.ru/news/693984</w:t>
        </w:r>
      </w:hyperlink>
    </w:p>
    <w:p>
      <w:pPr>
        <w:spacing w:after="40"/>
        <w:ind w:firstLine="0"/>
      </w:pPr>
      <w:r>
        <w:rPr>
          <w:rFonts w:ascii="Times New Roman" w:hAnsi="Times New Roman"/>
          <w:b w:val="0"/>
          <w:sz w:val="28"/>
        </w:rPr>
        <w:t xml:space="preserve">106. Буцкая о роли медиаторов (2025) — </w:t>
      </w:r>
      <w:hyperlink r:id="rId153">
        <w:r>
          <w:rPr>
            <w:rFonts w:ascii="Times New Roman" w:hAnsi="Times New Roman"/>
            <w:color w:val="0563C1"/>
            <w:u w:val="single"/>
            <w:sz w:val="24"/>
          </w:rPr>
          <w:t xml:space="preserve">https://www.pnp.ru/top/rossiyane-nazvali-glavnoy-prichinoy-kiberbullinga-nekhvatku-vospitaniya.html</w:t>
        </w:r>
      </w:hyperlink>
      <w:r>
        <w:rPr>
          <w:rFonts w:ascii="Times New Roman" w:hAnsi="Times New Roman"/>
          <w:b w:val="0"/>
          <w:sz w:val="28"/>
        </w:rPr>
        <w:t xml:space="preserve"> · </w:t>
      </w:r>
      <w:hyperlink r:id="rId176">
        <w:r>
          <w:rPr>
            <w:rFonts w:ascii="Times New Roman" w:hAnsi="Times New Roman"/>
            <w:color w:val="0563C1"/>
            <w:u w:val="single"/>
            <w:sz w:val="24"/>
          </w:rPr>
          <w:t xml:space="preserve">https://govoritmoskva.ru/news/450222/</w:t>
        </w:r>
      </w:hyperlink>
    </w:p>
    <w:p>
      <w:pPr>
        <w:spacing w:after="40"/>
        <w:ind w:firstLine="0"/>
      </w:pPr>
      <w:r>
        <w:rPr>
          <w:rFonts w:ascii="Times New Roman" w:hAnsi="Times New Roman"/>
          <w:b w:val="0"/>
          <w:sz w:val="28"/>
        </w:rPr>
        <w:t xml:space="preserve">107. Киселёв и Даванков о федеральном агентстве (18.02.2026) — </w:t>
      </w:r>
      <w:hyperlink r:id="rId154">
        <w:r>
          <w:rPr>
            <w:rFonts w:ascii="Times New Roman" w:hAnsi="Times New Roman"/>
            <w:color w:val="0563C1"/>
            <w:u w:val="single"/>
            <w:sz w:val="24"/>
          </w:rPr>
          <w:t xml:space="preserve">https://www.m24.ru/articles/18022026/875133</w:t>
        </w:r>
      </w:hyperlink>
    </w:p>
    <w:p>
      <w:pPr>
        <w:spacing w:after="40"/>
        <w:ind w:firstLine="0"/>
      </w:pPr>
      <w:r>
        <w:rPr>
          <w:rFonts w:ascii="Times New Roman" w:hAnsi="Times New Roman"/>
          <w:b w:val="0"/>
          <w:sz w:val="28"/>
        </w:rPr>
        <w:t xml:space="preserve">108. Скрозникова, «Индекс дружелюбия школ» (2023) — </w:t>
      </w:r>
      <w:hyperlink r:id="rId155">
        <w:r>
          <w:rPr>
            <w:rFonts w:ascii="Times New Roman" w:hAnsi="Times New Roman"/>
            <w:color w:val="0563C1"/>
            <w:u w:val="single"/>
            <w:sz w:val="24"/>
          </w:rPr>
          <w:t xml:space="preserve">https://www.mk.ru/social/2023/11/02/deputaty-gosdumy-ozabotilis-travley-shkolnikov-razrabotan-indeks-druzhelyubiya-shkol.html</w:t>
        </w:r>
      </w:hyperlink>
    </w:p>
    <w:p>
      <w:pPr>
        <w:spacing w:after="40"/>
        <w:ind w:firstLine="0"/>
      </w:pPr>
      <w:r>
        <w:rPr>
          <w:rFonts w:ascii="Times New Roman" w:hAnsi="Times New Roman"/>
          <w:b w:val="0"/>
          <w:sz w:val="28"/>
        </w:rPr>
        <w:t xml:space="preserve">109. Генпрокурор И. Краснов в Совете Федерации (24.04.2024) — </w:t>
      </w:r>
      <w:hyperlink r:id="rId32">
        <w:r>
          <w:rPr>
            <w:rFonts w:ascii="Times New Roman" w:hAnsi="Times New Roman"/>
            <w:color w:val="0563C1"/>
            <w:u w:val="single"/>
            <w:sz w:val="24"/>
          </w:rPr>
          <w:t xml:space="preserve">https://psy.su/feed/12175/</w:t>
        </w:r>
      </w:hyperlink>
      <w:r>
        <w:rPr>
          <w:rFonts w:ascii="Times New Roman" w:hAnsi="Times New Roman"/>
          <w:b w:val="0"/>
          <w:sz w:val="28"/>
        </w:rPr>
        <w:t xml:space="preserve"> · </w:t>
      </w:r>
      <w:hyperlink r:id="rId166">
        <w:r>
          <w:rPr>
            <w:rFonts w:ascii="Times New Roman" w:hAnsi="Times New Roman"/>
            <w:color w:val="0563C1"/>
            <w:u w:val="single"/>
            <w:sz w:val="24"/>
          </w:rPr>
          <w:t xml:space="preserve">https://senatinform.ru/news/genprokuror_prizval_vvesti_mekhanizmy_razresheniya_konfliktov_v_shkolakh/</w:t>
        </w:r>
      </w:hyperlink>
    </w:p>
    <w:p>
      <w:pPr>
        <w:spacing w:after="40"/>
        <w:ind w:firstLine="0"/>
      </w:pPr>
      <w:r>
        <w:rPr>
          <w:rFonts w:ascii="Times New Roman" w:hAnsi="Times New Roman"/>
          <w:b w:val="0"/>
          <w:sz w:val="28"/>
        </w:rPr>
        <w:t xml:space="preserve">110. Кравцов о совместной горячей линии (2022) — </w:t>
      </w:r>
      <w:hyperlink r:id="rId164">
        <w:r>
          <w:rPr>
            <w:rFonts w:ascii="Times New Roman" w:hAnsi="Times New Roman"/>
            <w:color w:val="0563C1"/>
            <w:u w:val="single"/>
            <w:sz w:val="24"/>
          </w:rPr>
          <w:t xml:space="preserve">https://moscow.er.ru/activity/news/sergej-kravcov-predlozhil-sozdat-sovmestnuyu-goryachuyu-liniyu-edinoj-rossii-i-minprosvesheniya-po-voprosam-bullinga-v-shkolah</w:t>
        </w:r>
      </w:hyperlink>
    </w:p>
    <w:p>
      <w:pPr>
        <w:spacing w:after="40"/>
        <w:ind w:firstLine="0"/>
      </w:pPr>
      <w:r>
        <w:rPr>
          <w:rFonts w:ascii="Times New Roman" w:hAnsi="Times New Roman"/>
          <w:b w:val="0"/>
          <w:sz w:val="28"/>
        </w:rPr>
        <w:t xml:space="preserve">111. Инструкция педагогу «Как остановить агрессивное поведение» (11.12.2025) — </w:t>
      </w:r>
      <w:hyperlink r:id="rId156">
        <w:r>
          <w:rPr>
            <w:rFonts w:ascii="Times New Roman" w:hAnsi="Times New Roman"/>
            <w:color w:val="0563C1"/>
            <w:u w:val="single"/>
            <w:sz w:val="24"/>
          </w:rPr>
          <w:t xml:space="preserve">https://nazaccent.ru/content/44993-v-minprosvesheniya-podgotovili-instrukciyu-po-profilaktike-bullinga-v-tom-chisle-na-etnicheskoj-pochve/</w:t>
        </w:r>
      </w:hyperlink>
    </w:p>
    <w:p>
      <w:pPr>
        <w:spacing w:after="40"/>
        <w:ind w:firstLine="0"/>
      </w:pPr>
      <w:r>
        <w:rPr>
          <w:rFonts w:ascii="Times New Roman" w:hAnsi="Times New Roman"/>
          <w:b w:val="0"/>
          <w:sz w:val="28"/>
        </w:rPr>
        <w:t xml:space="preserve">112. Регламент разрешения конфликтов 5–9 дней (26.12.2025) — </w:t>
      </w:r>
      <w:hyperlink r:id="rId165">
        <w:r>
          <w:rPr>
            <w:rFonts w:ascii="Times New Roman" w:hAnsi="Times New Roman"/>
            <w:color w:val="0563C1"/>
            <w:u w:val="single"/>
            <w:sz w:val="24"/>
          </w:rPr>
          <w:t xml:space="preserve">https://rg.ru/2025/12/26/v-shkoly-razoslali-novye-pravila-razresheniia-konfliktov-s-uchenikami.html</w:t>
        </w:r>
      </w:hyperlink>
    </w:p>
    <w:p>
      <w:pPr>
        <w:spacing w:after="40"/>
        <w:ind w:firstLine="0"/>
      </w:pPr>
      <w:r>
        <w:rPr>
          <w:rFonts w:ascii="Times New Roman" w:hAnsi="Times New Roman"/>
          <w:b w:val="0"/>
          <w:sz w:val="28"/>
        </w:rPr>
        <w:t xml:space="preserve">113. Линия «Школа доверия» (открыта 11.09.2026) — </w:t>
      </w:r>
      <w:hyperlink r:id="rId104">
        <w:r>
          <w:rPr>
            <w:rFonts w:ascii="Times New Roman" w:hAnsi="Times New Roman"/>
            <w:color w:val="0563C1"/>
            <w:u w:val="single"/>
            <w:sz w:val="24"/>
          </w:rPr>
          <w:t xml:space="preserve">https://edu.gov.ru/press/12036/sergey-kravcov-otkryl-liniyu-psihologicheskoy-pomoschi-shkola-doveriya/</w:t>
        </w:r>
      </w:hyperlink>
      <w:r>
        <w:rPr>
          <w:rFonts w:ascii="Times New Roman" w:hAnsi="Times New Roman"/>
          <w:b w:val="0"/>
          <w:sz w:val="28"/>
        </w:rPr>
        <w:t xml:space="preserve"> · </w:t>
      </w:r>
      <w:hyperlink r:id="rId105">
        <w:r>
          <w:rPr>
            <w:rFonts w:ascii="Times New Roman" w:hAnsi="Times New Roman"/>
            <w:color w:val="0563C1"/>
            <w:u w:val="single"/>
            <w:sz w:val="24"/>
          </w:rPr>
          <w:t xml:space="preserve">https://mgppu.ru/news/18130</w:t>
        </w:r>
      </w:hyperlink>
      <w:r>
        <w:rPr>
          <w:rFonts w:ascii="Times New Roman" w:hAnsi="Times New Roman"/>
          <w:b w:val="0"/>
          <w:sz w:val="28"/>
        </w:rPr>
        <w:t xml:space="preserve"> · </w:t>
      </w:r>
      <w:hyperlink r:id="rId106">
        <w:r>
          <w:rPr>
            <w:rFonts w:ascii="Times New Roman" w:hAnsi="Times New Roman"/>
            <w:color w:val="0563C1"/>
            <w:u w:val="single"/>
            <w:sz w:val="24"/>
          </w:rPr>
          <w:t xml:space="preserve">https://mgppu.ru/about/hotline</w:t>
        </w:r>
      </w:hyperlink>
      <w:r>
        <w:rPr>
          <w:rFonts w:ascii="Times New Roman" w:hAnsi="Times New Roman"/>
          <w:b w:val="0"/>
          <w:sz w:val="28"/>
        </w:rPr>
        <w:t xml:space="preserve"> · </w:t>
      </w:r>
      <w:hyperlink r:id="rId158">
        <w:r>
          <w:rPr>
            <w:rFonts w:ascii="Times New Roman" w:hAnsi="Times New Roman"/>
            <w:color w:val="0563C1"/>
            <w:u w:val="single"/>
            <w:sz w:val="24"/>
          </w:rPr>
          <w:t xml:space="preserve">https://ura.news/news/1053126436</w:t>
        </w:r>
      </w:hyperlink>
      <w:r>
        <w:rPr>
          <w:rFonts w:ascii="Times New Roman" w:hAnsi="Times New Roman"/>
          <w:b w:val="0"/>
          <w:sz w:val="28"/>
        </w:rPr>
        <w:t xml:space="preserve"> · </w:t>
      </w:r>
      <w:hyperlink r:id="rId190">
        <w:r>
          <w:rPr>
            <w:rFonts w:ascii="Times New Roman" w:hAnsi="Times New Roman"/>
            <w:color w:val="0563C1"/>
            <w:u w:val="single"/>
            <w:sz w:val="24"/>
          </w:rPr>
          <w:t xml:space="preserve">https://www.e1.ru/text/education/2026/09/11/76638081/</w:t>
        </w:r>
      </w:hyperlink>
    </w:p>
    <w:p>
      <w:pPr>
        <w:spacing w:after="40"/>
        <w:ind w:firstLine="0"/>
      </w:pPr>
      <w:r>
        <w:rPr>
          <w:rFonts w:ascii="Times New Roman" w:hAnsi="Times New Roman"/>
          <w:b w:val="0"/>
          <w:sz w:val="28"/>
        </w:rPr>
        <w:t xml:space="preserve">114. Львова-Белова о понятии «травля» (2023) — </w:t>
      </w:r>
      <w:hyperlink r:id="rId159">
        <w:r>
          <w:rPr>
            <w:rFonts w:ascii="Times New Roman" w:hAnsi="Times New Roman"/>
            <w:color w:val="0563C1"/>
            <w:u w:val="single"/>
            <w:sz w:val="24"/>
          </w:rPr>
          <w:t xml:space="preserve">https://asi.org.ru/news/2023/04/27/lvova-belova-predlozhila-zakrepit-v-zakone-ponyatie-travlya/</w:t>
        </w:r>
      </w:hyperlink>
      <w:r>
        <w:rPr>
          <w:rFonts w:ascii="Times New Roman" w:hAnsi="Times New Roman"/>
          <w:b w:val="0"/>
          <w:sz w:val="28"/>
        </w:rPr>
        <w:t xml:space="preserve"> · </w:t>
      </w:r>
      <w:hyperlink r:id="rId33">
        <w:r>
          <w:rPr>
            <w:rFonts w:ascii="Times New Roman" w:hAnsi="Times New Roman"/>
            <w:color w:val="0563C1"/>
            <w:u w:val="single"/>
            <w:sz w:val="24"/>
          </w:rPr>
          <w:t xml:space="preserve">https://deti.gov.ru/Press-Centr/news/1160</w:t>
        </w:r>
      </w:hyperlink>
    </w:p>
    <w:p>
      <w:pPr>
        <w:spacing w:after="40"/>
        <w:ind w:firstLine="0"/>
      </w:pPr>
      <w:r>
        <w:rPr>
          <w:rFonts w:ascii="Times New Roman" w:hAnsi="Times New Roman"/>
          <w:b w:val="0"/>
          <w:sz w:val="28"/>
        </w:rPr>
        <w:t xml:space="preserve">115. Львова-Белова: доклад и рекомендация (2026) — </w:t>
      </w:r>
      <w:hyperlink r:id="rId148">
        <w:r>
          <w:rPr>
            <w:rFonts w:ascii="Times New Roman" w:hAnsi="Times New Roman"/>
            <w:color w:val="0563C1"/>
            <w:u w:val="single"/>
            <w:sz w:val="24"/>
          </w:rPr>
          <w:t xml:space="preserve">https://www.interfax.ru/russia/1103153</w:t>
        </w:r>
      </w:hyperlink>
      <w:r>
        <w:rPr>
          <w:rFonts w:ascii="Times New Roman" w:hAnsi="Times New Roman"/>
          <w:b w:val="0"/>
          <w:sz w:val="28"/>
        </w:rPr>
        <w:t xml:space="preserve"> · </w:t>
      </w:r>
      <w:hyperlink r:id="rId191">
        <w:r>
          <w:rPr>
            <w:rFonts w:ascii="Times New Roman" w:hAnsi="Times New Roman"/>
            <w:color w:val="0563C1"/>
            <w:u w:val="single"/>
            <w:sz w:val="24"/>
          </w:rPr>
          <w:t xml:space="preserve">https://er.ru/activity/news/mariya-lvova-belova-rekomendovala-pravitelstvu-zakrepit-v-zakonodatelstve-ponyatie-travli-i-razrabotat-sistemu-registracii-konfliktov-v-uchebnyh-zavedeniyah</w:t>
        </w:r>
      </w:hyperlink>
    </w:p>
    <w:p>
      <w:pPr>
        <w:spacing w:after="40"/>
        <w:ind w:firstLine="0"/>
      </w:pPr>
      <w:r>
        <w:rPr>
          <w:rFonts w:ascii="Times New Roman" w:hAnsi="Times New Roman"/>
          <w:b w:val="0"/>
          <w:sz w:val="28"/>
        </w:rPr>
        <w:t xml:space="preserve">116. Бастрыкин по делу о травле (2026) — </w:t>
      </w:r>
      <w:hyperlink r:id="rId160">
        <w:r>
          <w:rPr>
            <w:rFonts w:ascii="Times New Roman" w:hAnsi="Times New Roman"/>
            <w:color w:val="0563C1"/>
            <w:u w:val="single"/>
            <w:sz w:val="24"/>
          </w:rPr>
          <w:t xml:space="preserve">https://ki-news.ru/news/bastrykin-potreboval-doklad-po-delu-o-travle-shkolniczy-v-krasnodare</w:t>
        </w:r>
      </w:hyperlink>
    </w:p>
    <w:p>
      <w:pPr>
        <w:spacing w:after="40"/>
        <w:ind w:firstLine="0"/>
      </w:pPr>
      <w:r>
        <w:rPr>
          <w:rFonts w:ascii="Times New Roman" w:hAnsi="Times New Roman"/>
          <w:b w:val="0"/>
          <w:sz w:val="28"/>
        </w:rPr>
        <w:t xml:space="preserve">117. Москалькова за ответственность за буллинг (2024) — </w:t>
      </w:r>
      <w:hyperlink r:id="rId161">
        <w:r>
          <w:rPr>
            <w:rFonts w:ascii="Times New Roman" w:hAnsi="Times New Roman"/>
            <w:color w:val="0563C1"/>
            <w:u w:val="single"/>
            <w:sz w:val="24"/>
          </w:rPr>
          <w:t xml:space="preserve">https://www.vedomosti.ru/society/articles/2024/10/30/1071769-moskalkova-vistupila-za-vvedenie-otvetstvennosti-za-bulling</w:t>
        </w:r>
      </w:hyperlink>
    </w:p>
    <w:p>
      <w:pPr>
        <w:spacing w:after="40"/>
        <w:ind w:firstLine="0"/>
      </w:pPr>
      <w:r>
        <w:rPr>
          <w:rFonts w:ascii="Times New Roman" w:hAnsi="Times New Roman"/>
          <w:b w:val="0"/>
          <w:sz w:val="28"/>
        </w:rPr>
        <w:t xml:space="preserve">118. Медиа-пики: НИУ ВШЭ, «Феномен буллинга в российских школах» — </w:t>
      </w:r>
      <w:hyperlink r:id="rId167">
        <w:r>
          <w:rPr>
            <w:rFonts w:ascii="Times New Roman" w:hAnsi="Times New Roman"/>
            <w:color w:val="0563C1"/>
            <w:u w:val="single"/>
            <w:sz w:val="24"/>
          </w:rPr>
          <w:t xml:space="preserve">https://cmd.hse.ru/education/researches/bullying</w:t>
        </w:r>
      </w:hyperlink>
    </w:p>
    <w:p>
      <w:pPr>
        <w:spacing w:after="40"/>
        <w:ind w:firstLine="0"/>
      </w:pPr>
      <w:r>
        <w:rPr>
          <w:rFonts w:ascii="Times New Roman" w:hAnsi="Times New Roman"/>
          <w:b w:val="0"/>
          <w:sz w:val="28"/>
        </w:rPr>
        <w:t xml:space="preserve">119. Исследование «Травли NET» и «Где мои дети» (2021) — </w:t>
      </w:r>
      <w:hyperlink r:id="rId168">
        <w:r>
          <w:rPr>
            <w:rFonts w:ascii="Times New Roman" w:hAnsi="Times New Roman"/>
            <w:color w:val="0563C1"/>
            <w:u w:val="single"/>
            <w:sz w:val="24"/>
          </w:rPr>
          <w:t xml:space="preserve">https://takiedela.ru/news/2021/05/28/detskaya-travlya-v-rossii/</w:t>
        </w:r>
      </w:hyperlink>
    </w:p>
    <w:p>
      <w:pPr>
        <w:spacing w:after="40"/>
        <w:ind w:firstLine="0"/>
      </w:pPr>
      <w:r>
        <w:rPr>
          <w:rFonts w:ascii="Times New Roman" w:hAnsi="Times New Roman"/>
          <w:b w:val="0"/>
          <w:sz w:val="28"/>
        </w:rPr>
        <w:t xml:space="preserve">120. Первый форум «Надо поговорить!» (2023) — </w:t>
      </w:r>
      <w:hyperlink r:id="rId192">
        <w:r>
          <w:rPr>
            <w:rFonts w:ascii="Times New Roman" w:hAnsi="Times New Roman"/>
            <w:color w:val="0563C1"/>
            <w:u w:val="single"/>
            <w:sz w:val="24"/>
          </w:rPr>
          <w:t xml:space="preserve">https://youthombudsman.ru/event/52</w:t>
        </w:r>
      </w:hyperlink>
    </w:p>
    <w:p>
      <w:pPr>
        <w:spacing w:after="40"/>
        <w:ind w:firstLine="0"/>
      </w:pPr>
      <w:r>
        <w:rPr>
          <w:rFonts w:ascii="Times New Roman" w:hAnsi="Times New Roman"/>
          <w:b w:val="0"/>
          <w:sz w:val="28"/>
        </w:rPr>
        <w:t xml:space="preserve">121. Второй форум «Надо поговорить!» (2025) — </w:t>
      </w:r>
      <w:hyperlink r:id="rId193">
        <w:r>
          <w:rPr>
            <w:rFonts w:ascii="Times New Roman" w:hAnsi="Times New Roman"/>
            <w:color w:val="0563C1"/>
            <w:u w:val="single"/>
            <w:sz w:val="24"/>
          </w:rPr>
          <w:t xml:space="preserve">https://xn--80adrabb4aegksdjbafk0u.xn--p1ai/press-center/profilaktika/v-moskve-otkrylsya-vserossiyskiy-antibullingovyy-forum-nado-pogovorit-/</w:t>
        </w:r>
      </w:hyperlink>
    </w:p>
    <w:p>
      <w:pPr>
        <w:spacing w:after="40"/>
        <w:ind w:firstLine="0"/>
      </w:pPr>
      <w:r>
        <w:rPr>
          <w:rFonts w:ascii="Times New Roman" w:hAnsi="Times New Roman"/>
          <w:b w:val="0"/>
          <w:sz w:val="28"/>
        </w:rPr>
        <w:t xml:space="preserve">122. Конкурс и форум «Надо поговорить!» (2026) — </w:t>
      </w:r>
      <w:hyperlink r:id="rId170">
        <w:r>
          <w:rPr>
            <w:rFonts w:ascii="Times New Roman" w:hAnsi="Times New Roman"/>
            <w:color w:val="0563C1"/>
            <w:u w:val="single"/>
            <w:sz w:val="24"/>
          </w:rPr>
          <w:t xml:space="preserve">https://asi.org.ru/news/2026/09/09/v-rossii-provedut-konkurs-po-profilaktike-bullinga-nado-pogovorit/</w:t>
        </w:r>
      </w:hyperlink>
    </w:p>
    <w:p>
      <w:pPr>
        <w:spacing w:after="40"/>
        <w:ind w:firstLine="0"/>
      </w:pPr>
      <w:r>
        <w:rPr>
          <w:rFonts w:ascii="Times New Roman" w:hAnsi="Times New Roman"/>
          <w:b w:val="0"/>
          <w:sz w:val="28"/>
        </w:rPr>
        <w:t xml:space="preserve">123. Кибербуллинг: ~10 тыс. эпизодов за 2025 г., +14 % — </w:t>
      </w:r>
      <w:hyperlink r:id="rId169">
        <w:r>
          <w:rPr>
            <w:rFonts w:ascii="Times New Roman" w:hAnsi="Times New Roman"/>
            <w:color w:val="0563C1"/>
            <w:u w:val="single"/>
            <w:sz w:val="24"/>
          </w:rPr>
          <w:t xml:space="preserve">https://ria.ru/20260212/bulling-2073797064.html</w:t>
        </w:r>
      </w:hyperlink>
    </w:p>
    <w:p>
      <w:pPr>
        <w:spacing w:after="40"/>
        <w:ind w:firstLine="0"/>
      </w:pPr>
      <w:r>
        <w:rPr>
          <w:rFonts w:ascii="Times New Roman" w:hAnsi="Times New Roman"/>
          <w:b w:val="0"/>
          <w:sz w:val="28"/>
        </w:rPr>
        <w:t xml:space="preserve">124. День борьбы с кибербуллингом (VK, ежегодно) — </w:t>
      </w:r>
      <w:hyperlink r:id="rId162">
        <w:r>
          <w:rPr>
            <w:rFonts w:ascii="Times New Roman" w:hAnsi="Times New Roman"/>
            <w:color w:val="0563C1"/>
            <w:u w:val="single"/>
            <w:sz w:val="24"/>
          </w:rPr>
          <w:t xml:space="preserve">https://vk.company/ru/press/releases/11323/</w:t>
        </w:r>
      </w:hyperlink>
    </w:p>
    <w:p>
      <w:pPr>
        <w:spacing w:after="40"/>
        <w:ind w:firstLine="0"/>
      </w:pPr>
      <w:r>
        <w:rPr>
          <w:rFonts w:ascii="Times New Roman" w:hAnsi="Times New Roman"/>
          <w:b w:val="0"/>
          <w:sz w:val="28"/>
        </w:rPr>
        <w:t xml:space="preserve">125. Соцпроект «Мне не стыдно» — </w:t>
      </w:r>
      <w:hyperlink r:id="rId171">
        <w:r>
          <w:rPr>
            <w:rFonts w:ascii="Times New Roman" w:hAnsi="Times New Roman"/>
            <w:color w:val="0563C1"/>
            <w:u w:val="single"/>
            <w:sz w:val="24"/>
          </w:rPr>
          <w:t xml:space="preserve">https://asi.org.ru/news/2021/11/19/sotni-zvezd-i-blogerov-rasskazali-kak-spravilis-s-travmoj/</w:t>
        </w:r>
      </w:hyperlink>
    </w:p>
    <w:p>
      <w:pPr>
        <w:spacing w:after="40"/>
        <w:ind w:firstLine="0"/>
      </w:pPr>
      <w:r>
        <w:rPr>
          <w:rFonts w:ascii="Times New Roman" w:hAnsi="Times New Roman"/>
          <w:b w:val="0"/>
          <w:sz w:val="28"/>
        </w:rPr>
        <w:t xml:space="preserve">126. Программа «КАЖДЫЙ ВАЖЕН» — </w:t>
      </w:r>
      <w:hyperlink r:id="rId120">
        <w:r>
          <w:rPr>
            <w:rFonts w:ascii="Times New Roman" w:hAnsi="Times New Roman"/>
            <w:color w:val="0563C1"/>
            <w:u w:val="single"/>
            <w:sz w:val="24"/>
          </w:rPr>
          <w:t xml:space="preserve">https://xn--80aafhhcdvf2b2k.xn--p1ai/</w:t>
        </w:r>
      </w:hyperlink>
    </w:p>
    <w:p>
      <w:pPr>
        <w:spacing w:after="40"/>
        <w:ind w:firstLine="0"/>
      </w:pPr>
      <w:r>
        <w:rPr>
          <w:rFonts w:ascii="Times New Roman" w:hAnsi="Times New Roman"/>
          <w:b w:val="0"/>
          <w:sz w:val="28"/>
        </w:rPr>
        <w:t xml:space="preserve">127. Конкурс «Комиксы против травли» (2025) — </w:t>
      </w:r>
      <w:hyperlink r:id="rId194">
        <w:r>
          <w:rPr>
            <w:rFonts w:ascii="Times New Roman" w:hAnsi="Times New Roman"/>
            <w:color w:val="0563C1"/>
            <w:u w:val="single"/>
            <w:sz w:val="24"/>
          </w:rPr>
          <w:t xml:space="preserve">https://comics.xn--80aejlonqph.xn--p1ai/</w:t>
        </w:r>
      </w:hyperlink>
      <w:r>
        <w:rPr>
          <w:rFonts w:ascii="Times New Roman" w:hAnsi="Times New Roman"/>
          <w:b w:val="0"/>
          <w:sz w:val="28"/>
        </w:rPr>
        <w:t xml:space="preserve"> · </w:t>
      </w:r>
      <w:hyperlink r:id="rId195">
        <w:r>
          <w:rPr>
            <w:rFonts w:ascii="Times New Roman" w:hAnsi="Times New Roman"/>
            <w:color w:val="0563C1"/>
            <w:u w:val="single"/>
            <w:sz w:val="24"/>
          </w:rPr>
          <w:t xml:space="preserve">https://asi.org.ru/news/2025/11/01/v-rossii-startuet-tvorcheskij-konkurs-komiksov-protiv-shkolnoj-travli/</w:t>
        </w:r>
      </w:hyperlink>
    </w:p>
    <w:p>
      <w:pPr>
        <w:spacing w:after="40"/>
        <w:ind w:firstLine="0"/>
      </w:pPr>
      <w:r>
        <w:rPr>
          <w:rFonts w:ascii="Times New Roman" w:hAnsi="Times New Roman"/>
          <w:b w:val="0"/>
          <w:sz w:val="28"/>
        </w:rPr>
        <w:t xml:space="preserve">128. ВЦИОМ «Травля в цифровую эпоху» (2025) — </w:t>
      </w:r>
      <w:hyperlink r:id="rId173">
        <w:r>
          <w:rPr>
            <w:rFonts w:ascii="Times New Roman" w:hAnsi="Times New Roman"/>
            <w:color w:val="0563C1"/>
            <w:u w:val="single"/>
            <w:sz w:val="24"/>
          </w:rPr>
          <w:t xml:space="preserve">https://wciom.ru/analytical-reviews/analiticheskii-obzor/travlja-v-cifrovuju-ehpokhu</w:t>
        </w:r>
      </w:hyperlink>
    </w:p>
    <w:p>
      <w:pPr>
        <w:spacing w:after="40"/>
        <w:ind w:firstLine="0"/>
      </w:pPr>
      <w:r>
        <w:rPr>
          <w:rFonts w:ascii="Times New Roman" w:hAnsi="Times New Roman"/>
          <w:b w:val="0"/>
          <w:sz w:val="28"/>
        </w:rPr>
        <w:t xml:space="preserve">129. НАФИ об агрессии (2025) — </w:t>
      </w:r>
      <w:hyperlink r:id="rId174">
        <w:r>
          <w:rPr>
            <w:rFonts w:ascii="Times New Roman" w:hAnsi="Times New Roman"/>
            <w:color w:val="0563C1"/>
            <w:u w:val="single"/>
            <w:sz w:val="24"/>
          </w:rPr>
          <w:t xml:space="preserve">https://asi.org.ru/news/2025/04/29/12-rossiyan-stalkivayutsya-s-agressiej-v-svoj-adres-pochti-ezhednevno-opros-nafi/</w:t>
        </w:r>
      </w:hyperlink>
    </w:p>
    <w:p>
      <w:pPr>
        <w:spacing w:after="40"/>
        <w:ind w:firstLine="0"/>
      </w:pPr>
      <w:r>
        <w:rPr>
          <w:rFonts w:ascii="Times New Roman" w:hAnsi="Times New Roman"/>
          <w:b w:val="0"/>
          <w:sz w:val="28"/>
        </w:rPr>
        <w:t xml:space="preserve">130. Исследование «#Недетские_проблемы» (2026) — </w:t>
      </w:r>
      <w:hyperlink r:id="rId175">
        <w:r>
          <w:rPr>
            <w:rFonts w:ascii="Times New Roman" w:hAnsi="Times New Roman"/>
            <w:color w:val="0563C1"/>
            <w:u w:val="single"/>
            <w:sz w:val="24"/>
          </w:rPr>
          <w:t xml:space="preserve">https://asi.org.ru/news/2026/03/31/bolee-58-molodyh-rossiyan-stalkivalis-s-nasiliem-issledovanie/</w:t>
        </w:r>
      </w:hyperlink>
    </w:p>
    <w:p>
      <w:pPr>
        <w:spacing w:after="40"/>
        <w:ind w:firstLine="0"/>
      </w:pPr>
      <w:r>
        <w:rPr>
          <w:rFonts w:ascii="Times New Roman" w:hAnsi="Times New Roman"/>
          <w:b w:val="0"/>
          <w:sz w:val="28"/>
        </w:rPr>
        <w:t xml:space="preserve">131. Рост исков родителей к школам («Коммерсантъ», 2026) — </w:t>
      </w:r>
      <w:hyperlink r:id="rId52">
        <w:r>
          <w:rPr>
            <w:rFonts w:ascii="Times New Roman" w:hAnsi="Times New Roman"/>
            <w:color w:val="0563C1"/>
            <w:u w:val="single"/>
            <w:sz w:val="24"/>
          </w:rPr>
          <w:t xml:space="preserve">https://www.kommersant.ru/doc/8589581</w:t>
        </w:r>
      </w:hyperlink>
    </w:p>
    <w:p>
      <w:pPr>
        <w:spacing w:after="40"/>
        <w:ind w:firstLine="0"/>
      </w:pPr>
      <w:r>
        <w:rPr>
          <w:rFonts w:ascii="Times New Roman" w:hAnsi="Times New Roman"/>
          <w:b w:val="0"/>
          <w:sz w:val="28"/>
        </w:rPr>
        <w:t xml:space="preserve">132. Международный день борьбы с насилием и травлей в школе (ЮНЕСКО) — </w:t>
      </w:r>
      <w:hyperlink r:id="rId172">
        <w:r>
          <w:rPr>
            <w:rFonts w:ascii="Times New Roman" w:hAnsi="Times New Roman"/>
            <w:color w:val="0563C1"/>
            <w:u w:val="single"/>
            <w:sz w:val="24"/>
          </w:rPr>
          <w:t xml:space="preserve">https://www.unesco.org/ru/days/against-school-violence-and-bullying</w:t>
        </w:r>
      </w:hyperlink>
    </w:p>
    <w:p>
      <w:pPr>
        <w:spacing w:after="40"/>
        <w:ind w:firstLine="0"/>
      </w:pPr>
      <w:r>
        <w:rPr>
          <w:rFonts w:ascii="Times New Roman" w:hAnsi="Times New Roman"/>
          <w:b w:val="0"/>
          <w:sz w:val="28"/>
        </w:rPr>
        <w:t xml:space="preserve">133. Готовность детей сообщать о травле (НГПУ, 2025) — </w:t>
      </w:r>
      <w:hyperlink r:id="rId25">
        <w:r>
          <w:rPr>
            <w:rFonts w:ascii="Times New Roman" w:hAnsi="Times New Roman"/>
            <w:color w:val="0563C1"/>
            <w:u w:val="single"/>
            <w:sz w:val="24"/>
          </w:rPr>
          <w:t xml:space="preserve">https://nspu.ru/news/shkola-bez-travli-kak-v-rossii-reshayut-problemu-bullinga-/</w:t>
        </w:r>
      </w:hyperlink>
    </w:p>
    <w:p>
      <w:r>
        <w:rPr>
          <w:rFonts w:ascii="Times New Roman" w:hAnsi="Times New Roman"/>
          <w:b w:val="0"/>
          <w:sz w:val="28"/>
        </w:rPr>
        <w:t>*Версия 2.0 проверена Claude и GPT 12.09.2026; версии 3.0–3.2 расширены прецедентами и исправлены по замечаниям обоих 13.09.2026; версия 4.0 приведена к правилу R-09 (обязательные ссылки) 13.09.2026; версия 5.0 — добавлен раздел 13 «Службы медиации и примирения» (закрыт ранее пропущенный блок нормативки) 13.09.2026; версия 6.0 — добавлен раздел 14 «Публичная и политическая повестка» (закрыт невыполненный раздел концепции об анализе СМИ) 13.09.2026; версия 6.1 — разделы 13 и 14 приведены в соответствие с замечаниями Claude Sonnet (трёхуровневая формулировка обязательности, единый критерий «НПА/не НПА», оговорки к схеме «двух полюсов», границы разделов, гипотеза о замалчивании) 13.09.2026. GPT-проверка (Sol) — после 14:00 13.09.2026.*</w:t>
      </w:r>
    </w:p>
    <w:p>
      <w:pPr>
        <w:spacing w:after="200"/>
      </w:pPr>
    </w:p>
    <w:p>
      <w:pPr>
        <w:spacing w:after="40"/>
        <w:ind w:firstLine="0"/>
      </w:pPr>
      <w:r>
        <w:rPr>
          <w:rFonts w:ascii="Times New Roman" w:hAnsi="Times New Roman"/>
          <w:b w:val="0"/>
          <w:sz w:val="24"/>
        </w:rPr>
        <w:t>Исполнитель: руководитель исследования ______________ / ______________</w:t>
      </w:r>
    </w:p>
    <w:p>
      <w:pPr>
        <w:spacing w:after="40"/>
        <w:ind w:firstLine="0"/>
      </w:pPr>
      <w:r>
        <w:rPr>
          <w:rFonts w:ascii="Times New Roman" w:hAnsi="Times New Roman"/>
          <w:b w:val="0"/>
          <w:sz w:val="24"/>
        </w:rPr>
        <w:t>Согласовано с внешними моделями: Claude (claude-code) и GPT (openai-codex)</w:t>
      </w:r>
    </w:p>
    <w:sectPr w:rsidR="00FC693F" w:rsidRPr="0006063C" w:rsidSect="00034616">
      <w:head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ind w:firstLine="0"/>
      <w:jc w:val="center"/>
    </w:pPr>
    <w:r>
      <w:rPr>
        <w:rFonts w:ascii="Times New Roman" w:hAnsi="Times New Roman"/>
        <w:sz w:val="24"/>
      </w:rPr>
      <w:fldChar w:fldCharType="begin"/>
      <w:instrText xml:space="preserve">PAGE</w:instrText>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ind w:firstLine="709"/>
    </w:pPr>
    <w:rPr>
      <w:rFonts w:ascii="Times New Roman" w:hAnsi="Times New Roman" w:eastAsia="Times New Roman"/>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yperlink" Target="https://www.cdc.gov/violenceprevention/pdf/bullying-definitions-final-a.pdf" TargetMode="External"/><Relationship Id="rId11" Type="http://schemas.openxmlformats.org/officeDocument/2006/relationships/hyperlink" Target="https://ioe.hse.ru/ds/bullying" TargetMode="External"/><Relationship Id="rId12" Type="http://schemas.openxmlformats.org/officeDocument/2006/relationships/hyperlink" Target="https://publications.hse.ru/view/1139290038" TargetMode="External"/><Relationship Id="rId13" Type="http://schemas.openxmlformats.org/officeDocument/2006/relationships/hyperlink" Target="https://ioe.hse.ru/ds/news/1139306680.html" TargetMode="External"/><Relationship Id="rId14" Type="http://schemas.openxmlformats.org/officeDocument/2006/relationships/hyperlink" Target="https://doi.org/10.1016/j.jad.2025.119446" TargetMode="External"/><Relationship Id="rId15" Type="http://schemas.openxmlformats.org/officeDocument/2006/relationships/hyperlink" Target="https://pubmed.ncbi.nlm.nih.gov/40393548/" TargetMode="External"/><Relationship Id="rId16" Type="http://schemas.openxmlformats.org/officeDocument/2006/relationships/hyperlink" Target="https://vo.hse.ru/article/download/15793/15048" TargetMode="External"/><Relationship Id="rId17" Type="http://schemas.openxmlformats.org/officeDocument/2006/relationships/hyperlink" Target="https://ideas.repec.org/a/scn/voprob/2021i4p220-242.html" TargetMode="External"/><Relationship Id="rId18" Type="http://schemas.openxmlformats.org/officeDocument/2006/relationships/hyperlink" Target="https://pmc.ncbi.nlm.nih.gov/articles/PMC8358076/" TargetMode="External"/><Relationship Id="rId19" Type="http://schemas.openxmlformats.org/officeDocument/2006/relationships/hyperlink" Target="https://wciom.ru/analytical-reviews/analiticheskii-obzor/travlja-v-shkole-masshtab-problemy-i-puti-reshenija" TargetMode="External"/><Relationship Id="rId20" Type="http://schemas.openxmlformats.org/officeDocument/2006/relationships/hyperlink" Target="https://ideas.repec.org/a/scn/voprob/2021i3p62-90.html" TargetMode="External"/><Relationship Id="rId21" Type="http://schemas.openxmlformats.org/officeDocument/2006/relationships/hyperlink" Target="https://psy.su/feed/10376/" TargetMode="External"/><Relationship Id="rId22" Type="http://schemas.openxmlformats.org/officeDocument/2006/relationships/hyperlink" Target="https://aocoko.ru/content/news/35614/" TargetMode="External"/><Relationship Id="rId23" Type="http://schemas.openxmlformats.org/officeDocument/2006/relationships/hyperlink" Target="https://inright.ru/articles/nation/20260714/id_220003lvova-belova-rekomendovala-vvesti-edinuju" TargetMode="External"/><Relationship Id="rId24" Type="http://schemas.openxmlformats.org/officeDocument/2006/relationships/hyperlink" Target="https://trends.rbc.ru/trends/social/62cd32e79a79470ca418bd15" TargetMode="External"/><Relationship Id="rId25" Type="http://schemas.openxmlformats.org/officeDocument/2006/relationships/hyperlink" Target="https://nspu.ru/news/shkola-bez-travli-kak-v-rossii-reshayut-problemu-bullinga-/" TargetMode="External"/><Relationship Id="rId26" Type="http://schemas.openxmlformats.org/officeDocument/2006/relationships/hyperlink" Target="https://rg.ru/2025/02/19/issledovanie-72-procenta-rossiian-schitaiut-bulling-vazhnoj-problemoj.html" TargetMode="External"/><Relationship Id="rId27" Type="http://schemas.openxmlformats.org/officeDocument/2006/relationships/hyperlink" Target="https://www.oecd.org/en/publications/bullying-in-education_d9f8bd9f-en.html" TargetMode="External"/><Relationship Id="rId28" Type="http://schemas.openxmlformats.org/officeDocument/2006/relationships/hyperlink" Target="https://www.consultant.ru/document/cons_doc_LAW_34661/" TargetMode="External"/><Relationship Id="rId29" Type="http://schemas.openxmlformats.org/officeDocument/2006/relationships/hyperlink" Target="https://www.consultant.ru/document/cons_doc_LAW_10699/" TargetMode="External"/><Relationship Id="rId30" Type="http://schemas.openxmlformats.org/officeDocument/2006/relationships/hyperlink" Target="https://www.consultant.ru/document/cons_doc_LAW_61801/" TargetMode="External"/><Relationship Id="rId31" Type="http://schemas.openxmlformats.org/officeDocument/2006/relationships/hyperlink" Target="https://www.garant.ru/ia/opinion/author/margaryan/1771240/" TargetMode="External"/><Relationship Id="rId32" Type="http://schemas.openxmlformats.org/officeDocument/2006/relationships/hyperlink" Target="https://psy.su/feed/12175/" TargetMode="External"/><Relationship Id="rId33" Type="http://schemas.openxmlformats.org/officeDocument/2006/relationships/hyperlink" Target="https://deti.gov.ru/Press-Centr/news/1160" TargetMode="External"/><Relationship Id="rId34" Type="http://schemas.openxmlformats.org/officeDocument/2006/relationships/hyperlink" Target="https://ria.ru/20240424/shkoly-1941958938.html" TargetMode="External"/><Relationship Id="rId35" Type="http://schemas.openxmlformats.org/officeDocument/2006/relationships/hyperlink" Target="https://www.rbc.ru/society/10/02/2026/698b28cb9a7947649e224204" TargetMode="External"/><Relationship Id="rId36" Type="http://schemas.openxmlformats.org/officeDocument/2006/relationships/hyperlink" Target="https://www.pnp.ru/social/deputat-lantratova-rasskazala-kogda-vnesut-zakonoproekt-protiv-shkolnoy-travli.html" TargetMode="External"/><Relationship Id="rId37" Type="http://schemas.openxmlformats.org/officeDocument/2006/relationships/hyperlink" Target="https://www.zakonrf.info/zakon-ob-obrazovanii-v-rf/34/" TargetMode="External"/><Relationship Id="rId38" Type="http://schemas.openxmlformats.org/officeDocument/2006/relationships/hyperlink" Target="https://www.zakonrf.info/zakon-ob-obrazovanii-v-rf/28/" TargetMode="External"/><Relationship Id="rId39" Type="http://schemas.openxmlformats.org/officeDocument/2006/relationships/hyperlink" Target="https://zakonobobrazovanii.ru/glava-4/statya-43" TargetMode="External"/><Relationship Id="rId40" Type="http://schemas.openxmlformats.org/officeDocument/2006/relationships/hyperlink" Target="https://www.consultant.ru/document/cons_doc_LAW_140174/" TargetMode="External"/><Relationship Id="rId41" Type="http://schemas.openxmlformats.org/officeDocument/2006/relationships/hyperlink" Target="https://base.garant.ru/12116087/" TargetMode="External"/><Relationship Id="rId42" Type="http://schemas.openxmlformats.org/officeDocument/2006/relationships/hyperlink" Target="http://www.kremlin.ru/acts/bank/14023" TargetMode="External"/><Relationship Id="rId43" Type="http://schemas.openxmlformats.org/officeDocument/2006/relationships/hyperlink" Target="https://www.consultant.ru/document/cons_doc_LAW_9027/" TargetMode="External"/><Relationship Id="rId44" Type="http://schemas.openxmlformats.org/officeDocument/2006/relationships/hyperlink" Target="https://rg.ru/2025/10/06/reg-dfo/schet-za-travliu.html" TargetMode="External"/><Relationship Id="rId45" Type="http://schemas.openxmlformats.org/officeDocument/2006/relationships/hyperlink" Target="https://ria.ru/20250318/kompensatsija-2005631184.html" TargetMode="External"/><Relationship Id="rId46" Type="http://schemas.openxmlformats.org/officeDocument/2006/relationships/hyperlink" Target="https://ouzs.ru/news/sud-obyazal-shkolu-zaplatit-270-000-rub-za-mnogoletnyuyu-travlyu-chto-eto-znachit-dlya-roditeley-i-k/" TargetMode="External"/><Relationship Id="rId47" Type="http://schemas.openxmlformats.org/officeDocument/2006/relationships/hyperlink" Target="http://www.uloblsud.ru/index.php?option=3&amp;id=90&amp;idCard=113864" TargetMode="External"/><Relationship Id="rId48" Type="http://schemas.openxmlformats.org/officeDocument/2006/relationships/hyperlink" Target="https://www.kommersant.ru/doc/7973693" TargetMode="External"/><Relationship Id="rId49" Type="http://schemas.openxmlformats.org/officeDocument/2006/relationships/hyperlink" Target="https://www.kommersant.ru/doc/7167478" TargetMode="External"/><Relationship Id="rId50" Type="http://schemas.openxmlformats.org/officeDocument/2006/relationships/hyperlink" Target="https://tagilcity.ru/news/2024-09-19/v-kachkanare-sud-vzyskal-s-mamy-malchika-100-tysyach-rubley-za-ustroennuyu-draku-5198585" TargetMode="External"/><Relationship Id="rId51" Type="http://schemas.openxmlformats.org/officeDocument/2006/relationships/hyperlink" Target="https://otr-online.ru/programmy/roditelskoe-sobranie/zhitelnica-chelyabinska-podala-v-sud-na-shkolu-za-bulling-docheri-81273.html" TargetMode="External"/><Relationship Id="rId52" Type="http://schemas.openxmlformats.org/officeDocument/2006/relationships/hyperlink" Target="https://www.kommersant.ru/doc/8589581" TargetMode="External"/><Relationship Id="rId53" Type="http://schemas.openxmlformats.org/officeDocument/2006/relationships/hyperlink" Target="https://xn--80ahcnrqoo.xn--p1ai/society/kto-neset-otvetstvennost-za-bulling-obzor-sudebnoy-praktiki/" TargetMode="External"/><Relationship Id="rId54" Type="http://schemas.openxmlformats.org/officeDocument/2006/relationships/hyperlink" Target="https://rapsinews.ru/judicial_news/20240319/309725413.html" TargetMode="External"/><Relationship Id="rId55" Type="http://schemas.openxmlformats.org/officeDocument/2006/relationships/hyperlink" Target="https://tass.ru/proisshestviya/20283265" TargetMode="External"/><Relationship Id="rId56" Type="http://schemas.openxmlformats.org/officeDocument/2006/relationships/hyperlink" Target="https://rg.ru/2024/03/27/reg-ufo/zaplatiat-za-trudnoe-detstvo.html" TargetMode="External"/><Relationship Id="rId57" Type="http://schemas.openxmlformats.org/officeDocument/2006/relationships/hyperlink" Target="https://35verhovazhskij.gosuslugi.ru/dlya-zhiteley/novosti-i-reportazhi/novosti_7599.html" TargetMode="External"/><Relationship Id="rId58" Type="http://schemas.openxmlformats.org/officeDocument/2006/relationships/hyperlink" Target="https://klg.aif.ru/society/prokuror-potreboval-vzyskat-kompensaciyu-za-moralnyy-vred-malchiku" TargetMode="External"/><Relationship Id="rId59" Type="http://schemas.openxmlformats.org/officeDocument/2006/relationships/hyperlink" Target="https://www.consultant.ru/document/cons_doc_LAW_9027/2f432d4faffd9d5364dc810e6f63c067b4191d3e/" TargetMode="External"/><Relationship Id="rId60" Type="http://schemas.openxmlformats.org/officeDocument/2006/relationships/hyperlink" Target="https://www.consultant.ru/document/cons_doc_LAW_9027/3536a45680f27fcfdea85fcc8fe3eb9c6c8a83b1/" TargetMode="External"/><Relationship Id="rId61" Type="http://schemas.openxmlformats.org/officeDocument/2006/relationships/hyperlink" Target="https://www.consultant.ru/document/cons_doc_LAW_431485/" TargetMode="External"/><Relationship Id="rId62" Type="http://schemas.openxmlformats.org/officeDocument/2006/relationships/hyperlink" Target="https://www.consultant.ru/document/cons_doc_LAW_93774/" TargetMode="External"/><Relationship Id="rId63" Type="http://schemas.openxmlformats.org/officeDocument/2006/relationships/hyperlink" Target="https://vestivrn.ru/news/2017/05/19/voronezhskiy-sud-amnistiroval-zavucha-vinovnogo-v-dovedenii-uchenitsyi-do-popyitki-suitsida_2017-5-19_16-35/" TargetMode="External"/><Relationship Id="rId64" Type="http://schemas.openxmlformats.org/officeDocument/2006/relationships/hyperlink" Target="https://www.interfax.ru/russia/433169" TargetMode="External"/><Relationship Id="rId65" Type="http://schemas.openxmlformats.org/officeDocument/2006/relationships/hyperlink" Target="https://takiedela.ru/news/2017/02/10/matematika/" TargetMode="External"/><Relationship Id="rId66" Type="http://schemas.openxmlformats.org/officeDocument/2006/relationships/hyperlink" Target="https://udm.aif.ru/incidents/po_faktu_gibeli_izhevskoy_shkolnicy_zaveli_delo_o_dovedenii_do_samoubiystva" TargetMode="External"/><Relationship Id="rId67" Type="http://schemas.openxmlformats.org/officeDocument/2006/relationships/hyperlink" Target="https://meduza.io/news/2017/02/10/v-krasnoyarske-zaveli-delo-o-dovedenii-shkolnitsy-do-samoubiystva-cherez-sotsseti" TargetMode="External"/><Relationship Id="rId68" Type="http://schemas.openxmlformats.org/officeDocument/2006/relationships/hyperlink" Target="https://mel.fm/novosti/3762140-sk-vozbudil-delo-o-dovedenii-do-samoubystva-posle-padeniya-podrostka-iz-okna-tomskoy-shkoly" TargetMode="External"/><Relationship Id="rId69" Type="http://schemas.openxmlformats.org/officeDocument/2006/relationships/hyperlink" Target="https://www.kommersant.ru/doc/8386730" TargetMode="External"/><Relationship Id="rId70" Type="http://schemas.openxmlformats.org/officeDocument/2006/relationships/hyperlink" Target="https://www.kavkaz-uzel.eu/articles/410249" TargetMode="External"/><Relationship Id="rId71" Type="http://schemas.openxmlformats.org/officeDocument/2006/relationships/hyperlink" Target="https://en.iz.ru/en/1822842/elena-balaan/shooting-aside-trial-over-father-student-who-committed-shooting-bryansk-has-begun" TargetMode="External"/><Relationship Id="rId72" Type="http://schemas.openxmlformats.org/officeDocument/2006/relationships/hyperlink" Target="https://meduza.io/feature/2016/11/22/statya-dovedenie-do-samoubiystva-kak-ona-rabotaet" TargetMode="External"/><Relationship Id="rId73" Type="http://schemas.openxmlformats.org/officeDocument/2006/relationships/hyperlink" Target="https://www.consultant.ru/document/cons_doc_LAW_34661/d40cbd099d17057d9697b15ee8368e49953416ae/" TargetMode="External"/><Relationship Id="rId74" Type="http://schemas.openxmlformats.org/officeDocument/2006/relationships/hyperlink" Target="https://www.consultant.ru/document/cons_doc_LAW_34661/2bc09fc727a25e944d906975af1e478f9626aef6/" TargetMode="External"/><Relationship Id="rId75" Type="http://schemas.openxmlformats.org/officeDocument/2006/relationships/hyperlink" Target="https://ria.ru/20250918/primore-2042630863.html" TargetMode="External"/><Relationship Id="rId76" Type="http://schemas.openxmlformats.org/officeDocument/2006/relationships/hyperlink" Target="https://www.nakanune.ru/news/2025/02/27/22809309/" TargetMode="External"/><Relationship Id="rId77" Type="http://schemas.openxmlformats.org/officeDocument/2006/relationships/hyperlink" Target="https://daily.afisha.ru/news/83952-prokuratura-dagestana-proveryaet-soobscheniya-o-travle-shkolnic-za-vneshniy-vid-i-nacionalnost/" TargetMode="External"/><Relationship Id="rId78" Type="http://schemas.openxmlformats.org/officeDocument/2006/relationships/hyperlink" Target="https://rg.ru/2026/02/11/reg-dfo/vo-vladivostoke-prokuratura-vziala-na-kontrol-situaciiu-s-bullingom-v-shkole.html" TargetMode="External"/><Relationship Id="rId79" Type="http://schemas.openxmlformats.org/officeDocument/2006/relationships/hyperlink" Target="https://mel.fm/novosti/2481530-prokuratura-vyyavila-boleye-200-tysyach-narusheny-prav-detey-na-obrazovanie-v-2025-godu" TargetMode="External"/><Relationship Id="rId80" Type="http://schemas.openxmlformats.org/officeDocument/2006/relationships/hyperlink" Target="https://epp.genproc.gov.ru/ru/gprf/mass-media/news/main/e8468634/" TargetMode="External"/><Relationship Id="rId81" Type="http://schemas.openxmlformats.org/officeDocument/2006/relationships/hyperlink" Target="https://ria.ru/20250714/genprokuratura-2029035549.html" TargetMode="External"/><Relationship Id="rId82" Type="http://schemas.openxmlformats.org/officeDocument/2006/relationships/hyperlink" Target="https://72.ru/text/education/2026/05/04/76398066" TargetMode="External"/><Relationship Id="rId83" Type="http://schemas.openxmlformats.org/officeDocument/2006/relationships/hyperlink" Target="https://fparf.ru/news/media/shkolnyy-bulling-shagnul-vpravo/" TargetMode="External"/><Relationship Id="rId84" Type="http://schemas.openxmlformats.org/officeDocument/2006/relationships/hyperlink" Target="https://rapsinews.ru/incident_news/20171018/280569540.html" TargetMode="External"/><Relationship Id="rId85" Type="http://schemas.openxmlformats.org/officeDocument/2006/relationships/hyperlink" Target="https://ria.ru/20181116/1532902274.html" TargetMode="External"/><Relationship Id="rId86" Type="http://schemas.openxmlformats.org/officeDocument/2006/relationships/hyperlink" Target="https://nn.aif.ru/tag/draka_v_shkolje" TargetMode="External"/><Relationship Id="rId87" Type="http://schemas.openxmlformats.org/officeDocument/2006/relationships/hyperlink" Target="https://glavk2.net/articles/217856-v_otnochenii_eshche_dvoih_uchenikov_himkinskoj_shkoly_zaveli_ugolovnye_dela_za_izbienie_shkoljnikov" TargetMode="External"/><Relationship Id="rId88" Type="http://schemas.openxmlformats.org/officeDocument/2006/relationships/hyperlink" Target="https://karelinform.ru/news/2024-04-09/prokuratura-zainteresovalas-bullingom-uchaschihsya-sredney-shkoly-v-petrozavodske-5050526" TargetMode="External"/><Relationship Id="rId89" Type="http://schemas.openxmlformats.org/officeDocument/2006/relationships/hyperlink" Target="https://ria.ru/20251023/chp-2050171337.html" TargetMode="External"/><Relationship Id="rId90" Type="http://schemas.openxmlformats.org/officeDocument/2006/relationships/hyperlink" Target="https://meduza.io/news/2025/12/18/detey-gonyali-po-vsey-shkole-roditeli-uchenikov-shkoly-v-gorkah-2-gde-podrostok-ubil-10-letnego-rebenka-zapisali-obraschenie-k-putinu" TargetMode="External"/><Relationship Id="rId91" Type="http://schemas.openxmlformats.org/officeDocument/2006/relationships/hyperlink" Target="https://news-bash.ru/news/habirov-poruchil-proverit-shkoly-bashkirii-na-fakty-bullinga-posle-chp-v-ufe/" TargetMode="External"/><Relationship Id="rId92" Type="http://schemas.openxmlformats.org/officeDocument/2006/relationships/hyperlink" Target="https://i3vestno.ru/news/2026/06/01/nedetskaya_statistika_ivanovskih_detey_shantazhiruyut_v_internete_i_bullyat_v_shkolah" TargetMode="External"/><Relationship Id="rId93" Type="http://schemas.openxmlformats.org/officeDocument/2006/relationships/hyperlink" Target="https://dumatv.ru/news/metelev--zakonoproekt-o-profilaktike-bullinga-napravili-v-pravitelstvo" TargetMode="External"/><Relationship Id="rId94" Type="http://schemas.openxmlformats.org/officeDocument/2006/relationships/hyperlink" Target="https://asi.org.ru/news/2025/11/07/v-gosdumu-vnesut-zakonoproekt-o-profilaktike-bullinga-sredi-detej/" TargetMode="External"/><Relationship Id="rId95" Type="http://schemas.openxmlformats.org/officeDocument/2006/relationships/hyperlink" Target="https://sozd.duma.gov.ru/bill/1085766-8" TargetMode="External"/><Relationship Id="rId96" Type="http://schemas.openxmlformats.org/officeDocument/2006/relationships/hyperlink" Target="http://rapsinews.ru/legislation_news/20251202/311395424.html" TargetMode="External"/><Relationship Id="rId97" Type="http://schemas.openxmlformats.org/officeDocument/2006/relationships/hyperlink" Target="https://www.kommersant.ru/doc/8213721" TargetMode="External"/><Relationship Id="rId98" Type="http://schemas.openxmlformats.org/officeDocument/2006/relationships/hyperlink" Target="https://sozd.duma.gov.ru/" TargetMode="External"/><Relationship Id="rId99" Type="http://schemas.openxmlformats.org/officeDocument/2006/relationships/hyperlink" Target="https://edu.gov.ru/press/9580/minprosvescheniya-rossii-razrabotalo-pamyatku-po-protivodeystviyu-fizicheskomu-i-psihicheskomu-nasiliyu-travle-v-shkolah" TargetMode="External"/><Relationship Id="rId100" Type="http://schemas.openxmlformats.org/officeDocument/2006/relationships/hyperlink" Target="https://ocpp35.ru/index.php/metod-pom/method-pom-fed" TargetMode="External"/><Relationship Id="rId101" Type="http://schemas.openxmlformats.org/officeDocument/2006/relationships/hyperlink" Target="https://vh-tarb03.gosuslugi.ru/glavnoe/profilaktika" TargetMode="External"/><Relationship Id="rId102" Type="http://schemas.openxmlformats.org/officeDocument/2006/relationships/hyperlink" Target="https://www.garant.ru/products/ipo/prime/doc/413862644/" TargetMode="External"/><Relationship Id="rId103" Type="http://schemas.openxmlformats.org/officeDocument/2006/relationships/hyperlink" Target="https://edu.gov.ru/press/11936/olga-koludarova-ocenivanie-povedeniya-provoditsya-otdelno-ot-akademicheskoy-uspevaemosti" TargetMode="External"/><Relationship Id="rId104" Type="http://schemas.openxmlformats.org/officeDocument/2006/relationships/hyperlink" Target="https://edu.gov.ru/press/12036/sergey-kravcov-otkryl-liniyu-psihologicheskoy-pomoschi-shkola-doveriya/" TargetMode="External"/><Relationship Id="rId105" Type="http://schemas.openxmlformats.org/officeDocument/2006/relationships/hyperlink" Target="https://mgppu.ru/news/18130" TargetMode="External"/><Relationship Id="rId106" Type="http://schemas.openxmlformats.org/officeDocument/2006/relationships/hyperlink" Target="https://mgppu.ru/about/hotline" TargetMode="External"/><Relationship Id="rId107" Type="http://schemas.openxmlformats.org/officeDocument/2006/relationships/hyperlink" Target="https://www.1tv.ru/news/2026-09-11/552958" TargetMode="External"/><Relationship Id="rId108" Type="http://schemas.openxmlformats.org/officeDocument/2006/relationships/hyperlink" Target="https://www.ng.ru/news/846584.html" TargetMode="External"/><Relationship Id="rId109" Type="http://schemas.openxmlformats.org/officeDocument/2006/relationships/hyperlink" Target="https://1sept.ru/news/2026/09/11/73888" TargetMode="External"/><Relationship Id="rId110" Type="http://schemas.openxmlformats.org/officeDocument/2006/relationships/hyperlink" Target="https://mo73.gosuslugi.ru/news/sergej-kravczov-otkryl-liniyu-psihologicheskoj-pomoshhi-shkola-doveriya/" TargetMode="External"/><Relationship Id="rId111" Type="http://schemas.openxmlformats.org/officeDocument/2006/relationships/hyperlink" Target="https://psy.edu.ru/client" TargetMode="External"/><Relationship Id="rId112" Type="http://schemas.openxmlformats.org/officeDocument/2006/relationships/hyperlink" Target="https://tass.ru/obschestvo/25038669" TargetMode="External"/><Relationship Id="rId113" Type="http://schemas.openxmlformats.org/officeDocument/2006/relationships/hyperlink" Target="https://xn--80ajufr.xn--d1acj3b/news/?id=793" TargetMode="External"/><Relationship Id="rId114" Type="http://schemas.openxmlformats.org/officeDocument/2006/relationships/hyperlink" Target="https://telefon-doveria.ru/" TargetMode="External"/><Relationship Id="rId115" Type="http://schemas.openxmlformats.org/officeDocument/2006/relationships/hyperlink" Target="https://base.garant.ru/412447524" TargetMode="External"/><Relationship Id="rId116" Type="http://schemas.openxmlformats.org/officeDocument/2006/relationships/hyperlink" Target="https://www.zakonrf.info/zakon-ob-obrazovanii-v-rf/45/" TargetMode="External"/><Relationship Id="rId117" Type="http://schemas.openxmlformats.org/officeDocument/2006/relationships/hyperlink" Target="https://deti.gov.ru" TargetMode="External"/><Relationship Id="rId118" Type="http://schemas.openxmlformats.org/officeDocument/2006/relationships/hyperlink" Target="https://epp.genproc.gov.ru/" TargetMode="External"/><Relationship Id="rId119" Type="http://schemas.openxmlformats.org/officeDocument/2006/relationships/hyperlink" Target="https://xn--80aejlonqph.xn--p1ai/" TargetMode="External"/><Relationship Id="rId120" Type="http://schemas.openxmlformats.org/officeDocument/2006/relationships/hyperlink" Target="https://xn--80aafhhcdvf2b2k.xn--p1ai/" TargetMode="External"/><Relationship Id="rId121" Type="http://schemas.openxmlformats.org/officeDocument/2006/relationships/hyperlink" Target="https://bullying.shkolamoskva.ru" TargetMode="External"/><Relationship Id="rId122" Type="http://schemas.openxmlformats.org/officeDocument/2006/relationships/hyperlink" Target="https://fond-detyam.ru/" TargetMode="External"/><Relationship Id="rId123" Type="http://schemas.openxmlformats.org/officeDocument/2006/relationships/hyperlink" Target="http://www.kremlin.ru/acts/bank/31539" TargetMode="External"/><Relationship Id="rId124" Type="http://schemas.openxmlformats.org/officeDocument/2006/relationships/hyperlink" Target="https://www.consultant.ru/document/cons_doc_LAW_103038/" TargetMode="External"/><Relationship Id="rId125" Type="http://schemas.openxmlformats.org/officeDocument/2006/relationships/hyperlink" Target="https://www.consultant.ru/document/cons_doc_LAW_103039/" TargetMode="External"/><Relationship Id="rId126" Type="http://schemas.openxmlformats.org/officeDocument/2006/relationships/hyperlink" Target="https://base.garant.ru/70183566/" TargetMode="External"/><Relationship Id="rId127" Type="http://schemas.openxmlformats.org/officeDocument/2006/relationships/hyperlink" Target="http://government.ru/docs/14351/" TargetMode="External"/><Relationship Id="rId128" Type="http://schemas.openxmlformats.org/officeDocument/2006/relationships/hyperlink" Target="http://government.ru/docs/18312/" TargetMode="External"/><Relationship Id="rId129" Type="http://schemas.openxmlformats.org/officeDocument/2006/relationships/hyperlink" Target="http://www.kremlin.ru/acts/bank/49230" TargetMode="External"/><Relationship Id="rId130" Type="http://schemas.openxmlformats.org/officeDocument/2006/relationships/hyperlink" Target="https://legalacts.ru/doc/pismo-minobrnauki-rossii-ot-18112013-n-vk-84407/" TargetMode="External"/><Relationship Id="rId131" Type="http://schemas.openxmlformats.org/officeDocument/2006/relationships/hyperlink" Target="https://www.consultant.ru/document/cons_doc_LAW_256446/" TargetMode="External"/><Relationship Id="rId132" Type="http://schemas.openxmlformats.org/officeDocument/2006/relationships/hyperlink" Target="https://www.garant.ru/products/ipo/prime/doc/71777356/" TargetMode="External"/><Relationship Id="rId133" Type="http://schemas.openxmlformats.org/officeDocument/2006/relationships/hyperlink" Target="https://www.garant.ru/products/ipo/prime/doc/73931992/" TargetMode="External"/><Relationship Id="rId134" Type="http://schemas.openxmlformats.org/officeDocument/2006/relationships/hyperlink" Target="https://www.consultant.ru/document/cons_doc_LAW_503544/" TargetMode="External"/><Relationship Id="rId135" Type="http://schemas.openxmlformats.org/officeDocument/2006/relationships/hyperlink" Target="https://sch27st.gosuslugi.ru/netcat_files/210/3157/Metodicheskie_rekomendatsii_po_organizatsii_slezhb_mediatsii_i_primireniya_2024.pdf" TargetMode="External"/><Relationship Id="rId136" Type="http://schemas.openxmlformats.org/officeDocument/2006/relationships/hyperlink" Target="https://www.consultant.ru/document/cons_doc_LAW_505580" TargetMode="External"/><Relationship Id="rId137" Type="http://schemas.openxmlformats.org/officeDocument/2006/relationships/hyperlink" Target="https://www.consultant.ru/document/cons_doc_LAW_174548/" TargetMode="External"/><Relationship Id="rId138" Type="http://schemas.openxmlformats.org/officeDocument/2006/relationships/hyperlink" Target="https://www.consultant.ru/document/cons_doc_LAW_185098/" TargetMode="External"/><Relationship Id="rId139" Type="http://schemas.openxmlformats.org/officeDocument/2006/relationships/hyperlink" Target="https://www.garant.ru/products/ipo/prime/doc/400150053/" TargetMode="External"/><Relationship Id="rId140" Type="http://schemas.openxmlformats.org/officeDocument/2006/relationships/hyperlink" Target="https://www.consultant.ru/document/cons_doc_LAW_535653/" TargetMode="External"/><Relationship Id="rId141" Type="http://schemas.openxmlformats.org/officeDocument/2006/relationships/hyperlink" Target="http://publication.pravo.gov.ru/document/5800202501130004" TargetMode="External"/><Relationship Id="rId142" Type="http://schemas.openxmlformats.org/officeDocument/2006/relationships/hyperlink" Target="https://www.consultant.ru/document/cons_doc_LAW_103038/63c0ec1198d98231da5820d894cd4ec4b99d8ccf/" TargetMode="External"/><Relationship Id="rId143" Type="http://schemas.openxmlformats.org/officeDocument/2006/relationships/hyperlink" Target="https://www.consultant.ru/document/cons_doc_LAW_23509/5a3e7fc7c5d50e9c2492ee3f0aa3795dd2521f4f" TargetMode="External"/><Relationship Id="rId144" Type="http://schemas.openxmlformats.org/officeDocument/2006/relationships/hyperlink" Target="https://telefon-doveria.ru/questions" TargetMode="External"/><Relationship Id="rId145" Type="http://schemas.openxmlformats.org/officeDocument/2006/relationships/hyperlink" Target="https://mgppu.ru/project/53" TargetMode="External"/><Relationship Id="rId146" Type="http://schemas.openxmlformats.org/officeDocument/2006/relationships/hyperlink" Target="https://base.garant.ru/71595630/" TargetMode="External"/><Relationship Id="rId147" Type="http://schemas.openxmlformats.org/officeDocument/2006/relationships/hyperlink" Target="https://epp.genproc.gov.ru/ru/gprf/mass-media/interviews-and-presentations/e56586" TargetMode="External"/><Relationship Id="rId148" Type="http://schemas.openxmlformats.org/officeDocument/2006/relationships/hyperlink" Target="https://www.interfax.ru/russia/1103153" TargetMode="External"/><Relationship Id="rId149" Type="http://schemas.openxmlformats.org/officeDocument/2006/relationships/hyperlink" Target="http://rapsinews.ru/legislation_news/20260205/311573076.html" TargetMode="External"/><Relationship Id="rId150" Type="http://schemas.openxmlformats.org/officeDocument/2006/relationships/hyperlink" Target="http://api.duma.gov.ru/api/transcript/1085766-8" TargetMode="External"/><Relationship Id="rId151" Type="http://schemas.openxmlformats.org/officeDocument/2006/relationships/hyperlink" Target="https://ldpr.ru/event/ldpr-vnesla-v-gosdumu-zakonoproekt-za-bulling-shtraf-500-tysyach-rubley-/" TargetMode="External"/><Relationship Id="rId152" Type="http://schemas.openxmlformats.org/officeDocument/2006/relationships/hyperlink" Target="https://www.business-gazeta.ru/news/693984" TargetMode="External"/><Relationship Id="rId153" Type="http://schemas.openxmlformats.org/officeDocument/2006/relationships/hyperlink" Target="https://www.pnp.ru/top/rossiyane-nazvali-glavnoy-prichinoy-kiberbullinga-nekhvatku-vospitaniya.html" TargetMode="External"/><Relationship Id="rId154" Type="http://schemas.openxmlformats.org/officeDocument/2006/relationships/hyperlink" Target="https://www.m24.ru/articles/18022026/875133" TargetMode="External"/><Relationship Id="rId155" Type="http://schemas.openxmlformats.org/officeDocument/2006/relationships/hyperlink" Target="https://www.mk.ru/social/2023/11/02/deputaty-gosdumy-ozabotilis-travley-shkolnikov-razrabotan-indeks-druzhelyubiya-shkol.html" TargetMode="External"/><Relationship Id="rId156" Type="http://schemas.openxmlformats.org/officeDocument/2006/relationships/hyperlink" Target="https://nazaccent.ru/content/44993-v-minprosvesheniya-podgotovili-instrukciyu-po-profilaktike-bullinga-v-tom-chisle-na-etnicheskoj-pochve/" TargetMode="External"/><Relationship Id="rId157" Type="http://schemas.openxmlformats.org/officeDocument/2006/relationships/hyperlink" Target="https://russian.rt.com/russia/news/1577221-minprosvescheniya-pravila-konflikty" TargetMode="External"/><Relationship Id="rId158" Type="http://schemas.openxmlformats.org/officeDocument/2006/relationships/hyperlink" Target="https://ura.news/news/1053126436" TargetMode="External"/><Relationship Id="rId159" Type="http://schemas.openxmlformats.org/officeDocument/2006/relationships/hyperlink" Target="https://asi.org.ru/news/2023/04/27/lvova-belova-predlozhila-zakrepit-v-zakone-ponyatie-travlya/" TargetMode="External"/><Relationship Id="rId160" Type="http://schemas.openxmlformats.org/officeDocument/2006/relationships/hyperlink" Target="https://ki-news.ru/news/bastrykin-potreboval-doklad-po-delu-o-travle-shkolniczy-v-krasnodare" TargetMode="External"/><Relationship Id="rId161" Type="http://schemas.openxmlformats.org/officeDocument/2006/relationships/hyperlink" Target="https://www.vedomosti.ru/society/articles/2024/10/30/1071769-moskalkova-vistupila-za-vvedenie-otvetstvennosti-za-bulling" TargetMode="External"/><Relationship Id="rId162" Type="http://schemas.openxmlformats.org/officeDocument/2006/relationships/hyperlink" Target="https://vk.company/ru/press/releases/11323/" TargetMode="External"/><Relationship Id="rId163" Type="http://schemas.openxmlformats.org/officeDocument/2006/relationships/hyperlink" Target="https://educationmanagers.ru/novosti/deputat-metelev-zakonoproekt-o-bullinge-zatronet-i-sluchai-travli-uchitelej/" TargetMode="External"/><Relationship Id="rId164" Type="http://schemas.openxmlformats.org/officeDocument/2006/relationships/hyperlink" Target="https://moscow.er.ru/activity/news/sergej-kravcov-predlozhil-sozdat-sovmestnuyu-goryachuyu-liniyu-edinoj-rossii-i-minprosvesheniya-po-voprosam-bullinga-v-shkolah" TargetMode="External"/><Relationship Id="rId165" Type="http://schemas.openxmlformats.org/officeDocument/2006/relationships/hyperlink" Target="https://rg.ru/2025/12/26/v-shkoly-razoslali-novye-pravila-razresheniia-konfliktov-s-uchenikami.html" TargetMode="External"/><Relationship Id="rId166" Type="http://schemas.openxmlformats.org/officeDocument/2006/relationships/hyperlink" Target="https://senatinform.ru/news/genprokuror_prizval_vvesti_mekhanizmy_razresheniya_konfliktov_v_shkolakh/" TargetMode="External"/><Relationship Id="rId167" Type="http://schemas.openxmlformats.org/officeDocument/2006/relationships/hyperlink" Target="https://cmd.hse.ru/education/researches/bullying" TargetMode="External"/><Relationship Id="rId168" Type="http://schemas.openxmlformats.org/officeDocument/2006/relationships/hyperlink" Target="https://takiedela.ru/news/2021/05/28/detskaya-travlya-v-rossii/" TargetMode="External"/><Relationship Id="rId169" Type="http://schemas.openxmlformats.org/officeDocument/2006/relationships/hyperlink" Target="https://ria.ru/20260212/bulling-2073797064.html" TargetMode="External"/><Relationship Id="rId170" Type="http://schemas.openxmlformats.org/officeDocument/2006/relationships/hyperlink" Target="https://asi.org.ru/news/2026/09/09/v-rossii-provedut-konkurs-po-profilaktike-bullinga-nado-pogovorit/" TargetMode="External"/><Relationship Id="rId171" Type="http://schemas.openxmlformats.org/officeDocument/2006/relationships/hyperlink" Target="https://asi.org.ru/news/2021/11/19/sotni-zvezd-i-blogerov-rasskazali-kak-spravilis-s-travmoj/" TargetMode="External"/><Relationship Id="rId172" Type="http://schemas.openxmlformats.org/officeDocument/2006/relationships/hyperlink" Target="https://www.unesco.org/ru/days/against-school-violence-and-bullying" TargetMode="External"/><Relationship Id="rId173" Type="http://schemas.openxmlformats.org/officeDocument/2006/relationships/hyperlink" Target="https://wciom.ru/analytical-reviews/analiticheskii-obzor/travlja-v-cifrovuju-ehpokhu" TargetMode="External"/><Relationship Id="rId174" Type="http://schemas.openxmlformats.org/officeDocument/2006/relationships/hyperlink" Target="https://asi.org.ru/news/2025/04/29/12-rossiyan-stalkivayutsya-s-agressiej-v-svoj-adres-pochti-ezhednevno-opros-nafi/" TargetMode="External"/><Relationship Id="rId175" Type="http://schemas.openxmlformats.org/officeDocument/2006/relationships/hyperlink" Target="https://asi.org.ru/news/2026/03/31/bolee-58-molodyh-rossiyan-stalkivalis-s-nasiliem-issledovanie/" TargetMode="External"/><Relationship Id="rId176" Type="http://schemas.openxmlformats.org/officeDocument/2006/relationships/hyperlink" Target="https://govoritmoskva.ru/news/450222/" TargetMode="External"/><Relationship Id="rId177" Type="http://schemas.openxmlformats.org/officeDocument/2006/relationships/hyperlink" Target="https://www.consultant.ru/document/cons_doc_LAW_167894/" TargetMode="External"/><Relationship Id="rId178" Type="http://schemas.openxmlformats.org/officeDocument/2006/relationships/hyperlink" Target="https://www.consultant.ru/document/cons_doc_LAW_34661/d40cbd099d17057d9697b15ee8368e49953416ae/;" TargetMode="External"/><Relationship Id="rId179" Type="http://schemas.openxmlformats.org/officeDocument/2006/relationships/hyperlink" Target="https://base.garant.ru/12177507/" TargetMode="External"/><Relationship Id="rId180" Type="http://schemas.openxmlformats.org/officeDocument/2006/relationships/hyperlink" Target="https://mintrud.gov.ru/docs/16" TargetMode="External"/><Relationship Id="rId181" Type="http://schemas.openxmlformats.org/officeDocument/2006/relationships/hyperlink" Target="http://static.government.ru/media/files/41d4f737efc862673fa1.pdf" TargetMode="External"/><Relationship Id="rId182" Type="http://schemas.openxmlformats.org/officeDocument/2006/relationships/hyperlink" Target="https://www.garant.ru/products/ipo/prime/doc/70957260/" TargetMode="External"/><Relationship Id="rId183" Type="http://schemas.openxmlformats.org/officeDocument/2006/relationships/hyperlink" Target="https://base.garant.ru/70543426/" TargetMode="External"/><Relationship Id="rId184" Type="http://schemas.openxmlformats.org/officeDocument/2006/relationships/hyperlink" Target="https://www.consultant.ru/document/cons_doc_LAW_293621/" TargetMode="External"/><Relationship Id="rId185" Type="http://schemas.openxmlformats.org/officeDocument/2006/relationships/hyperlink" Target="http://imc.tomsk.ru/wp-content/uploads/2025/04/Pismo_Minprosveschenia_Rossii_ot_11_04_2025_N_07-1660_O_me.pdf" TargetMode="External"/><Relationship Id="rId186" Type="http://schemas.openxmlformats.org/officeDocument/2006/relationships/hyperlink" Target="https://resurs-yar.ru/upload/medialibrary/258/o6w1uu36b1h88rvf4hjo5811po1kuzor.PDF" TargetMode="External"/><Relationship Id="rId187" Type="http://schemas.openxmlformats.org/officeDocument/2006/relationships/hyperlink" Target="https://base.garant.ru/400450873" TargetMode="External"/><Relationship Id="rId188" Type="http://schemas.openxmlformats.org/officeDocument/2006/relationships/hyperlink" Target="https://www.pnp.ru/social/v-gosdume-rasskazali-kak-budet-rabotat-zakon-o-bullinge.html" TargetMode="External"/><Relationship Id="rId189" Type="http://schemas.openxmlformats.org/officeDocument/2006/relationships/hyperlink" Target="https://ppt.ru/news/idea/administrativnaya-otvetstvennost-travlyu-kiberbulling" TargetMode="External"/><Relationship Id="rId190" Type="http://schemas.openxmlformats.org/officeDocument/2006/relationships/hyperlink" Target="https://www.e1.ru/text/education/2026/09/11/76638081/" TargetMode="External"/><Relationship Id="rId191" Type="http://schemas.openxmlformats.org/officeDocument/2006/relationships/hyperlink" Target="https://er.ru/activity/news/mariya-lvova-belova-rekomendovala-pravitelstvu-zakrepit-v-zakonodatelstve-ponyatie-travli-i-razrabotat-sistemu-registracii-konfliktov-v-uchebnyh-zavedeniyah" TargetMode="External"/><Relationship Id="rId192" Type="http://schemas.openxmlformats.org/officeDocument/2006/relationships/hyperlink" Target="https://youthombudsman.ru/event/52" TargetMode="External"/><Relationship Id="rId193" Type="http://schemas.openxmlformats.org/officeDocument/2006/relationships/hyperlink" Target="https://xn--80adrabb4aegksdjbafk0u.xn--p1ai/press-center/profilaktika/v-moskve-otkrylsya-vserossiyskiy-antibullingovyy-forum-nado-pogovorit-/" TargetMode="External"/><Relationship Id="rId194" Type="http://schemas.openxmlformats.org/officeDocument/2006/relationships/hyperlink" Target="https://comics.xn--80aejlonqph.xn--p1ai/" TargetMode="External"/><Relationship Id="rId195" Type="http://schemas.openxmlformats.org/officeDocument/2006/relationships/hyperlink" Target="https://asi.org.ru/news/2025/11/01/v-rossii-startuet-tvorcheskij-konkurs-komiksov-protiv-shkolnoj-trav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